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Tipos de frase, prefixos e sufixos</w:t>
      </w:r>
    </w:p>
    <w:p>
      <w:r>
        <w:rPr>
          <w:color w:val="6B6B6B"/>
          <w:sz w:val="18"/>
        </w:rPr>
        <w:t>7º ano e 8º ano · Prefixes and suffixes · BNCC: EF08LI13</w:t>
      </w:r>
    </w:p>
    <w:p>
      <w:pPr>
        <w:pStyle w:val="Heading2"/>
      </w:pPr>
      <w:r>
        <w:t>1. Sentence types</w:t>
      </w:r>
    </w:p>
    <w:p>
      <w:r>
        <w:rPr>
          <w:i/>
        </w:rPr>
        <w:t>Is the sentence declarative, interrogative, imperative or exclamatory?</w:t>
      </w:r>
    </w:p>
    <w:p>
      <w:pPr>
        <w:keepNext/>
        <w:spacing w:before="120"/>
      </w:pPr>
      <w:r>
        <w:t>1. "Please close the door."</w:t>
      </w:r>
    </w:p>
    <w:p>
      <w:pPr>
        <w:spacing w:after="0"/>
        <w:ind w:left="454"/>
      </w:pPr>
      <w:r>
        <w:t>(   ) a) Declarative</w:t>
      </w:r>
    </w:p>
    <w:p>
      <w:pPr>
        <w:spacing w:after="0"/>
        <w:ind w:left="454"/>
      </w:pPr>
      <w:r>
        <w:t>(   ) b) Interrogative</w:t>
      </w:r>
    </w:p>
    <w:p>
      <w:pPr>
        <w:spacing w:after="0"/>
        <w:ind w:left="454"/>
      </w:pPr>
      <w:r>
        <w:t>(   ) c) Imperative</w:t>
      </w:r>
    </w:p>
    <w:p>
      <w:pPr>
        <w:spacing w:after="0"/>
        <w:ind w:left="454"/>
      </w:pPr>
      <w:r>
        <w:t>(   ) d) Exclamatory</w:t>
      </w:r>
    </w:p>
    <w:p>
      <w:pPr>
        <w:keepNext/>
        <w:spacing w:before="120"/>
      </w:pPr>
      <w:r>
        <w:t>2. "What time does the bus arrive?"</w:t>
      </w:r>
    </w:p>
    <w:p>
      <w:pPr>
        <w:spacing w:after="0"/>
        <w:ind w:left="454"/>
      </w:pPr>
      <w:r>
        <w:t>(   ) a) Interrogative</w:t>
      </w:r>
    </w:p>
    <w:p>
      <w:pPr>
        <w:spacing w:after="0"/>
        <w:ind w:left="454"/>
      </w:pPr>
      <w:r>
        <w:t>(   ) b) Imperative</w:t>
      </w:r>
    </w:p>
    <w:p>
      <w:pPr>
        <w:spacing w:after="0"/>
        <w:ind w:left="454"/>
      </w:pPr>
      <w:r>
        <w:t>(   ) c) Declarative</w:t>
      </w:r>
    </w:p>
    <w:p>
      <w:pPr>
        <w:spacing w:after="0"/>
        <w:ind w:left="454"/>
      </w:pPr>
      <w:r>
        <w:t>(   ) d) Exclamatory</w:t>
      </w:r>
    </w:p>
    <w:p>
      <w:pPr>
        <w:keepNext/>
        <w:spacing w:before="120"/>
      </w:pPr>
      <w:r>
        <w:t>3. "The cat is sleeping on the couch."</w:t>
      </w:r>
    </w:p>
    <w:p>
      <w:pPr>
        <w:spacing w:after="0"/>
        <w:ind w:left="454"/>
      </w:pPr>
      <w:r>
        <w:t>(   ) a) Exclamatory</w:t>
      </w:r>
    </w:p>
    <w:p>
      <w:pPr>
        <w:spacing w:after="0"/>
        <w:ind w:left="454"/>
      </w:pPr>
      <w:r>
        <w:t>(   ) b) Declarative</w:t>
      </w:r>
    </w:p>
    <w:p>
      <w:pPr>
        <w:spacing w:after="0"/>
        <w:ind w:left="454"/>
      </w:pPr>
      <w:r>
        <w:t>(   ) c) Imperative</w:t>
      </w:r>
    </w:p>
    <w:p>
      <w:pPr>
        <w:spacing w:after="0"/>
        <w:ind w:left="454"/>
      </w:pPr>
      <w:r>
        <w:t>(   ) d) Interrogative</w:t>
      </w:r>
    </w:p>
    <w:p>
      <w:pPr>
        <w:keepNext/>
        <w:spacing w:before="120"/>
      </w:pPr>
      <w:r>
        <w:t>4. "Wow! That's amazing!"</w:t>
      </w:r>
    </w:p>
    <w:p>
      <w:pPr>
        <w:spacing w:after="0"/>
        <w:ind w:left="454"/>
      </w:pPr>
      <w:r>
        <w:t>(   ) a) Imperative</w:t>
      </w:r>
    </w:p>
    <w:p>
      <w:pPr>
        <w:spacing w:after="0"/>
        <w:ind w:left="454"/>
      </w:pPr>
      <w:r>
        <w:t>(   ) b) Interrogative</w:t>
      </w:r>
    </w:p>
    <w:p>
      <w:pPr>
        <w:spacing w:after="0"/>
        <w:ind w:left="454"/>
      </w:pPr>
      <w:r>
        <w:t>(   ) c) Declarative</w:t>
      </w:r>
    </w:p>
    <w:p>
      <w:pPr>
        <w:spacing w:after="0"/>
        <w:ind w:left="454"/>
      </w:pPr>
      <w:r>
        <w:t>(   ) d) Exclamatory</w:t>
      </w:r>
    </w:p>
    <w:p>
      <w:pPr>
        <w:keepNext/>
        <w:spacing w:before="120"/>
      </w:pPr>
      <w:r>
        <w:t>5. "Don't touch the screen."</w:t>
      </w:r>
    </w:p>
    <w:p>
      <w:pPr>
        <w:spacing w:after="0"/>
        <w:ind w:left="454"/>
      </w:pPr>
      <w:r>
        <w:t>(   ) a) Declarative</w:t>
      </w:r>
    </w:p>
    <w:p>
      <w:pPr>
        <w:spacing w:after="0"/>
        <w:ind w:left="454"/>
      </w:pPr>
      <w:r>
        <w:t>(   ) b) Imperative</w:t>
      </w:r>
    </w:p>
    <w:p>
      <w:pPr>
        <w:spacing w:after="0"/>
        <w:ind w:left="454"/>
      </w:pPr>
      <w:r>
        <w:t>(   ) c) Interrogative</w:t>
      </w:r>
    </w:p>
    <w:p>
      <w:pPr>
        <w:spacing w:after="0"/>
        <w:ind w:left="454"/>
      </w:pPr>
      <w:r>
        <w:t>(   ) d) Exclamatory</w:t>
      </w:r>
    </w:p>
    <w:p>
      <w:pPr>
        <w:keepNext/>
        <w:spacing w:before="120"/>
      </w:pPr>
      <w:r>
        <w:t>6. "My brother plays the guitar."</w:t>
      </w:r>
    </w:p>
    <w:p>
      <w:pPr>
        <w:spacing w:after="0"/>
        <w:ind w:left="454"/>
      </w:pPr>
      <w:r>
        <w:t>(   ) a) Declarative</w:t>
      </w:r>
    </w:p>
    <w:p>
      <w:pPr>
        <w:spacing w:after="0"/>
        <w:ind w:left="454"/>
      </w:pPr>
      <w:r>
        <w:t>(   ) b) Exclamatory</w:t>
      </w:r>
    </w:p>
    <w:p>
      <w:pPr>
        <w:spacing w:after="0"/>
        <w:ind w:left="454"/>
      </w:pPr>
      <w:r>
        <w:t>(   ) c) Imperative</w:t>
      </w:r>
    </w:p>
    <w:p>
      <w:pPr>
        <w:spacing w:after="0"/>
        <w:ind w:left="454"/>
      </w:pPr>
      <w:r>
        <w:t>(   ) d) Interrogative</w:t>
      </w:r>
    </w:p>
    <w:p>
      <w:pPr>
        <w:pStyle w:val="Heading2"/>
      </w:pPr>
      <w:r>
        <w:t>2. Prefixes</w:t>
      </w:r>
    </w:p>
    <w:p>
      <w:r>
        <w:rPr>
          <w:i/>
        </w:rPr>
        <w:t>Complete the words with the correct prefix from the box.</w:t>
      </w:r>
    </w:p>
    <w:p>
      <w:r>
        <w:rPr>
          <w:b/>
        </w:rPr>
        <w:t>Word bank:  un  |  dis  |  re</w:t>
      </w:r>
    </w:p>
    <w:p>
      <w:pPr>
        <w:keepNext/>
        <w:spacing w:before="120"/>
      </w:pPr>
      <w:r>
        <w:t>1. I'm not happy. I'm ______________happy.</w:t>
      </w:r>
    </w:p>
    <w:p>
      <w:pPr>
        <w:keepNext/>
        <w:spacing w:before="120"/>
      </w:pPr>
      <w:r>
        <w:t>2. Your answer is wrong. Please ______________write it.</w:t>
      </w:r>
    </w:p>
    <w:p>
      <w:pPr>
        <w:keepNext/>
        <w:spacing w:before="120"/>
      </w:pPr>
      <w:r>
        <w:t>3. They don't agree. They ______________agree.</w:t>
      </w:r>
    </w:p>
    <w:p>
      <w:pPr>
        <w:keepNext/>
        <w:spacing w:before="120"/>
      </w:pPr>
      <w:r>
        <w:t>4. The door isn't locked. It's ______________locked.</w:t>
      </w:r>
    </w:p>
    <w:p>
      <w:pPr>
        <w:pStyle w:val="Heading2"/>
      </w:pPr>
      <w:r>
        <w:t>3. Suffixes</w:t>
      </w:r>
    </w:p>
    <w:p>
      <w:r>
        <w:rPr>
          <w:i/>
        </w:rPr>
        <w:t>Complete the words with the correct suffix from the box.</w:t>
      </w:r>
    </w:p>
    <w:p>
      <w:r>
        <w:rPr>
          <w:b/>
        </w:rPr>
        <w:t>Word bank:  ful  |  less  |  ness</w:t>
      </w:r>
    </w:p>
    <w:p>
      <w:pPr>
        <w:keepNext/>
        <w:spacing w:before="120"/>
      </w:pPr>
      <w:r>
        <w:t>1. The party was full of joy. It was joy______________.</w:t>
      </w:r>
    </w:p>
    <w:p>
      <w:pPr>
        <w:keepNext/>
        <w:spacing w:before="120"/>
      </w:pPr>
      <w:r>
        <w:t>2. Be care______________ with the hot water!</w:t>
      </w:r>
    </w:p>
    <w:p>
      <w:pPr>
        <w:keepNext/>
        <w:spacing w:before="120"/>
      </w:pPr>
      <w:r>
        <w:t>3. This old phone doesn't work. It's use______________.</w:t>
      </w:r>
    </w:p>
    <w:p>
      <w:pPr>
        <w:keepNext/>
        <w:spacing w:before="120"/>
      </w:pPr>
      <w:r>
        <w:t>4. Her kind______________ made everyone feel welcome.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Sentence types</w:t>
      </w:r>
    </w:p>
    <w:p>
      <w:pPr>
        <w:spacing w:after="0"/>
      </w:pPr>
      <w:r>
        <w:t>1) c) Imperative</w:t>
      </w:r>
    </w:p>
    <w:p>
      <w:pPr>
        <w:spacing w:after="0"/>
      </w:pPr>
      <w:r>
        <w:t>2) a) Interrogative</w:t>
      </w:r>
    </w:p>
    <w:p>
      <w:pPr>
        <w:spacing w:after="0"/>
      </w:pPr>
      <w:r>
        <w:t>3) b) Declarative</w:t>
      </w:r>
    </w:p>
    <w:p>
      <w:pPr>
        <w:spacing w:after="0"/>
      </w:pPr>
      <w:r>
        <w:t>4) d) Exclamatory</w:t>
      </w:r>
    </w:p>
    <w:p>
      <w:pPr>
        <w:spacing w:after="0"/>
      </w:pPr>
      <w:r>
        <w:t>5) b) Imperative</w:t>
      </w:r>
    </w:p>
    <w:p>
      <w:pPr>
        <w:spacing w:after="0"/>
      </w:pPr>
      <w:r>
        <w:t>6) a) Declarative</w:t>
      </w:r>
    </w:p>
    <w:p>
      <w:r>
        <w:rPr>
          <w:b/>
        </w:rPr>
        <w:t>2. Prefixes</w:t>
      </w:r>
    </w:p>
    <w:p>
      <w:pPr>
        <w:spacing w:after="0"/>
      </w:pPr>
      <w:r>
        <w:t>1) un</w:t>
      </w:r>
    </w:p>
    <w:p>
      <w:pPr>
        <w:spacing w:after="0"/>
      </w:pPr>
      <w:r>
        <w:t>2) re</w:t>
      </w:r>
    </w:p>
    <w:p>
      <w:pPr>
        <w:spacing w:after="0"/>
      </w:pPr>
      <w:r>
        <w:t>3) dis</w:t>
      </w:r>
    </w:p>
    <w:p>
      <w:pPr>
        <w:spacing w:after="0"/>
      </w:pPr>
      <w:r>
        <w:t>4) un</w:t>
      </w:r>
    </w:p>
    <w:p>
      <w:r>
        <w:rPr>
          <w:b/>
        </w:rPr>
        <w:t>3. Suffixes</w:t>
      </w:r>
    </w:p>
    <w:p>
      <w:pPr>
        <w:spacing w:after="0"/>
      </w:pPr>
      <w:r>
        <w:t>1) ful</w:t>
      </w:r>
    </w:p>
    <w:p>
      <w:pPr>
        <w:spacing w:after="0"/>
      </w:pPr>
      <w:r>
        <w:t>2) ful</w:t>
      </w:r>
    </w:p>
    <w:p>
      <w:pPr>
        <w:spacing w:after="0"/>
      </w:pPr>
      <w:r>
        <w:t>3) less</w:t>
      </w:r>
    </w:p>
    <w:p>
      <w:pPr>
        <w:spacing w:after="0"/>
      </w:pPr>
      <w:r>
        <w:t>4) ness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2024-10-04T00:00:00Z</dcterms:created>
  <dcterms:modified xsi:type="dcterms:W3CDTF">2024-10-04T00:00:00Z</dcterms:modified>
  <cp:category/>
</cp:coreProperties>
</file>