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To be e possessive adjectives</w:t>
      </w:r>
    </w:p>
    <w:p>
      <w:r>
        <w:rPr>
          <w:color w:val="6B6B6B"/>
          <w:sz w:val="18"/>
        </w:rPr>
        <w:t>4º ano e 5º ano · Possessive adjectives and pronouns</w:t>
      </w:r>
    </w:p>
    <w:p>
      <w:pPr>
        <w:pStyle w:val="Heading2"/>
      </w:pPr>
      <w:r>
        <w:t>1. Verb to be</w:t>
      </w:r>
    </w:p>
    <w:p>
      <w:r>
        <w:rPr>
          <w:i/>
        </w:rPr>
        <w:t>Complete com am, is ou are. (Complete with am, is or are.)</w:t>
      </w:r>
    </w:p>
    <w:p>
      <w:r>
        <w:rPr>
          <w:b/>
        </w:rPr>
        <w:t>Word bank:  am  |  is  |  are</w:t>
      </w:r>
    </w:p>
    <w:p>
      <w:pPr>
        <w:keepNext/>
        <w:spacing w:before="120"/>
      </w:pPr>
      <w:r>
        <w:t>1. 🧑‍🎓  I ______________ a student.</w:t>
      </w:r>
    </w:p>
    <w:p>
      <w:pPr>
        <w:keepNext/>
        <w:spacing w:before="120"/>
      </w:pPr>
      <w:r>
        <w:t>2. 👧  She ______________ my sister.</w:t>
      </w:r>
    </w:p>
    <w:p>
      <w:pPr>
        <w:keepNext/>
        <w:spacing w:before="120"/>
      </w:pPr>
      <w:r>
        <w:t>3. 🤝  We ______________ friends.</w:t>
      </w:r>
    </w:p>
    <w:p>
      <w:pPr>
        <w:keepNext/>
        <w:spacing w:before="120"/>
      </w:pPr>
      <w:r>
        <w:t>4. 🏠  They ______________ at home.</w:t>
      </w:r>
    </w:p>
    <w:p>
      <w:pPr>
        <w:keepNext/>
        <w:spacing w:before="120"/>
      </w:pPr>
      <w:r>
        <w:t>5. 🐕  My dog ______________ very playful.</w:t>
      </w:r>
    </w:p>
    <w:p>
      <w:pPr>
        <w:keepNext/>
        <w:spacing w:before="120"/>
      </w:pPr>
      <w:r>
        <w:t>6. 💛  You ______________ my best friend.</w:t>
      </w:r>
    </w:p>
    <w:p>
      <w:pPr>
        <w:pStyle w:val="Heading2"/>
      </w:pPr>
      <w:r>
        <w:t>2. Possessive adjectives</w:t>
      </w:r>
    </w:p>
    <w:p>
      <w:r>
        <w:rPr>
          <w:i/>
        </w:rPr>
        <w:t>Complete com o possessivo da pessoa entre parênteses. (Complete with my, your, his, her, our or their.)</w:t>
      </w:r>
    </w:p>
    <w:p>
      <w:r>
        <w:rPr>
          <w:b/>
        </w:rPr>
        <w:t>Word bank:  my  |  your  |  his  |  her  |  our  |  their</w:t>
      </w:r>
    </w:p>
    <w:p>
      <w:pPr>
        <w:keepNext/>
        <w:spacing w:before="120"/>
      </w:pPr>
      <w:r>
        <w:t>1. 📕  This is ______________ book. (I)</w:t>
      </w:r>
    </w:p>
    <w:p>
      <w:pPr>
        <w:keepNext/>
        <w:spacing w:before="120"/>
      </w:pPr>
      <w:r>
        <w:t>2. ✏️  That is ______________ pencil. (he)</w:t>
      </w:r>
    </w:p>
    <w:p>
      <w:pPr>
        <w:keepNext/>
        <w:spacing w:before="120"/>
      </w:pPr>
      <w:r>
        <w:t>3. 🏫  We love ______________ school. (we)</w:t>
      </w:r>
    </w:p>
    <w:p>
      <w:pPr>
        <w:keepNext/>
        <w:spacing w:before="120"/>
      </w:pPr>
      <w:r>
        <w:t>4. 🧸  They are playing with ______________ toys. (they)</w:t>
      </w:r>
    </w:p>
    <w:p>
      <w:pPr>
        <w:keepNext/>
        <w:spacing w:before="120"/>
      </w:pPr>
      <w:r>
        <w:t>5. 👗  Julia is wearing ______________ new dress. (she)</w:t>
      </w:r>
    </w:p>
    <w:p>
      <w:pPr>
        <w:keepNext/>
        <w:spacing w:before="120"/>
      </w:pPr>
      <w:r>
        <w:t>6. ☂️  Is this ______________ umbrella? (you)</w:t>
      </w:r>
    </w:p>
    <w:p>
      <w:pPr>
        <w:pStyle w:val="Heading2"/>
      </w:pPr>
      <w:r>
        <w:t>3. Choose the word</w:t>
      </w:r>
    </w:p>
    <w:p>
      <w:r>
        <w:rPr>
          <w:i/>
        </w:rPr>
        <w:t>Escolha a palavra certa. (Choose the correct word.)</w:t>
      </w:r>
    </w:p>
    <w:p>
      <w:pPr>
        <w:keepNext/>
        <w:spacing w:before="120"/>
      </w:pPr>
      <w:r>
        <w:t>1. 🚗  Mr. Silva drives ___ car to work.</w:t>
      </w:r>
    </w:p>
    <w:p>
      <w:pPr>
        <w:spacing w:after="0"/>
        <w:ind w:left="454"/>
      </w:pPr>
      <w:r>
        <w:t>(   ) a) her</w:t>
      </w:r>
    </w:p>
    <w:p>
      <w:pPr>
        <w:spacing w:after="0"/>
        <w:ind w:left="454"/>
      </w:pPr>
      <w:r>
        <w:t>(   ) b) his</w:t>
      </w:r>
    </w:p>
    <w:p>
      <w:pPr>
        <w:spacing w:after="0"/>
        <w:ind w:left="454"/>
      </w:pPr>
      <w:r>
        <w:t>(   ) c) their</w:t>
      </w:r>
    </w:p>
    <w:p>
      <w:pPr>
        <w:keepNext/>
        <w:spacing w:before="120"/>
      </w:pPr>
      <w:r>
        <w:t>2. 🌷  My parents love ___ garden.</w:t>
      </w:r>
    </w:p>
    <w:p>
      <w:pPr>
        <w:spacing w:after="0"/>
        <w:ind w:left="454"/>
      </w:pPr>
      <w:r>
        <w:t>(   ) a) their</w:t>
      </w:r>
    </w:p>
    <w:p>
      <w:pPr>
        <w:spacing w:after="0"/>
        <w:ind w:left="454"/>
      </w:pPr>
      <w:r>
        <w:t>(   ) b) our</w:t>
      </w:r>
    </w:p>
    <w:p>
      <w:pPr>
        <w:spacing w:after="0"/>
        <w:ind w:left="454"/>
      </w:pPr>
      <w:r>
        <w:t>(   ) c) his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Verb to be</w:t>
      </w:r>
    </w:p>
    <w:p>
      <w:pPr>
        <w:spacing w:after="0"/>
      </w:pPr>
      <w:r>
        <w:t>1) am</w:t>
      </w:r>
    </w:p>
    <w:p>
      <w:pPr>
        <w:spacing w:after="0"/>
      </w:pPr>
      <w:r>
        <w:t>2) is</w:t>
      </w:r>
    </w:p>
    <w:p>
      <w:pPr>
        <w:spacing w:after="0"/>
      </w:pPr>
      <w:r>
        <w:t>3) are</w:t>
      </w:r>
    </w:p>
    <w:p>
      <w:pPr>
        <w:spacing w:after="0"/>
      </w:pPr>
      <w:r>
        <w:t>4) are</w:t>
      </w:r>
    </w:p>
    <w:p>
      <w:pPr>
        <w:spacing w:after="0"/>
      </w:pPr>
      <w:r>
        <w:t>5) is</w:t>
      </w:r>
    </w:p>
    <w:p>
      <w:pPr>
        <w:spacing w:after="0"/>
      </w:pPr>
      <w:r>
        <w:t>6) are</w:t>
      </w:r>
    </w:p>
    <w:p>
      <w:r>
        <w:rPr>
          <w:b/>
        </w:rPr>
        <w:t>2. Possessive adjectives</w:t>
      </w:r>
    </w:p>
    <w:p>
      <w:pPr>
        <w:spacing w:after="0"/>
      </w:pPr>
      <w:r>
        <w:t>1) my</w:t>
      </w:r>
    </w:p>
    <w:p>
      <w:pPr>
        <w:spacing w:after="0"/>
      </w:pPr>
      <w:r>
        <w:t>2) his</w:t>
      </w:r>
    </w:p>
    <w:p>
      <w:pPr>
        <w:spacing w:after="0"/>
      </w:pPr>
      <w:r>
        <w:t>3) our</w:t>
      </w:r>
    </w:p>
    <w:p>
      <w:pPr>
        <w:spacing w:after="0"/>
      </w:pPr>
      <w:r>
        <w:t>4) their</w:t>
      </w:r>
    </w:p>
    <w:p>
      <w:pPr>
        <w:spacing w:after="0"/>
      </w:pPr>
      <w:r>
        <w:t>5) her</w:t>
      </w:r>
    </w:p>
    <w:p>
      <w:pPr>
        <w:spacing w:after="0"/>
      </w:pPr>
      <w:r>
        <w:t>6) your</w:t>
      </w:r>
    </w:p>
    <w:p>
      <w:r>
        <w:rPr>
          <w:b/>
        </w:rPr>
        <w:t>3. Choose the word</w:t>
      </w:r>
    </w:p>
    <w:p>
      <w:pPr>
        <w:spacing w:after="0"/>
      </w:pPr>
      <w:r>
        <w:t>1) b) his</w:t>
      </w:r>
    </w:p>
    <w:p>
      <w:pPr>
        <w:spacing w:after="0"/>
      </w:pPr>
      <w:r>
        <w:t>2) a) their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2025-10-06T00:00:00Z</dcterms:created>
  <dcterms:modified xsi:type="dcterms:W3CDTF">2025-10-06T00:00:00Z</dcterms:modified>
  <cp:category/>
</cp:coreProperties>
</file>