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Plural dos substantivos e Simple Present</w:t>
      </w:r>
    </w:p>
    <w:p>
      <w:r>
        <w:rPr>
          <w:color w:val="6B6B6B"/>
          <w:sz w:val="18"/>
        </w:rPr>
        <w:t>5º ano e 6º ano · Plural of nouns · BNCC: EF06LI19</w:t>
      </w:r>
    </w:p>
    <w:p>
      <w:pPr>
        <w:pStyle w:val="Heading2"/>
      </w:pPr>
      <w:r>
        <w:t>1. Plural nouns</w:t>
      </w:r>
    </w:p>
    <w:p>
      <w:r>
        <w:rPr>
          <w:i/>
        </w:rPr>
        <w:t>Write the plural form of the nouns.</w:t>
      </w:r>
    </w:p>
    <w:p>
      <w:pPr>
        <w:keepNext/>
        <w:spacing w:before="120"/>
      </w:pPr>
      <w:r>
        <w:t>1. 🐱  cat → ______________</w:t>
      </w:r>
    </w:p>
    <w:p>
      <w:pPr>
        <w:keepNext/>
        <w:spacing w:before="120"/>
      </w:pPr>
      <w:r>
        <w:t>2. 🚌  bus → ______________</w:t>
      </w:r>
    </w:p>
    <w:p>
      <w:pPr>
        <w:keepNext/>
        <w:spacing w:before="120"/>
      </w:pPr>
      <w:r>
        <w:t>3. 🧒  child → ______________</w:t>
      </w:r>
    </w:p>
    <w:p>
      <w:pPr>
        <w:keepNext/>
        <w:spacing w:before="120"/>
      </w:pPr>
      <w:r>
        <w:t>4. 📦  box → ______________</w:t>
      </w:r>
    </w:p>
    <w:p>
      <w:pPr>
        <w:keepNext/>
        <w:spacing w:before="120"/>
      </w:pPr>
      <w:r>
        <w:t>5. 🍂  leaf → ______________</w:t>
      </w:r>
    </w:p>
    <w:p>
      <w:pPr>
        <w:keepNext/>
        <w:spacing w:before="120"/>
      </w:pPr>
      <w:r>
        <w:t>6. 🍒  cherry → ______________</w:t>
      </w:r>
    </w:p>
    <w:p>
      <w:pPr>
        <w:keepNext/>
        <w:spacing w:before="120"/>
      </w:pPr>
      <w:r>
        <w:t>7. 🦷  tooth → ______________</w:t>
      </w:r>
    </w:p>
    <w:p>
      <w:pPr>
        <w:pStyle w:val="Heading2"/>
      </w:pPr>
      <w:r>
        <w:t>2. Simple present</w:t>
      </w:r>
    </w:p>
    <w:p>
      <w:r>
        <w:rPr>
          <w:i/>
        </w:rPr>
        <w:t>Complete the sentences with the correct form of the verb in parentheses.</w:t>
      </w:r>
    </w:p>
    <w:p>
      <w:pPr>
        <w:keepNext/>
        <w:spacing w:before="120"/>
      </w:pPr>
      <w:r>
        <w:t>1. She ______________ (like) ice cream.</w:t>
      </w:r>
    </w:p>
    <w:p>
      <w:pPr>
        <w:keepNext/>
        <w:spacing w:before="120"/>
      </w:pPr>
      <w:r>
        <w:t>2. We ______________ (play) soccer every weekend.</w:t>
      </w:r>
    </w:p>
    <w:p>
      <w:pPr>
        <w:keepNext/>
        <w:spacing w:before="120"/>
      </w:pPr>
      <w:r>
        <w:t>3. My brother ______________ (watch) TV at night.</w:t>
      </w:r>
    </w:p>
    <w:p>
      <w:pPr>
        <w:keepNext/>
        <w:spacing w:before="120"/>
      </w:pPr>
      <w:r>
        <w:t>4. The baby ______________ (cry) when he is hungry.</w:t>
      </w:r>
    </w:p>
    <w:p>
      <w:pPr>
        <w:keepNext/>
        <w:spacing w:before="120"/>
      </w:pPr>
      <w:r>
        <w:t>5. They ______________ (go) to school every morning.</w:t>
      </w:r>
    </w:p>
    <w:p>
      <w:pPr>
        <w:keepNext/>
        <w:spacing w:before="120"/>
      </w:pPr>
      <w:r>
        <w:t>6. My dad ______________ (go) to work by bus.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Plural nouns</w:t>
      </w:r>
    </w:p>
    <w:p>
      <w:pPr>
        <w:spacing w:after="0"/>
      </w:pPr>
      <w:r>
        <w:t>1) cats</w:t>
      </w:r>
    </w:p>
    <w:p>
      <w:pPr>
        <w:spacing w:after="0"/>
      </w:pPr>
      <w:r>
        <w:t>2) buses</w:t>
      </w:r>
    </w:p>
    <w:p>
      <w:pPr>
        <w:spacing w:after="0"/>
      </w:pPr>
      <w:r>
        <w:t>3) children</w:t>
      </w:r>
    </w:p>
    <w:p>
      <w:pPr>
        <w:spacing w:after="0"/>
      </w:pPr>
      <w:r>
        <w:t>4) boxes</w:t>
      </w:r>
    </w:p>
    <w:p>
      <w:pPr>
        <w:spacing w:after="0"/>
      </w:pPr>
      <w:r>
        <w:t>5) leaves</w:t>
      </w:r>
    </w:p>
    <w:p>
      <w:pPr>
        <w:spacing w:after="0"/>
      </w:pPr>
      <w:r>
        <w:t>6) cherries</w:t>
      </w:r>
    </w:p>
    <w:p>
      <w:pPr>
        <w:spacing w:after="0"/>
      </w:pPr>
      <w:r>
        <w:t>7) teeth</w:t>
      </w:r>
    </w:p>
    <w:p>
      <w:r>
        <w:rPr>
          <w:b/>
        </w:rPr>
        <w:t>2. Simple present</w:t>
      </w:r>
    </w:p>
    <w:p>
      <w:pPr>
        <w:spacing w:after="0"/>
      </w:pPr>
      <w:r>
        <w:t>1) likes</w:t>
      </w:r>
    </w:p>
    <w:p>
      <w:pPr>
        <w:spacing w:after="0"/>
      </w:pPr>
      <w:r>
        <w:t>2) play</w:t>
      </w:r>
    </w:p>
    <w:p>
      <w:pPr>
        <w:spacing w:after="0"/>
      </w:pPr>
      <w:r>
        <w:t>3) watches</w:t>
      </w:r>
    </w:p>
    <w:p>
      <w:pPr>
        <w:spacing w:after="0"/>
      </w:pPr>
      <w:r>
        <w:t>4) cries</w:t>
      </w:r>
    </w:p>
    <w:p>
      <w:pPr>
        <w:spacing w:after="0"/>
      </w:pPr>
      <w:r>
        <w:t>5) go</w:t>
      </w:r>
    </w:p>
    <w:p>
      <w:pPr>
        <w:spacing w:after="0"/>
      </w:pPr>
      <w:r>
        <w:t>6) goes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2025-04-11T00:00:00Z</dcterms:created>
  <dcterms:modified xsi:type="dcterms:W3CDTF">2025-04-11T00:00:00Z</dcterms:modified>
  <cp:category/>
</cp:coreProperties>
</file>