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Plural dos substantivos e caça aos erros</w:t>
      </w:r>
    </w:p>
    <w:p>
      <w:r>
        <w:rPr>
          <w:color w:val="6B6B6B"/>
          <w:sz w:val="18"/>
        </w:rPr>
        <w:t>4º ano ao 6º ano · Plural of nouns</w:t>
      </w:r>
    </w:p>
    <w:p>
      <w:pPr>
        <w:pStyle w:val="Heading2"/>
      </w:pPr>
      <w:r>
        <w:t>1. Singular and plural</w:t>
      </w:r>
    </w:p>
    <w:p>
      <w:r>
        <w:rPr>
          <w:i/>
        </w:rPr>
        <w:t>Write the plural form of each noun.</w:t>
      </w:r>
    </w:p>
    <w:p>
      <w:pPr>
        <w:keepNext/>
        <w:spacing w:before="120"/>
      </w:pPr>
      <w:r>
        <w:t>1. 📘  one book → two ______________</w:t>
      </w:r>
    </w:p>
    <w:p>
      <w:pPr>
        <w:keepNext/>
        <w:spacing w:before="120"/>
      </w:pPr>
      <w:r>
        <w:t>2. 🧒  one child → three ______________</w:t>
      </w:r>
    </w:p>
    <w:p>
      <w:pPr>
        <w:keepNext/>
        <w:spacing w:before="120"/>
      </w:pPr>
      <w:r>
        <w:t>3. 🚌  one bus → two ______________</w:t>
      </w:r>
    </w:p>
    <w:p>
      <w:pPr>
        <w:keepNext/>
        <w:spacing w:before="120"/>
      </w:pPr>
      <w:r>
        <w:t>4. 🍓  one strawberry → five ______________</w:t>
      </w:r>
    </w:p>
    <w:p>
      <w:pPr>
        <w:keepNext/>
        <w:spacing w:before="120"/>
      </w:pPr>
      <w:r>
        <w:t>5. 🔪  one knife → four ______________</w:t>
      </w:r>
    </w:p>
    <w:p>
      <w:pPr>
        <w:keepNext/>
        <w:spacing w:before="120"/>
      </w:pPr>
      <w:r>
        <w:t>6. 🦷  one tooth → ten ______________</w:t>
      </w:r>
    </w:p>
    <w:p>
      <w:pPr>
        <w:pStyle w:val="Heading2"/>
      </w:pPr>
      <w:r>
        <w:t>2. Choose the plural</w:t>
      </w:r>
    </w:p>
    <w:p>
      <w:r>
        <w:rPr>
          <w:i/>
        </w:rPr>
        <w:t>Choose the correct plural.</w:t>
      </w:r>
    </w:p>
    <w:p>
      <w:pPr>
        <w:keepNext/>
        <w:spacing w:before="120"/>
      </w:pPr>
      <w:r>
        <w:t>1. man</w:t>
      </w:r>
    </w:p>
    <w:p>
      <w:pPr>
        <w:spacing w:after="0"/>
        <w:ind w:left="454"/>
      </w:pPr>
      <w:r>
        <w:t>(   ) a) mans</w:t>
      </w:r>
    </w:p>
    <w:p>
      <w:pPr>
        <w:spacing w:after="0"/>
        <w:ind w:left="454"/>
      </w:pPr>
      <w:r>
        <w:t>(   ) b) men</w:t>
      </w:r>
    </w:p>
    <w:p>
      <w:pPr>
        <w:spacing w:after="0"/>
        <w:ind w:left="454"/>
      </w:pPr>
      <w:r>
        <w:t>(   ) c) mens</w:t>
      </w:r>
    </w:p>
    <w:p>
      <w:pPr>
        <w:keepNext/>
        <w:spacing w:before="120"/>
      </w:pPr>
      <w:r>
        <w:t>2. box</w:t>
      </w:r>
    </w:p>
    <w:p>
      <w:pPr>
        <w:spacing w:after="0"/>
        <w:ind w:left="454"/>
      </w:pPr>
      <w:r>
        <w:t>(   ) a) boxes</w:t>
      </w:r>
    </w:p>
    <w:p>
      <w:pPr>
        <w:spacing w:after="0"/>
        <w:ind w:left="454"/>
      </w:pPr>
      <w:r>
        <w:t>(   ) b) boxs</w:t>
      </w:r>
    </w:p>
    <w:p>
      <w:pPr>
        <w:spacing w:after="0"/>
        <w:ind w:left="454"/>
      </w:pPr>
      <w:r>
        <w:t>(   ) c) boxies</w:t>
      </w:r>
    </w:p>
    <w:p>
      <w:pPr>
        <w:keepNext/>
        <w:spacing w:before="120"/>
      </w:pPr>
      <w:r>
        <w:t>3. mouse</w:t>
      </w:r>
    </w:p>
    <w:p>
      <w:pPr>
        <w:spacing w:after="0"/>
        <w:ind w:left="454"/>
      </w:pPr>
      <w:r>
        <w:t>(   ) a) mouses</w:t>
      </w:r>
    </w:p>
    <w:p>
      <w:pPr>
        <w:spacing w:after="0"/>
        <w:ind w:left="454"/>
      </w:pPr>
      <w:r>
        <w:t>(   ) b) mousies</w:t>
      </w:r>
    </w:p>
    <w:p>
      <w:pPr>
        <w:spacing w:after="0"/>
        <w:ind w:left="454"/>
      </w:pPr>
      <w:r>
        <w:t>(   ) c) mice</w:t>
      </w:r>
    </w:p>
    <w:p>
      <w:pPr>
        <w:pStyle w:val="Heading2"/>
      </w:pPr>
      <w:r>
        <w:t>3. Correct the mistakes</w:t>
      </w:r>
    </w:p>
    <w:p>
      <w:r>
        <w:rPr>
          <w:i/>
        </w:rPr>
        <w:t>Each sentence has a mistake. Choose the correct version.</w:t>
      </w:r>
    </w:p>
    <w:p>
      <w:pPr>
        <w:keepNext/>
        <w:spacing w:before="120"/>
      </w:pPr>
      <w:r>
        <w:t>1. "He have two cats."</w:t>
      </w:r>
    </w:p>
    <w:p>
      <w:pPr>
        <w:spacing w:after="0"/>
        <w:ind w:left="454"/>
      </w:pPr>
      <w:r>
        <w:t>(   ) a) He haves two cats.</w:t>
      </w:r>
    </w:p>
    <w:p>
      <w:pPr>
        <w:spacing w:after="0"/>
        <w:ind w:left="454"/>
      </w:pPr>
      <w:r>
        <w:t>(   ) b) He has two cats.</w:t>
      </w:r>
    </w:p>
    <w:p>
      <w:pPr>
        <w:spacing w:after="0"/>
        <w:ind w:left="454"/>
      </w:pPr>
      <w:r>
        <w:t>(   ) c) He having two cats.</w:t>
      </w:r>
    </w:p>
    <w:p>
      <w:pPr>
        <w:keepNext/>
        <w:spacing w:before="120"/>
      </w:pPr>
      <w:r>
        <w:t>2. "There is many people at the park."</w:t>
      </w:r>
    </w:p>
    <w:p>
      <w:pPr>
        <w:spacing w:after="0"/>
        <w:ind w:left="454"/>
      </w:pPr>
      <w:r>
        <w:t>(   ) a) There are many people at the park.</w:t>
      </w:r>
    </w:p>
    <w:p>
      <w:pPr>
        <w:spacing w:after="0"/>
        <w:ind w:left="454"/>
      </w:pPr>
      <w:r>
        <w:t>(   ) b) There be many people at the park.</w:t>
      </w:r>
    </w:p>
    <w:p>
      <w:pPr>
        <w:spacing w:after="0"/>
        <w:ind w:left="454"/>
      </w:pPr>
      <w:r>
        <w:t>(   ) c) There is many peoples at the park.</w:t>
      </w:r>
    </w:p>
    <w:p>
      <w:pPr>
        <w:keepNext/>
        <w:spacing w:before="120"/>
      </w:pPr>
      <w:r>
        <w:t>3. "I have three childs."</w:t>
      </w:r>
    </w:p>
    <w:p>
      <w:pPr>
        <w:spacing w:after="0"/>
        <w:ind w:left="454"/>
      </w:pPr>
      <w:r>
        <w:t>(   ) a) I have three childrens.</w:t>
      </w:r>
    </w:p>
    <w:p>
      <w:pPr>
        <w:spacing w:after="0"/>
        <w:ind w:left="454"/>
      </w:pPr>
      <w:r>
        <w:t>(   ) b) I has three children.</w:t>
      </w:r>
    </w:p>
    <w:p>
      <w:pPr>
        <w:spacing w:after="0"/>
        <w:ind w:left="454"/>
      </w:pPr>
      <w:r>
        <w:t>(   ) c) I have three children.</w:t>
      </w:r>
    </w:p>
    <w:p>
      <w:pPr>
        <w:keepNext/>
        <w:spacing w:before="120"/>
      </w:pPr>
      <w:r>
        <w:t>4. "My feets are cold."</w:t>
      </w:r>
    </w:p>
    <w:p>
      <w:pPr>
        <w:spacing w:after="0"/>
        <w:ind w:left="454"/>
      </w:pPr>
      <w:r>
        <w:t>(   ) a) My foots are cold.</w:t>
      </w:r>
    </w:p>
    <w:p>
      <w:pPr>
        <w:spacing w:after="0"/>
        <w:ind w:left="454"/>
      </w:pPr>
      <w:r>
        <w:t>(   ) b) My feet are cold.</w:t>
      </w:r>
    </w:p>
    <w:p>
      <w:pPr>
        <w:spacing w:after="0"/>
        <w:ind w:left="454"/>
      </w:pPr>
      <w:r>
        <w:t>(   ) c) My feet is cold.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Singular and plural</w:t>
      </w:r>
    </w:p>
    <w:p>
      <w:pPr>
        <w:spacing w:after="0"/>
      </w:pPr>
      <w:r>
        <w:t>1) books</w:t>
      </w:r>
    </w:p>
    <w:p>
      <w:pPr>
        <w:spacing w:after="0"/>
      </w:pPr>
      <w:r>
        <w:t>2) children</w:t>
      </w:r>
    </w:p>
    <w:p>
      <w:pPr>
        <w:spacing w:after="0"/>
      </w:pPr>
      <w:r>
        <w:t>3) buses</w:t>
      </w:r>
    </w:p>
    <w:p>
      <w:pPr>
        <w:spacing w:after="0"/>
      </w:pPr>
      <w:r>
        <w:t>4) strawberries</w:t>
      </w:r>
    </w:p>
    <w:p>
      <w:pPr>
        <w:spacing w:after="0"/>
      </w:pPr>
      <w:r>
        <w:t>5) knives</w:t>
      </w:r>
    </w:p>
    <w:p>
      <w:pPr>
        <w:spacing w:after="0"/>
      </w:pPr>
      <w:r>
        <w:t>6) teeth</w:t>
      </w:r>
    </w:p>
    <w:p>
      <w:r>
        <w:rPr>
          <w:b/>
        </w:rPr>
        <w:t>2. Choose the plural</w:t>
      </w:r>
    </w:p>
    <w:p>
      <w:pPr>
        <w:spacing w:after="0"/>
      </w:pPr>
      <w:r>
        <w:t>1) b) men</w:t>
      </w:r>
    </w:p>
    <w:p>
      <w:pPr>
        <w:spacing w:after="0"/>
      </w:pPr>
      <w:r>
        <w:t>2) a) boxes</w:t>
      </w:r>
    </w:p>
    <w:p>
      <w:pPr>
        <w:spacing w:after="0"/>
      </w:pPr>
      <w:r>
        <w:t>3) c) mice</w:t>
      </w:r>
    </w:p>
    <w:p>
      <w:r>
        <w:rPr>
          <w:b/>
        </w:rPr>
        <w:t>3. Correct the mistakes</w:t>
      </w:r>
    </w:p>
    <w:p>
      <w:pPr>
        <w:spacing w:after="0"/>
      </w:pPr>
      <w:r>
        <w:t>1) b) He has two cats.</w:t>
      </w:r>
    </w:p>
    <w:p>
      <w:pPr>
        <w:spacing w:after="0"/>
      </w:pPr>
      <w:r>
        <w:t>2) a) There are many people at the park.</w:t>
      </w:r>
    </w:p>
    <w:p>
      <w:pPr>
        <w:spacing w:after="0"/>
      </w:pPr>
      <w:r>
        <w:t>3) c) I have three children.</w:t>
      </w:r>
    </w:p>
    <w:p>
      <w:pPr>
        <w:spacing w:after="0"/>
      </w:pPr>
      <w:r>
        <w:t>4) b) My feet are cold.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