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Substantivos e plural</w:t>
      </w:r>
    </w:p>
    <w:p>
      <w:r>
        <w:rPr>
          <w:color w:val="6B6B6B"/>
          <w:sz w:val="18"/>
        </w:rPr>
        <w:t>4º ano e 5º ano · Plural of nouns</w:t>
      </w:r>
    </w:p>
    <w:p>
      <w:pPr>
        <w:pStyle w:val="Heading2"/>
      </w:pPr>
      <w:r>
        <w:t>1. Find the nouns</w:t>
      </w:r>
    </w:p>
    <w:p>
      <w:r>
        <w:rPr>
          <w:i/>
        </w:rPr>
        <w:t>Which words are nouns (people, animals, places and things)?</w:t>
      </w:r>
    </w:p>
    <w:p>
      <w:pPr>
        <w:keepNext/>
        <w:spacing w:before="120"/>
      </w:pPr>
      <w:r>
        <w:t>1. 📖  The boy is reading a book.</w:t>
      </w:r>
    </w:p>
    <w:p>
      <w:pPr>
        <w:spacing w:after="0"/>
        <w:ind w:left="454"/>
      </w:pPr>
      <w:r>
        <w:t>(   ) a) boy, book</w:t>
      </w:r>
    </w:p>
    <w:p>
      <w:pPr>
        <w:spacing w:after="0"/>
        <w:ind w:left="454"/>
      </w:pPr>
      <w:r>
        <w:t>(   ) b) is, reading</w:t>
      </w:r>
    </w:p>
    <w:p>
      <w:pPr>
        <w:spacing w:after="0"/>
        <w:ind w:left="454"/>
      </w:pPr>
      <w:r>
        <w:t>(   ) c) The, a</w:t>
      </w:r>
    </w:p>
    <w:p>
      <w:pPr>
        <w:keepNext/>
        <w:spacing w:before="120"/>
      </w:pPr>
      <w:r>
        <w:t>2. ✏️  My teacher gave me a pencil.</w:t>
      </w:r>
    </w:p>
    <w:p>
      <w:pPr>
        <w:spacing w:after="0"/>
        <w:ind w:left="454"/>
      </w:pPr>
      <w:r>
        <w:t>(   ) a) gave, me</w:t>
      </w:r>
    </w:p>
    <w:p>
      <w:pPr>
        <w:spacing w:after="0"/>
        <w:ind w:left="454"/>
      </w:pPr>
      <w:r>
        <w:t>(   ) b) teacher, pencil</w:t>
      </w:r>
    </w:p>
    <w:p>
      <w:pPr>
        <w:spacing w:after="0"/>
        <w:ind w:left="454"/>
      </w:pPr>
      <w:r>
        <w:t>(   ) c) My, a</w:t>
      </w:r>
    </w:p>
    <w:p>
      <w:pPr>
        <w:keepNext/>
        <w:spacing w:before="120"/>
      </w:pPr>
      <w:r>
        <w:t>3. 🐇  We saw a rabbit in the garden.</w:t>
      </w:r>
    </w:p>
    <w:p>
      <w:pPr>
        <w:spacing w:after="0"/>
        <w:ind w:left="454"/>
      </w:pPr>
      <w:r>
        <w:t>(   ) a) saw, in</w:t>
      </w:r>
    </w:p>
    <w:p>
      <w:pPr>
        <w:spacing w:after="0"/>
        <w:ind w:left="454"/>
      </w:pPr>
      <w:r>
        <w:t>(   ) b) We, a</w:t>
      </w:r>
    </w:p>
    <w:p>
      <w:pPr>
        <w:spacing w:after="0"/>
        <w:ind w:left="454"/>
      </w:pPr>
      <w:r>
        <w:t>(   ) c) rabbit, garden</w:t>
      </w:r>
    </w:p>
    <w:p>
      <w:pPr>
        <w:keepNext/>
        <w:spacing w:before="120"/>
      </w:pPr>
      <w:r>
        <w:t>4. 🎲  Sarah and Tom are playing a game.</w:t>
      </w:r>
    </w:p>
    <w:p>
      <w:pPr>
        <w:spacing w:after="0"/>
        <w:ind w:left="454"/>
      </w:pPr>
      <w:r>
        <w:t>(   ) a) Sarah, Tom, game</w:t>
      </w:r>
    </w:p>
    <w:p>
      <w:pPr>
        <w:spacing w:after="0"/>
        <w:ind w:left="454"/>
      </w:pPr>
      <w:r>
        <w:t>(   ) b) and, are, playing</w:t>
      </w:r>
    </w:p>
    <w:p>
      <w:pPr>
        <w:spacing w:after="0"/>
        <w:ind w:left="454"/>
      </w:pPr>
      <w:r>
        <w:t>(   ) c) are, a, playing</w:t>
      </w:r>
    </w:p>
    <w:p>
      <w:pPr>
        <w:pStyle w:val="Heading2"/>
      </w:pPr>
      <w:r>
        <w:t>2. Singular to plural</w:t>
      </w:r>
    </w:p>
    <w:p>
      <w:r>
        <w:rPr>
          <w:i/>
        </w:rPr>
        <w:t>Choose the plural form.</w:t>
      </w:r>
    </w:p>
    <w:p>
      <w:pPr>
        <w:keepNext/>
        <w:spacing w:before="120"/>
      </w:pPr>
      <w:r>
        <w:t>1. 🍎  apple</w:t>
      </w:r>
    </w:p>
    <w:p>
      <w:pPr>
        <w:spacing w:after="0"/>
        <w:ind w:left="454"/>
      </w:pPr>
      <w:r>
        <w:t>(   ) a) apples</w:t>
      </w:r>
    </w:p>
    <w:p>
      <w:pPr>
        <w:spacing w:after="0"/>
        <w:ind w:left="454"/>
      </w:pPr>
      <w:r>
        <w:t>(   ) b) applees</w:t>
      </w:r>
    </w:p>
    <w:p>
      <w:pPr>
        <w:spacing w:after="0"/>
        <w:ind w:left="454"/>
      </w:pPr>
      <w:r>
        <w:t>(   ) c) appleses</w:t>
      </w:r>
    </w:p>
    <w:p>
      <w:pPr>
        <w:keepNext/>
        <w:spacing w:before="120"/>
      </w:pPr>
      <w:r>
        <w:t>2. 🚌  bus</w:t>
      </w:r>
    </w:p>
    <w:p>
      <w:pPr>
        <w:spacing w:after="0"/>
        <w:ind w:left="454"/>
      </w:pPr>
      <w:r>
        <w:t>(   ) a) buss</w:t>
      </w:r>
    </w:p>
    <w:p>
      <w:pPr>
        <w:spacing w:after="0"/>
        <w:ind w:left="454"/>
      </w:pPr>
      <w:r>
        <w:t>(   ) b) buses</w:t>
      </w:r>
    </w:p>
    <w:p>
      <w:pPr>
        <w:spacing w:after="0"/>
        <w:ind w:left="454"/>
      </w:pPr>
      <w:r>
        <w:t>(   ) c) busies</w:t>
      </w:r>
    </w:p>
    <w:p>
      <w:pPr>
        <w:keepNext/>
        <w:spacing w:before="120"/>
      </w:pPr>
      <w:r>
        <w:t>3. 🧒  child</w:t>
      </w:r>
    </w:p>
    <w:p>
      <w:pPr>
        <w:spacing w:after="0"/>
        <w:ind w:left="454"/>
      </w:pPr>
      <w:r>
        <w:t>(   ) a) childs</w:t>
      </w:r>
    </w:p>
    <w:p>
      <w:pPr>
        <w:spacing w:after="0"/>
        <w:ind w:left="454"/>
      </w:pPr>
      <w:r>
        <w:t>(   ) b) childes</w:t>
      </w:r>
    </w:p>
    <w:p>
      <w:pPr>
        <w:spacing w:after="0"/>
        <w:ind w:left="454"/>
      </w:pPr>
      <w:r>
        <w:t>(   ) c) children</w:t>
      </w:r>
    </w:p>
    <w:p>
      <w:pPr>
        <w:keepNext/>
        <w:spacing w:before="120"/>
      </w:pPr>
      <w:r>
        <w:t>4. 🦷  tooth</w:t>
      </w:r>
    </w:p>
    <w:p>
      <w:pPr>
        <w:spacing w:after="0"/>
        <w:ind w:left="454"/>
      </w:pPr>
      <w:r>
        <w:t>(   ) a) teeth</w:t>
      </w:r>
    </w:p>
    <w:p>
      <w:pPr>
        <w:spacing w:after="0"/>
        <w:ind w:left="454"/>
      </w:pPr>
      <w:r>
        <w:t>(   ) b) tooths</w:t>
      </w:r>
    </w:p>
    <w:p>
      <w:pPr>
        <w:spacing w:after="0"/>
        <w:ind w:left="454"/>
      </w:pPr>
      <w:r>
        <w:t>(   ) c) teeths</w:t>
      </w:r>
    </w:p>
    <w:p>
      <w:pPr>
        <w:keepNext/>
        <w:spacing w:before="120"/>
      </w:pPr>
      <w:r>
        <w:t>5. 🐭  mouse</w:t>
      </w:r>
    </w:p>
    <w:p>
      <w:pPr>
        <w:spacing w:after="0"/>
        <w:ind w:left="454"/>
      </w:pPr>
      <w:r>
        <w:t>(   ) a) mouses</w:t>
      </w:r>
    </w:p>
    <w:p>
      <w:pPr>
        <w:spacing w:after="0"/>
        <w:ind w:left="454"/>
      </w:pPr>
      <w:r>
        <w:t>(   ) b) mice</w:t>
      </w:r>
    </w:p>
    <w:p>
      <w:pPr>
        <w:spacing w:after="0"/>
        <w:ind w:left="454"/>
      </w:pPr>
      <w:r>
        <w:t>(   ) c) mices</w:t>
      </w:r>
    </w:p>
    <w:p>
      <w:pPr>
        <w:keepNext/>
        <w:spacing w:before="120"/>
      </w:pPr>
      <w:r>
        <w:t>6. ⌚  watch</w:t>
      </w:r>
    </w:p>
    <w:p>
      <w:pPr>
        <w:spacing w:after="0"/>
        <w:ind w:left="454"/>
      </w:pPr>
      <w:r>
        <w:t>(   ) a) watchs</w:t>
      </w:r>
    </w:p>
    <w:p>
      <w:pPr>
        <w:spacing w:after="0"/>
        <w:ind w:left="454"/>
      </w:pPr>
      <w:r>
        <w:t>(   ) b) watchies</w:t>
      </w:r>
    </w:p>
    <w:p>
      <w:pPr>
        <w:spacing w:after="0"/>
        <w:ind w:left="454"/>
      </w:pPr>
      <w:r>
        <w:t>(   ) c) watches</w:t>
      </w:r>
    </w:p>
    <w:p>
      <w:pPr>
        <w:keepNext/>
        <w:spacing w:before="120"/>
      </w:pPr>
      <w:r>
        <w:t>7. 🏙️  city</w:t>
      </w:r>
    </w:p>
    <w:p>
      <w:pPr>
        <w:spacing w:after="0"/>
        <w:ind w:left="454"/>
      </w:pPr>
      <w:r>
        <w:t>(   ) a) cities</w:t>
      </w:r>
    </w:p>
    <w:p>
      <w:pPr>
        <w:spacing w:after="0"/>
        <w:ind w:left="454"/>
      </w:pPr>
      <w:r>
        <w:t>(   ) b) citys</w:t>
      </w:r>
    </w:p>
    <w:p>
      <w:pPr>
        <w:spacing w:after="0"/>
        <w:ind w:left="454"/>
      </w:pPr>
      <w:r>
        <w:t>(   ) c) cityes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Find the nouns</w:t>
      </w:r>
    </w:p>
    <w:p>
      <w:pPr>
        <w:spacing w:after="0"/>
      </w:pPr>
      <w:r>
        <w:t>1) a) boy, book</w:t>
      </w:r>
    </w:p>
    <w:p>
      <w:pPr>
        <w:spacing w:after="0"/>
      </w:pPr>
      <w:r>
        <w:t>2) b) teacher, pencil</w:t>
      </w:r>
    </w:p>
    <w:p>
      <w:pPr>
        <w:spacing w:after="0"/>
      </w:pPr>
      <w:r>
        <w:t>3) c) rabbit, garden</w:t>
      </w:r>
    </w:p>
    <w:p>
      <w:pPr>
        <w:spacing w:after="0"/>
      </w:pPr>
      <w:r>
        <w:t>4) a) Sarah, Tom, game</w:t>
      </w:r>
    </w:p>
    <w:p>
      <w:r>
        <w:rPr>
          <w:b/>
        </w:rPr>
        <w:t>2. Singular to plural</w:t>
      </w:r>
    </w:p>
    <w:p>
      <w:pPr>
        <w:spacing w:after="0"/>
      </w:pPr>
      <w:r>
        <w:t>1) a) apples</w:t>
      </w:r>
    </w:p>
    <w:p>
      <w:pPr>
        <w:spacing w:after="0"/>
      </w:pPr>
      <w:r>
        <w:t>2) b) buses</w:t>
      </w:r>
    </w:p>
    <w:p>
      <w:pPr>
        <w:spacing w:after="0"/>
      </w:pPr>
      <w:r>
        <w:t>3) c) children</w:t>
      </w:r>
    </w:p>
    <w:p>
      <w:pPr>
        <w:spacing w:after="0"/>
      </w:pPr>
      <w:r>
        <w:t>4) a) teeth</w:t>
      </w:r>
    </w:p>
    <w:p>
      <w:pPr>
        <w:spacing w:after="0"/>
      </w:pPr>
      <w:r>
        <w:t>5) b) mice</w:t>
      </w:r>
    </w:p>
    <w:p>
      <w:pPr>
        <w:spacing w:after="0"/>
      </w:pPr>
      <w:r>
        <w:t>6) c) watches</w:t>
      </w:r>
    </w:p>
    <w:p>
      <w:pPr>
        <w:spacing w:after="0"/>
      </w:pPr>
      <w:r>
        <w:t>7) a) cities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2025-01-31T00:00:00Z</dcterms:created>
  <dcterms:modified xsi:type="dcterms:W3CDTF">2025-01-31T00:00:00Z</dcterms:modified>
  <cp:category/>
</cp:coreProperties>
</file>