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Plural e preposições: onde está?</w:t>
      </w:r>
    </w:p>
    <w:p>
      <w:r>
        <w:rPr>
          <w:color w:val="6B6B6B"/>
          <w:sz w:val="18"/>
        </w:rPr>
        <w:t>3º ano e 4º ano · Plural of nouns</w:t>
      </w:r>
    </w:p>
    <w:p>
      <w:pPr>
        <w:pStyle w:val="Heading2"/>
      </w:pPr>
      <w:r>
        <w:t>1. Plural nouns</w:t>
      </w:r>
    </w:p>
    <w:p>
      <w:r>
        <w:rPr>
          <w:i/>
        </w:rPr>
        <w:t>Escreva o plural da palavra. (Write the plural form.)</w:t>
      </w:r>
    </w:p>
    <w:p>
      <w:pPr>
        <w:keepNext/>
        <w:spacing w:before="120"/>
      </w:pPr>
      <w:r>
        <w:t>1. 🐶  One dog, two ______________.</w:t>
      </w:r>
    </w:p>
    <w:p>
      <w:pPr>
        <w:keepNext/>
        <w:spacing w:before="120"/>
      </w:pPr>
      <w:r>
        <w:t>2. 📦  One box, three ______________.</w:t>
      </w:r>
    </w:p>
    <w:p>
      <w:pPr>
        <w:keepNext/>
        <w:spacing w:before="120"/>
      </w:pPr>
      <w:r>
        <w:t>3. 👶  One baby, two ______________.</w:t>
      </w:r>
    </w:p>
    <w:p>
      <w:pPr>
        <w:keepNext/>
        <w:spacing w:before="120"/>
      </w:pPr>
      <w:r>
        <w:t>4. 🚌  One bus, four ______________.</w:t>
      </w:r>
    </w:p>
    <w:p>
      <w:pPr>
        <w:keepNext/>
        <w:spacing w:before="120"/>
      </w:pPr>
      <w:r>
        <w:t>5. 🍃  One leaf, many ______________.</w:t>
      </w:r>
    </w:p>
    <w:p>
      <w:pPr>
        <w:keepNext/>
        <w:spacing w:before="120"/>
      </w:pPr>
      <w:r>
        <w:t>6. ⌚  One watch, two ______________.</w:t>
      </w:r>
    </w:p>
    <w:p>
      <w:pPr>
        <w:keepNext/>
        <w:spacing w:before="120"/>
      </w:pPr>
      <w:r>
        <w:t>7. 🧒  One child, three ______________.</w:t>
      </w:r>
    </w:p>
    <w:p>
      <w:pPr>
        <w:keepNext/>
        <w:spacing w:before="120"/>
      </w:pPr>
      <w:r>
        <w:t>8. 🍅  One tomato, five ______________.</w:t>
      </w:r>
    </w:p>
    <w:p>
      <w:pPr>
        <w:pStyle w:val="Heading2"/>
      </w:pPr>
      <w:r>
        <w:t>2. Prepositions of place</w:t>
      </w:r>
    </w:p>
    <w:p>
      <w:r>
        <w:rPr>
          <w:i/>
        </w:rPr>
        <w:t>Complete com in, on, under ou next to. A dica em português mostra onde está. (Complete with in, on, under or next to.)</w:t>
      </w:r>
    </w:p>
    <w:p>
      <w:r>
        <w:rPr>
          <w:b/>
        </w:rPr>
        <w:t>Word bank:  in  |  on  |  under  |  next to</w:t>
      </w:r>
    </w:p>
    <w:p>
      <w:pPr>
        <w:keepNext/>
        <w:spacing w:before="120"/>
      </w:pPr>
      <w:r>
        <w:t>1. 🐱  The cat is ______________ the chair.</w:t>
      </w:r>
    </w:p>
    <w:p>
      <w:pPr>
        <w:keepNext/>
        <w:spacing w:before="120"/>
      </w:pPr>
      <w:r>
        <w:t>2. 🎒  My books are ______________ the bag.</w:t>
      </w:r>
    </w:p>
    <w:p>
      <w:pPr>
        <w:keepNext/>
        <w:spacing w:before="120"/>
      </w:pPr>
      <w:r>
        <w:t>3. 🔑  The keys are ______________ the table.</w:t>
      </w:r>
    </w:p>
    <w:p>
      <w:pPr>
        <w:keepNext/>
        <w:spacing w:before="120"/>
      </w:pPr>
      <w:r>
        <w:t>4. 🛋️  The lamp is ______________ the sofa.</w:t>
      </w:r>
    </w:p>
    <w:p>
      <w:pPr>
        <w:keepNext/>
        <w:spacing w:before="120"/>
      </w:pPr>
      <w:r>
        <w:t>5. ⚽  The ball is ______________ the box.</w:t>
      </w:r>
    </w:p>
    <w:p>
      <w:pPr>
        <w:keepNext/>
        <w:spacing w:before="120"/>
      </w:pPr>
      <w:r>
        <w:t>6. 🐕  The dog is ______________ the bed.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Plural nouns</w:t>
      </w:r>
    </w:p>
    <w:p>
      <w:pPr>
        <w:spacing w:after="0"/>
      </w:pPr>
      <w:r>
        <w:t>1) dogs</w:t>
      </w:r>
    </w:p>
    <w:p>
      <w:pPr>
        <w:spacing w:after="0"/>
      </w:pPr>
      <w:r>
        <w:t>2) boxes</w:t>
      </w:r>
    </w:p>
    <w:p>
      <w:pPr>
        <w:spacing w:after="0"/>
      </w:pPr>
      <w:r>
        <w:t>3) babies</w:t>
      </w:r>
    </w:p>
    <w:p>
      <w:pPr>
        <w:spacing w:after="0"/>
      </w:pPr>
      <w:r>
        <w:t>4) buses</w:t>
      </w:r>
    </w:p>
    <w:p>
      <w:pPr>
        <w:spacing w:after="0"/>
      </w:pPr>
      <w:r>
        <w:t>5) leaves</w:t>
      </w:r>
    </w:p>
    <w:p>
      <w:pPr>
        <w:spacing w:after="0"/>
      </w:pPr>
      <w:r>
        <w:t>6) watches</w:t>
      </w:r>
    </w:p>
    <w:p>
      <w:pPr>
        <w:spacing w:after="0"/>
      </w:pPr>
      <w:r>
        <w:t>7) children</w:t>
      </w:r>
    </w:p>
    <w:p>
      <w:pPr>
        <w:spacing w:after="0"/>
      </w:pPr>
      <w:r>
        <w:t>8) tomatoes</w:t>
      </w:r>
    </w:p>
    <w:p>
      <w:r>
        <w:rPr>
          <w:b/>
        </w:rPr>
        <w:t>2. Prepositions of place</w:t>
      </w:r>
    </w:p>
    <w:p>
      <w:pPr>
        <w:spacing w:after="0"/>
      </w:pPr>
      <w:r>
        <w:t>1) under</w:t>
      </w:r>
    </w:p>
    <w:p>
      <w:pPr>
        <w:spacing w:after="0"/>
      </w:pPr>
      <w:r>
        <w:t>2) in</w:t>
      </w:r>
    </w:p>
    <w:p>
      <w:pPr>
        <w:spacing w:after="0"/>
      </w:pPr>
      <w:r>
        <w:t>3) on</w:t>
      </w:r>
    </w:p>
    <w:p>
      <w:pPr>
        <w:spacing w:after="0"/>
      </w:pPr>
      <w:r>
        <w:t>4) next to</w:t>
      </w:r>
    </w:p>
    <w:p>
      <w:pPr>
        <w:spacing w:after="0"/>
      </w:pPr>
      <w:r>
        <w:t>5) in</w:t>
      </w:r>
    </w:p>
    <w:p>
      <w:pPr>
        <w:spacing w:after="0"/>
      </w:pPr>
      <w:r>
        <w:t>6) under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