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Places in town: lugares da cidade e preposições</w:t>
      </w:r>
    </w:p>
    <w:p>
      <w:r>
        <w:rPr>
          <w:color w:val="6B6B6B"/>
          <w:sz w:val="18"/>
        </w:rPr>
        <w:t>4º ano e 5º ano · Places in town (cidade)</w:t>
      </w:r>
    </w:p>
    <w:p>
      <w:pPr>
        <w:pStyle w:val="Heading2"/>
      </w:pPr>
      <w:r>
        <w:t>1. Where do you go?</w:t>
      </w:r>
    </w:p>
    <w:p>
      <w:r>
        <w:rPr>
          <w:i/>
        </w:rPr>
        <w:t>Read and choose the correct place.</w:t>
      </w:r>
    </w:p>
    <w:p>
      <w:pPr>
        <w:keepNext/>
        <w:spacing w:before="120"/>
      </w:pPr>
      <w:r>
        <w:t>1. 💊  I need medicine. I go to the ___.</w:t>
      </w:r>
    </w:p>
    <w:p>
      <w:pPr>
        <w:spacing w:after="0"/>
        <w:ind w:left="454"/>
      </w:pPr>
      <w:r>
        <w:t>(   ) a) bakery</w:t>
      </w:r>
    </w:p>
    <w:p>
      <w:pPr>
        <w:spacing w:after="0"/>
        <w:ind w:left="454"/>
      </w:pPr>
      <w:r>
        <w:t>(   ) b) drugstore</w:t>
      </w:r>
    </w:p>
    <w:p>
      <w:pPr>
        <w:spacing w:after="0"/>
        <w:ind w:left="454"/>
      </w:pPr>
      <w:r>
        <w:t>(   ) c) park</w:t>
      </w:r>
    </w:p>
    <w:p>
      <w:pPr>
        <w:keepNext/>
        <w:spacing w:before="120"/>
      </w:pPr>
      <w:r>
        <w:t>2. 🥖  I want fresh bread. I go to the ___.</w:t>
      </w:r>
    </w:p>
    <w:p>
      <w:pPr>
        <w:spacing w:after="0"/>
        <w:ind w:left="454"/>
      </w:pPr>
      <w:r>
        <w:t>(   ) a) bakery</w:t>
      </w:r>
    </w:p>
    <w:p>
      <w:pPr>
        <w:spacing w:after="0"/>
        <w:ind w:left="454"/>
      </w:pPr>
      <w:r>
        <w:t>(   ) b) library</w:t>
      </w:r>
    </w:p>
    <w:p>
      <w:pPr>
        <w:spacing w:after="0"/>
        <w:ind w:left="454"/>
      </w:pPr>
      <w:r>
        <w:t>(   ) c) bank</w:t>
      </w:r>
    </w:p>
    <w:p>
      <w:pPr>
        <w:keepNext/>
        <w:spacing w:before="120"/>
      </w:pPr>
      <w:r>
        <w:t>3. 📚  I want to borrow a book. I go to the ___.</w:t>
      </w:r>
    </w:p>
    <w:p>
      <w:pPr>
        <w:spacing w:after="0"/>
        <w:ind w:left="454"/>
      </w:pPr>
      <w:r>
        <w:t>(   ) a) supermarket</w:t>
      </w:r>
    </w:p>
    <w:p>
      <w:pPr>
        <w:spacing w:after="0"/>
        <w:ind w:left="454"/>
      </w:pPr>
      <w:r>
        <w:t>(   ) b) hospital</w:t>
      </w:r>
    </w:p>
    <w:p>
      <w:pPr>
        <w:spacing w:after="0"/>
        <w:ind w:left="454"/>
      </w:pPr>
      <w:r>
        <w:t>(   ) c) library</w:t>
      </w:r>
    </w:p>
    <w:p>
      <w:pPr>
        <w:keepNext/>
        <w:spacing w:before="120"/>
      </w:pPr>
      <w:r>
        <w:t>4. 🎬  I want to watch a movie. I go to the ___.</w:t>
      </w:r>
    </w:p>
    <w:p>
      <w:pPr>
        <w:spacing w:after="0"/>
        <w:ind w:left="454"/>
      </w:pPr>
      <w:r>
        <w:t>(   ) a) movie theater</w:t>
      </w:r>
    </w:p>
    <w:p>
      <w:pPr>
        <w:spacing w:after="0"/>
        <w:ind w:left="454"/>
      </w:pPr>
      <w:r>
        <w:t>(   ) b) post office</w:t>
      </w:r>
    </w:p>
    <w:p>
      <w:pPr>
        <w:spacing w:after="0"/>
        <w:ind w:left="454"/>
      </w:pPr>
      <w:r>
        <w:t>(   ) c) school</w:t>
      </w:r>
    </w:p>
    <w:p>
      <w:pPr>
        <w:keepNext/>
        <w:spacing w:before="120"/>
      </w:pPr>
      <w:r>
        <w:t>5. 🛒  I need rice and milk. I go to the ___.</w:t>
      </w:r>
    </w:p>
    <w:p>
      <w:pPr>
        <w:spacing w:after="0"/>
        <w:ind w:left="454"/>
      </w:pPr>
      <w:r>
        <w:t>(   ) a) museum</w:t>
      </w:r>
    </w:p>
    <w:p>
      <w:pPr>
        <w:spacing w:after="0"/>
        <w:ind w:left="454"/>
      </w:pPr>
      <w:r>
        <w:t>(   ) b) supermarket</w:t>
      </w:r>
    </w:p>
    <w:p>
      <w:pPr>
        <w:spacing w:after="0"/>
        <w:ind w:left="454"/>
      </w:pPr>
      <w:r>
        <w:t>(   ) c) bus station</w:t>
      </w:r>
    </w:p>
    <w:p>
      <w:pPr>
        <w:pStyle w:val="Heading2"/>
      </w:pPr>
      <w:r>
        <w:t>2. Where is it?</w:t>
      </w:r>
    </w:p>
    <w:p>
      <w:r>
        <w:rPr>
          <w:i/>
        </w:rPr>
        <w:t>Read the text about Rua das Flores. Then complete with the words from the box.</w:t>
      </w:r>
    </w:p>
    <w:p>
      <w:r>
        <w:rPr>
          <w:b/>
        </w:rPr>
        <w:t>My street</w:t>
      </w:r>
    </w:p>
    <w:p>
      <w:pPr>
        <w:ind w:left="340"/>
      </w:pPr>
      <w:r>
        <w:t>I live on Rua das Flores. There is a bakery, a bank and a drugstore on my street. The bank is between the bakery and the drugstore. The bakery is next to the bank. Across from the bank, there is a big park. My school is on Rua Verde, behind the park.</w:t>
      </w:r>
    </w:p>
    <w:p>
      <w:r>
        <w:rPr>
          <w:b/>
        </w:rPr>
        <w:t>Word bank:  between  |  next to  |  across from  |  behind</w:t>
      </w:r>
    </w:p>
    <w:p>
      <w:pPr>
        <w:keepNext/>
        <w:spacing w:before="120"/>
      </w:pPr>
      <w:r>
        <w:t>1. 🏦  The bank is ______________ the bakery and the drugstore.</w:t>
      </w:r>
    </w:p>
    <w:p>
      <w:pPr>
        <w:keepNext/>
        <w:spacing w:before="120"/>
      </w:pPr>
      <w:r>
        <w:t>2. 🥖  The bakery is ______________ the bank.</w:t>
      </w:r>
    </w:p>
    <w:p>
      <w:pPr>
        <w:keepNext/>
        <w:spacing w:before="120"/>
      </w:pPr>
      <w:r>
        <w:t>3. 🌳  The park is ______________ the bank.</w:t>
      </w:r>
    </w:p>
    <w:p>
      <w:pPr>
        <w:keepNext/>
        <w:spacing w:before="120"/>
      </w:pPr>
      <w:r>
        <w:t>4. 🏫  The school is ______________ the park.</w:t>
      </w:r>
    </w:p>
    <w:p>
      <w:pPr>
        <w:pStyle w:val="Heading2"/>
      </w:pPr>
      <w:r>
        <w:t>3. True or false?</w:t>
      </w:r>
    </w:p>
    <w:p>
      <w:r>
        <w:rPr>
          <w:i/>
        </w:rPr>
        <w:t>Read the text "My street" again. Mark True or False.</w:t>
      </w:r>
    </w:p>
    <w:p>
      <w:pPr>
        <w:keepNext/>
        <w:spacing w:before="120"/>
      </w:pPr>
      <w:r>
        <w:t>1. 💊  There is a drugstore on Rua das Flores.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🏫  The school is on Rua das Flores.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🌳  The park is big.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🛒  There is a supermarket next to the bank.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Where do you go?</w:t>
      </w:r>
    </w:p>
    <w:p>
      <w:pPr>
        <w:spacing w:after="0"/>
      </w:pPr>
      <w:r>
        <w:t>1) b) drugstore</w:t>
      </w:r>
    </w:p>
    <w:p>
      <w:pPr>
        <w:spacing w:after="0"/>
      </w:pPr>
      <w:r>
        <w:t>2) a) bakery</w:t>
      </w:r>
    </w:p>
    <w:p>
      <w:pPr>
        <w:spacing w:after="0"/>
      </w:pPr>
      <w:r>
        <w:t>3) c) library</w:t>
      </w:r>
    </w:p>
    <w:p>
      <w:pPr>
        <w:spacing w:after="0"/>
      </w:pPr>
      <w:r>
        <w:t>4) a) movie theater</w:t>
      </w:r>
    </w:p>
    <w:p>
      <w:pPr>
        <w:spacing w:after="0"/>
      </w:pPr>
      <w:r>
        <w:t>5) b) supermarket</w:t>
      </w:r>
    </w:p>
    <w:p>
      <w:r>
        <w:rPr>
          <w:b/>
        </w:rPr>
        <w:t>2. Where is it?</w:t>
      </w:r>
    </w:p>
    <w:p>
      <w:pPr>
        <w:spacing w:after="0"/>
      </w:pPr>
      <w:r>
        <w:t>1) between</w:t>
      </w:r>
    </w:p>
    <w:p>
      <w:pPr>
        <w:spacing w:after="0"/>
      </w:pPr>
      <w:r>
        <w:t>2) next to</w:t>
      </w:r>
    </w:p>
    <w:p>
      <w:pPr>
        <w:spacing w:after="0"/>
      </w:pPr>
      <w:r>
        <w:t>3) across from</w:t>
      </w:r>
    </w:p>
    <w:p>
      <w:pPr>
        <w:spacing w:after="0"/>
      </w:pPr>
      <w:r>
        <w:t>4) behind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p>
      <w:pPr>
        <w:spacing w:after="0"/>
      </w:pPr>
      <w:r>
        <w:t>4)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