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Perfect tenses e condicionais</w:t>
      </w:r>
    </w:p>
    <w:p>
      <w:r>
        <w:rPr>
          <w:color w:val="6B6B6B"/>
          <w:sz w:val="18"/>
        </w:rPr>
        <w:t>2ª série e 3ª série · Past perfect · BNCC: EM13LGG103, EM13LGG403</w:t>
      </w:r>
    </w:p>
    <w:p>
      <w:pPr>
        <w:pStyle w:val="Heading2"/>
      </w:pPr>
      <w:r>
        <w:t>1. Perfect tenses</w:t>
      </w:r>
    </w:p>
    <w:p>
      <w:r>
        <w:rPr>
          <w:i/>
        </w:rPr>
        <w:t>Complete with the present perfect, past perfect or future perfect of the verb in parentheses.</w:t>
      </w:r>
    </w:p>
    <w:p>
      <w:pPr>
        <w:keepNext/>
        <w:spacing w:before="120"/>
      </w:pPr>
      <w:r>
        <w:t>1. By the time you arrive, I ______________ (finish) my homework.</w:t>
      </w:r>
    </w:p>
    <w:p>
      <w:pPr>
        <w:keepNext/>
        <w:spacing w:before="120"/>
      </w:pPr>
      <w:r>
        <w:t>2. She ______________ (already / leave) when I got to the station.</w:t>
      </w:r>
    </w:p>
    <w:p>
      <w:pPr>
        <w:keepNext/>
        <w:spacing w:before="120"/>
      </w:pPr>
      <w:r>
        <w:t>3. I ______________ (never / visit) Salvador, but I'd love to go there.</w:t>
      </w:r>
    </w:p>
    <w:p>
      <w:pPr>
        <w:keepNext/>
        <w:spacing w:before="120"/>
      </w:pPr>
      <w:r>
        <w:t>4. When we got to the cinema, the movie ______________ (already / start).</w:t>
      </w:r>
    </w:p>
    <w:p>
      <w:pPr>
        <w:keepNext/>
        <w:spacing w:before="120"/>
      </w:pPr>
      <w:r>
        <w:t>5. By next year, they ______________ (build) the new hospital.</w:t>
      </w:r>
    </w:p>
    <w:p>
      <w:pPr>
        <w:keepNext/>
        <w:spacing w:before="120"/>
      </w:pPr>
      <w:r>
        <w:t>6. We ______________ (live) in this city since 2015.</w:t>
      </w:r>
    </w:p>
    <w:p>
      <w:pPr>
        <w:pStyle w:val="Heading2"/>
      </w:pPr>
      <w:r>
        <w:t>2. Conditional sentences</w:t>
      </w:r>
    </w:p>
    <w:p>
      <w:r>
        <w:rPr>
          <w:i/>
        </w:rPr>
        <w:t>Complete to make first, second or third conditional sentences.</w:t>
      </w:r>
    </w:p>
    <w:p>
      <w:pPr>
        <w:keepNext/>
        <w:spacing w:before="120"/>
      </w:pPr>
      <w:r>
        <w:t>1. If she ______________ (study), she will pass the exam. (first)</w:t>
      </w:r>
    </w:p>
    <w:p>
      <w:pPr>
        <w:keepNext/>
        <w:spacing w:before="120"/>
      </w:pPr>
      <w:r>
        <w:t>2. If I ______________ (be) you, I would call him. (second)</w:t>
      </w:r>
    </w:p>
    <w:p>
      <w:pPr>
        <w:keepNext/>
        <w:spacing w:before="120"/>
      </w:pPr>
      <w:r>
        <w:t>3. If they ______________ (know) about the meeting, they would have attended. (third)</w:t>
      </w:r>
    </w:p>
    <w:p>
      <w:pPr>
        <w:keepNext/>
        <w:spacing w:before="120"/>
      </w:pPr>
      <w:r>
        <w:t>4. If you ______________ (not / hurry), you will miss the bus. (first)</w:t>
      </w:r>
    </w:p>
    <w:p>
      <w:pPr>
        <w:pStyle w:val="Heading2"/>
      </w:pPr>
      <w:r>
        <w:t>3. Choose the correct option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Choose the correct sentence.</w:t>
      </w:r>
    </w:p>
    <w:p>
      <w:pPr>
        <w:spacing w:after="0"/>
        <w:ind w:left="454"/>
      </w:pPr>
      <w:r>
        <w:t>(   ) a) I have seen him yesterday.</w:t>
      </w:r>
    </w:p>
    <w:p>
      <w:pPr>
        <w:spacing w:after="0"/>
        <w:ind w:left="454"/>
      </w:pPr>
      <w:r>
        <w:t>(   ) b) I saw him yesterday.</w:t>
      </w:r>
    </w:p>
    <w:p>
      <w:pPr>
        <w:spacing w:after="0"/>
        <w:ind w:left="454"/>
      </w:pPr>
      <w:r>
        <w:t>(   ) c) I had see him yesterday.</w:t>
      </w:r>
    </w:p>
    <w:p>
      <w:pPr>
        <w:keepNext/>
        <w:spacing w:before="120"/>
      </w:pPr>
      <w:r>
        <w:t>2. By the end of the month, she ___ the whole book.</w:t>
      </w:r>
    </w:p>
    <w:p>
      <w:pPr>
        <w:spacing w:after="0"/>
        <w:ind w:left="454"/>
      </w:pPr>
      <w:r>
        <w:t>(   ) a) will have read</w:t>
      </w:r>
    </w:p>
    <w:p>
      <w:pPr>
        <w:spacing w:after="0"/>
        <w:ind w:left="454"/>
      </w:pPr>
      <w:r>
        <w:t>(   ) b) has read</w:t>
      </w:r>
    </w:p>
    <w:p>
      <w:pPr>
        <w:spacing w:after="0"/>
        <w:ind w:left="454"/>
      </w:pPr>
      <w:r>
        <w:t>(   ) c) had read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Perfect tenses</w:t>
      </w:r>
    </w:p>
    <w:p>
      <w:pPr>
        <w:spacing w:after="0"/>
      </w:pPr>
      <w:r>
        <w:t>1) will have finished</w:t>
      </w:r>
    </w:p>
    <w:p>
      <w:pPr>
        <w:spacing w:after="0"/>
      </w:pPr>
      <w:r>
        <w:t>2) had already left</w:t>
      </w:r>
    </w:p>
    <w:p>
      <w:pPr>
        <w:spacing w:after="0"/>
      </w:pPr>
      <w:r>
        <w:t>3) have never visited</w:t>
      </w:r>
    </w:p>
    <w:p>
      <w:pPr>
        <w:spacing w:after="0"/>
      </w:pPr>
      <w:r>
        <w:t>4) had already started</w:t>
      </w:r>
    </w:p>
    <w:p>
      <w:pPr>
        <w:spacing w:after="0"/>
      </w:pPr>
      <w:r>
        <w:t>5) will have built</w:t>
      </w:r>
    </w:p>
    <w:p>
      <w:pPr>
        <w:spacing w:after="0"/>
      </w:pPr>
      <w:r>
        <w:t>6) have lived</w:t>
      </w:r>
    </w:p>
    <w:p>
      <w:r>
        <w:rPr>
          <w:b/>
        </w:rPr>
        <w:t>2. Conditional sentences</w:t>
      </w:r>
    </w:p>
    <w:p>
      <w:pPr>
        <w:spacing w:after="0"/>
      </w:pPr>
      <w:r>
        <w:t>1) studies</w:t>
      </w:r>
    </w:p>
    <w:p>
      <w:pPr>
        <w:spacing w:after="0"/>
      </w:pPr>
      <w:r>
        <w:t>2) were</w:t>
      </w:r>
    </w:p>
    <w:p>
      <w:pPr>
        <w:spacing w:after="0"/>
      </w:pPr>
      <w:r>
        <w:t>3) had known</w:t>
      </w:r>
    </w:p>
    <w:p>
      <w:pPr>
        <w:spacing w:after="0"/>
      </w:pPr>
      <w:r>
        <w:t>4) don't hurry</w:t>
      </w:r>
    </w:p>
    <w:p>
      <w:r>
        <w:rPr>
          <w:b/>
        </w:rPr>
        <w:t>3. Choose the correct option</w:t>
      </w:r>
    </w:p>
    <w:p>
      <w:pPr>
        <w:spacing w:after="0"/>
      </w:pPr>
      <w:r>
        <w:t>1) b) I saw him yesterday.</w:t>
      </w:r>
    </w:p>
    <w:p>
      <w:pPr>
        <w:spacing w:after="0"/>
      </w:pPr>
      <w:r>
        <w:t>2) a) will have read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2024-12-02T00:00:00Z</dcterms:created>
  <dcterms:modified xsi:type="dcterms:W3CDTF">2024-12-02T00:00:00Z</dcterms:modified>
  <cp:category/>
</cp:coreProperties>
</file>