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Past Continuous: o que estava acontecendo</w:t>
      </w:r>
    </w:p>
    <w:p>
      <w:r>
        <w:rPr>
          <w:color w:val="6B6B6B"/>
          <w:sz w:val="18"/>
        </w:rPr>
        <w:t>7º ano · Past continuous · BNCC: EF07LI18, EF07LI09</w:t>
      </w:r>
    </w:p>
    <w:p>
      <w:pPr>
        <w:pStyle w:val="Heading2"/>
      </w:pPr>
      <w:r>
        <w:t>1. Reading</w:t>
      </w:r>
    </w:p>
    <w:p>
      <w:r>
        <w:rPr>
          <w:i/>
        </w:rPr>
        <w:t>Read the school news and choose the correct answer.</w:t>
      </w:r>
    </w:p>
    <w:p>
      <w:r>
        <w:rPr>
          <w:b/>
        </w:rPr>
        <w:t>The day the lights went out</w:t>
      </w:r>
    </w:p>
    <w:p>
      <w:pPr>
        <w:ind w:left="340"/>
      </w:pPr>
      <w:r>
        <w:t>Last Wednesday, there was a big storm in our city. At 3 p.m., the lights went out at school.</w:t>
      </w:r>
    </w:p>
    <w:p>
      <w:pPr>
        <w:ind w:left="340"/>
      </w:pPr>
      <w:r>
        <w:t>When it happened, the 7th grade students were having a Science test. Mrs. Rocha was walking around the classroom. Some students were writing their answers and others were thinking.</w:t>
      </w:r>
    </w:p>
    <w:p>
      <w:pPr>
        <w:ind w:left="340"/>
      </w:pPr>
      <w:r>
        <w:t>In the gym, the volleyball team was practicing for a tournament. In the kitchen, the cooks were making snacks for the afternoon break.</w:t>
      </w:r>
    </w:p>
    <w:p>
      <w:pPr>
        <w:ind w:left="340"/>
      </w:pPr>
      <w:r>
        <w:t>The lights came back after 20 minutes. Nobody was hurt, and the test continued!</w:t>
      </w:r>
    </w:p>
    <w:p>
      <w:pPr>
        <w:keepNext/>
        <w:spacing w:before="120"/>
      </w:pPr>
      <w:r>
        <w:t>1. What were the 7th grade students doing when the lights went out?</w:t>
      </w:r>
    </w:p>
    <w:p>
      <w:pPr>
        <w:spacing w:after="0"/>
        <w:ind w:left="454"/>
      </w:pPr>
      <w:r>
        <w:t>(   ) a) Practicing volleyball</w:t>
      </w:r>
    </w:p>
    <w:p>
      <w:pPr>
        <w:spacing w:after="0"/>
        <w:ind w:left="454"/>
      </w:pPr>
      <w:r>
        <w:t>(   ) b) Having a Science test</w:t>
      </w:r>
    </w:p>
    <w:p>
      <w:pPr>
        <w:spacing w:after="0"/>
        <w:ind w:left="454"/>
      </w:pPr>
      <w:r>
        <w:t>(   ) c) Making snacks</w:t>
      </w:r>
    </w:p>
    <w:p>
      <w:pPr>
        <w:keepNext/>
        <w:spacing w:before="120"/>
      </w:pPr>
      <w:r>
        <w:t>2. What was Mrs. Rocha doing?</w:t>
      </w:r>
    </w:p>
    <w:p>
      <w:pPr>
        <w:spacing w:after="0"/>
        <w:ind w:left="454"/>
      </w:pPr>
      <w:r>
        <w:t>(   ) a) Writing answers</w:t>
      </w:r>
    </w:p>
    <w:p>
      <w:pPr>
        <w:spacing w:after="0"/>
        <w:ind w:left="454"/>
      </w:pPr>
      <w:r>
        <w:t>(   ) b) Making snacks</w:t>
      </w:r>
    </w:p>
    <w:p>
      <w:pPr>
        <w:spacing w:after="0"/>
        <w:ind w:left="454"/>
      </w:pPr>
      <w:r>
        <w:t>(   ) c) Walking around the classroom</w:t>
      </w:r>
    </w:p>
    <w:p>
      <w:pPr>
        <w:spacing w:after="0"/>
        <w:ind w:left="454"/>
      </w:pPr>
      <w:r>
        <w:t>(   ) d) Practicing volleyball</w:t>
      </w:r>
    </w:p>
    <w:p>
      <w:pPr>
        <w:keepNext/>
        <w:spacing w:before="120"/>
      </w:pPr>
      <w:r>
        <w:t>3. Who was practicing in the gym?</w:t>
      </w:r>
    </w:p>
    <w:p>
      <w:pPr>
        <w:spacing w:after="0"/>
        <w:ind w:left="454"/>
      </w:pPr>
      <w:r>
        <w:t>(   ) a) The volleyball team</w:t>
      </w:r>
    </w:p>
    <w:p>
      <w:pPr>
        <w:spacing w:after="0"/>
        <w:ind w:left="454"/>
      </w:pPr>
      <w:r>
        <w:t>(   ) b) The cooks</w:t>
      </w:r>
    </w:p>
    <w:p>
      <w:pPr>
        <w:spacing w:after="0"/>
        <w:ind w:left="454"/>
      </w:pPr>
      <w:r>
        <w:t>(   ) c) The 7th grade students</w:t>
      </w:r>
    </w:p>
    <w:p>
      <w:pPr>
        <w:keepNext/>
        <w:spacing w:before="120"/>
      </w:pPr>
      <w:r>
        <w:t>4. How long were the lights off?</w:t>
      </w:r>
    </w:p>
    <w:p>
      <w:pPr>
        <w:spacing w:after="0"/>
        <w:ind w:left="454"/>
      </w:pPr>
      <w:r>
        <w:t>(   ) a) Two hours</w:t>
      </w:r>
    </w:p>
    <w:p>
      <w:pPr>
        <w:spacing w:after="0"/>
        <w:ind w:left="454"/>
      </w:pPr>
      <w:r>
        <w:t>(   ) b) Three minutes</w:t>
      </w:r>
    </w:p>
    <w:p>
      <w:pPr>
        <w:spacing w:after="0"/>
        <w:ind w:left="454"/>
      </w:pPr>
      <w:r>
        <w:t>(   ) c) Twenty minutes</w:t>
      </w:r>
    </w:p>
    <w:p>
      <w:pPr>
        <w:pStyle w:val="Heading2"/>
      </w:pPr>
      <w:r>
        <w:t>2. Was or were + -ing</w:t>
      </w:r>
    </w:p>
    <w:p>
      <w:r>
        <w:rPr>
          <w:i/>
        </w:rPr>
        <w:t>Complete with the past continuous of the verbs in parentheses.</w:t>
      </w:r>
    </w:p>
    <w:p>
      <w:pPr>
        <w:keepNext/>
        <w:spacing w:before="120"/>
      </w:pPr>
      <w:r>
        <w:t>1. At 8 p.m. yesterday, I ______________ (watch) a series.</w:t>
      </w:r>
    </w:p>
    <w:p>
      <w:pPr>
        <w:keepNext/>
        <w:spacing w:before="120"/>
      </w:pPr>
      <w:r>
        <w:t>2. My parents ______________ (cook) dinner when I arrived.</w:t>
      </w:r>
    </w:p>
    <w:p>
      <w:pPr>
        <w:keepNext/>
        <w:spacing w:before="120"/>
      </w:pPr>
      <w:r>
        <w:t>3. It ______________ (rain) all morning.</w:t>
      </w:r>
    </w:p>
    <w:p>
      <w:pPr>
        <w:keepNext/>
        <w:spacing w:before="120"/>
      </w:pPr>
      <w:r>
        <w:t>4. We ______________ (play) soccer when it started to rain.</w:t>
      </w:r>
    </w:p>
    <w:p>
      <w:pPr>
        <w:keepNext/>
        <w:spacing w:before="120"/>
      </w:pPr>
      <w:r>
        <w:t>5. Paula ______________ (not / sleep) at midnight. She was studying.</w:t>
      </w:r>
    </w:p>
    <w:p>
      <w:pPr>
        <w:keepNext/>
        <w:spacing w:before="120"/>
      </w:pPr>
      <w:r>
        <w:t>6. The boys ______________ (not / listen) to the teacher.</w:t>
      </w:r>
    </w:p>
    <w:p>
      <w:pPr>
        <w:pStyle w:val="Heading2"/>
      </w:pPr>
      <w:r>
        <w:t>3. Past continuous or simple past?</w:t>
      </w:r>
    </w:p>
    <w:p>
      <w:r>
        <w:rPr>
          <w:i/>
        </w:rPr>
        <w:t>Choose the correct answer.</w:t>
      </w:r>
    </w:p>
    <w:p>
      <w:pPr>
        <w:keepNext/>
        <w:spacing w:before="120"/>
      </w:pPr>
      <w:r>
        <w:t>1. The phone rang while I ___ a shower.</w:t>
      </w:r>
    </w:p>
    <w:p>
      <w:pPr>
        <w:spacing w:after="0"/>
        <w:ind w:left="454"/>
      </w:pPr>
      <w:r>
        <w:t>(   ) a) took</w:t>
      </w:r>
    </w:p>
    <w:p>
      <w:pPr>
        <w:spacing w:after="0"/>
        <w:ind w:left="454"/>
      </w:pPr>
      <w:r>
        <w:t>(   ) b) was taking</w:t>
      </w:r>
    </w:p>
    <w:p>
      <w:pPr>
        <w:spacing w:after="0"/>
        <w:ind w:left="454"/>
      </w:pPr>
      <w:r>
        <w:t>(   ) c) am taking</w:t>
      </w:r>
    </w:p>
    <w:p>
      <w:pPr>
        <w:keepNext/>
        <w:spacing w:before="120"/>
      </w:pPr>
      <w:r>
        <w:t>2. While Ana was walking home, she ___ an old friend.</w:t>
      </w:r>
    </w:p>
    <w:p>
      <w:pPr>
        <w:spacing w:after="0"/>
        <w:ind w:left="454"/>
      </w:pPr>
      <w:r>
        <w:t>(   ) a) met</w:t>
      </w:r>
    </w:p>
    <w:p>
      <w:pPr>
        <w:spacing w:after="0"/>
        <w:ind w:left="454"/>
      </w:pPr>
      <w:r>
        <w:t>(   ) b) was meeting</w:t>
      </w:r>
    </w:p>
    <w:p>
      <w:pPr>
        <w:spacing w:after="0"/>
        <w:ind w:left="454"/>
      </w:pPr>
      <w:r>
        <w:t>(   ) c) meets</w:t>
      </w:r>
    </w:p>
    <w:p>
      <w:pPr>
        <w:keepNext/>
        <w:spacing w:before="120"/>
      </w:pPr>
      <w:r>
        <w:t>3. ___ you sleeping when I called you?</w:t>
      </w:r>
    </w:p>
    <w:p>
      <w:pPr>
        <w:spacing w:after="0"/>
        <w:ind w:left="454"/>
      </w:pPr>
      <w:r>
        <w:t>(   ) a) Was</w:t>
      </w:r>
    </w:p>
    <w:p>
      <w:pPr>
        <w:spacing w:after="0"/>
        <w:ind w:left="454"/>
      </w:pPr>
      <w:r>
        <w:t>(   ) b) Did</w:t>
      </w:r>
    </w:p>
    <w:p>
      <w:pPr>
        <w:spacing w:after="0"/>
        <w:ind w:left="454"/>
      </w:pPr>
      <w:r>
        <w:t>(   ) c) Were</w:t>
      </w:r>
    </w:p>
    <w:p>
      <w:pPr>
        <w:keepNext/>
        <w:spacing w:before="120"/>
      </w:pPr>
      <w:r>
        <w:t>4. What were they doing at 10 a.m. yesterday?</w:t>
      </w:r>
    </w:p>
    <w:p>
      <w:pPr>
        <w:spacing w:after="0"/>
        <w:ind w:left="454"/>
      </w:pPr>
      <w:r>
        <w:t>(   ) a) They are studying.</w:t>
      </w:r>
    </w:p>
    <w:p>
      <w:pPr>
        <w:spacing w:after="0"/>
        <w:ind w:left="454"/>
      </w:pPr>
      <w:r>
        <w:t>(   ) b) They were studying.</w:t>
      </w:r>
    </w:p>
    <w:p>
      <w:pPr>
        <w:spacing w:after="0"/>
        <w:ind w:left="454"/>
      </w:pPr>
      <w:r>
        <w:t>(   ) c) They study.</w:t>
      </w:r>
    </w:p>
    <w:p>
      <w:pPr>
        <w:pStyle w:val="Heading2"/>
      </w:pPr>
      <w:r>
        <w:t>4. True or false?</w:t>
      </w:r>
    </w:p>
    <w:p>
      <w:r>
        <w:rPr>
          <w:i/>
        </w:rPr>
        <w:t>Read the sentences about the grammar and mark T (true) or F (false).</w:t>
      </w:r>
    </w:p>
    <w:p>
      <w:pPr>
        <w:keepNext/>
        <w:spacing w:before="120"/>
      </w:pPr>
      <w:r>
        <w:t>1. We use "were" with you, we and they.</w:t>
      </w:r>
    </w:p>
    <w:p>
      <w:pPr>
        <w:ind w:left="454"/>
      </w:pPr>
      <w:r>
        <w:t>(   ) True        (   ) False</w:t>
      </w:r>
    </w:p>
    <w:p>
      <w:pPr>
        <w:keepNext/>
        <w:spacing w:before="120"/>
      </w:pPr>
      <w:r>
        <w:t>2. "She were reading" is a correct sentence.</w:t>
      </w:r>
    </w:p>
    <w:p>
      <w:pPr>
        <w:ind w:left="454"/>
      </w:pPr>
      <w:r>
        <w:t>(   ) True        (   ) False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Reading</w:t>
      </w:r>
    </w:p>
    <w:p>
      <w:pPr>
        <w:spacing w:after="0"/>
      </w:pPr>
      <w:r>
        <w:t>1) b) Having a Science test</w:t>
      </w:r>
    </w:p>
    <w:p>
      <w:pPr>
        <w:spacing w:after="0"/>
      </w:pPr>
      <w:r>
        <w:t>2) c) Walking around the classroom</w:t>
      </w:r>
    </w:p>
    <w:p>
      <w:pPr>
        <w:spacing w:after="0"/>
      </w:pPr>
      <w:r>
        <w:t>3) a) The volleyball team</w:t>
      </w:r>
    </w:p>
    <w:p>
      <w:pPr>
        <w:spacing w:after="0"/>
      </w:pPr>
      <w:r>
        <w:t>4) c) Twenty minutes</w:t>
      </w:r>
    </w:p>
    <w:p>
      <w:r>
        <w:rPr>
          <w:b/>
        </w:rPr>
        <w:t>2. Was or were + -ing</w:t>
      </w:r>
    </w:p>
    <w:p>
      <w:pPr>
        <w:spacing w:after="0"/>
      </w:pPr>
      <w:r>
        <w:t>1) was watching</w:t>
      </w:r>
    </w:p>
    <w:p>
      <w:pPr>
        <w:spacing w:after="0"/>
      </w:pPr>
      <w:r>
        <w:t>2) were cooking</w:t>
      </w:r>
    </w:p>
    <w:p>
      <w:pPr>
        <w:spacing w:after="0"/>
      </w:pPr>
      <w:r>
        <w:t>3) was raining</w:t>
      </w:r>
    </w:p>
    <w:p>
      <w:pPr>
        <w:spacing w:after="0"/>
      </w:pPr>
      <w:r>
        <w:t>4) were playing</w:t>
      </w:r>
    </w:p>
    <w:p>
      <w:pPr>
        <w:spacing w:after="0"/>
      </w:pPr>
      <w:r>
        <w:t>5) wasn't sleeping</w:t>
      </w:r>
    </w:p>
    <w:p>
      <w:pPr>
        <w:spacing w:after="0"/>
      </w:pPr>
      <w:r>
        <w:t>6) weren't listening</w:t>
      </w:r>
    </w:p>
    <w:p>
      <w:r>
        <w:rPr>
          <w:b/>
        </w:rPr>
        <w:t>3. Past continuous or simple past?</w:t>
      </w:r>
    </w:p>
    <w:p>
      <w:pPr>
        <w:spacing w:after="0"/>
      </w:pPr>
      <w:r>
        <w:t>1) b) was taking</w:t>
      </w:r>
    </w:p>
    <w:p>
      <w:pPr>
        <w:spacing w:after="0"/>
      </w:pPr>
      <w:r>
        <w:t>2) a) met</w:t>
      </w:r>
    </w:p>
    <w:p>
      <w:pPr>
        <w:spacing w:after="0"/>
      </w:pPr>
      <w:r>
        <w:t>3) c) Were</w:t>
      </w:r>
    </w:p>
    <w:p>
      <w:pPr>
        <w:spacing w:after="0"/>
      </w:pPr>
      <w:r>
        <w:t>4) b) They were studying.</w:t>
      </w:r>
    </w:p>
    <w:p>
      <w:r>
        <w:rPr>
          <w:b/>
        </w:rPr>
        <w:t>4. True or false?</w:t>
      </w:r>
    </w:p>
    <w:p>
      <w:pPr>
        <w:spacing w:after="0"/>
      </w:pPr>
      <w:r>
        <w:t>1) True</w:t>
      </w:r>
    </w:p>
    <w:p>
      <w:pPr>
        <w:spacing w:after="0"/>
      </w:pPr>
      <w:r>
        <w:t>2) False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