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Conjunções e voz passiva</w:t>
      </w:r>
    </w:p>
    <w:p>
      <w:r>
        <w:rPr>
          <w:color w:val="6B6B6B"/>
          <w:sz w:val="18"/>
        </w:rPr>
        <w:t>1ª série e 2ª série · Passive voice · BNCC: EM13LGG403</w:t>
      </w:r>
    </w:p>
    <w:p>
      <w:pPr>
        <w:pStyle w:val="Heading2"/>
      </w:pPr>
      <w:r>
        <w:t>1. Combine the sentences</w:t>
      </w:r>
    </w:p>
    <w:p>
      <w:r>
        <w:rPr>
          <w:i/>
        </w:rPr>
        <w:t>Choose the best way to combine the two sentences.</w:t>
      </w:r>
    </w:p>
    <w:p>
      <w:pPr>
        <w:keepNext/>
        <w:spacing w:before="120"/>
      </w:pPr>
      <w:r>
        <w:t>1. She studied hard. She wanted to pass the exam.</w:t>
      </w:r>
    </w:p>
    <w:p>
      <w:pPr>
        <w:spacing w:after="0"/>
        <w:ind w:left="454"/>
      </w:pPr>
      <w:r>
        <w:t>(   ) a) She studied hard although she wanted to pass the exam.</w:t>
      </w:r>
    </w:p>
    <w:p>
      <w:pPr>
        <w:spacing w:after="0"/>
        <w:ind w:left="454"/>
      </w:pPr>
      <w:r>
        <w:t>(   ) b) She studied hard because she wanted to pass the exam.</w:t>
      </w:r>
    </w:p>
    <w:p>
      <w:pPr>
        <w:spacing w:after="0"/>
        <w:ind w:left="454"/>
      </w:pPr>
      <w:r>
        <w:t>(   ) c) She studied hard unless she wanted to pass the exam.</w:t>
      </w:r>
    </w:p>
    <w:p>
      <w:pPr>
        <w:keepNext/>
        <w:spacing w:before="120"/>
      </w:pPr>
      <w:r>
        <w:t>2. It was raining. We canceled the picnic.</w:t>
      </w:r>
    </w:p>
    <w:p>
      <w:pPr>
        <w:spacing w:after="0"/>
        <w:ind w:left="454"/>
      </w:pPr>
      <w:r>
        <w:t>(   ) a) We canceled the picnic because it was raining.</w:t>
      </w:r>
    </w:p>
    <w:p>
      <w:pPr>
        <w:spacing w:after="0"/>
        <w:ind w:left="454"/>
      </w:pPr>
      <w:r>
        <w:t>(   ) b) We canceled the picnic although it was raining.</w:t>
      </w:r>
    </w:p>
    <w:p>
      <w:pPr>
        <w:spacing w:after="0"/>
        <w:ind w:left="454"/>
      </w:pPr>
      <w:r>
        <w:t>(   ) c) It was raining, but we canceled the picnic.</w:t>
      </w:r>
    </w:p>
    <w:p>
      <w:pPr>
        <w:keepNext/>
        <w:spacing w:before="120"/>
      </w:pPr>
      <w:r>
        <w:t>3. He was tired. He finished the race.</w:t>
      </w:r>
    </w:p>
    <w:p>
      <w:pPr>
        <w:spacing w:after="0"/>
        <w:ind w:left="454"/>
      </w:pPr>
      <w:r>
        <w:t>(   ) a) He was tired, so he finished the race.</w:t>
      </w:r>
    </w:p>
    <w:p>
      <w:pPr>
        <w:spacing w:after="0"/>
        <w:ind w:left="454"/>
      </w:pPr>
      <w:r>
        <w:t>(   ) b) He finished the race because he was tired.</w:t>
      </w:r>
    </w:p>
    <w:p>
      <w:pPr>
        <w:spacing w:after="0"/>
        <w:ind w:left="454"/>
      </w:pPr>
      <w:r>
        <w:t>(   ) c) Although he was tired, he finished the race.</w:t>
      </w:r>
    </w:p>
    <w:p>
      <w:pPr>
        <w:keepNext/>
        <w:spacing w:before="120"/>
      </w:pPr>
      <w:r>
        <w:t>4. The store was closed. We went home.</w:t>
      </w:r>
    </w:p>
    <w:p>
      <w:pPr>
        <w:spacing w:after="0"/>
        <w:ind w:left="454"/>
      </w:pPr>
      <w:r>
        <w:t>(   ) a) The store was closed, so we went home.</w:t>
      </w:r>
    </w:p>
    <w:p>
      <w:pPr>
        <w:spacing w:after="0"/>
        <w:ind w:left="454"/>
      </w:pPr>
      <w:r>
        <w:t>(   ) b) The store was closed although we went home.</w:t>
      </w:r>
    </w:p>
    <w:p>
      <w:pPr>
        <w:spacing w:after="0"/>
        <w:ind w:left="454"/>
      </w:pPr>
      <w:r>
        <w:t>(   ) c) We went home unless the store was closed.</w:t>
      </w:r>
    </w:p>
    <w:p>
      <w:pPr>
        <w:pStyle w:val="Heading2"/>
      </w:pPr>
      <w:r>
        <w:t>2. Passive voice</w:t>
      </w:r>
    </w:p>
    <w:p>
      <w:r>
        <w:rPr>
          <w:i/>
        </w:rPr>
        <w:t>Complete the passive sentences with the correct form of the verb in parentheses.</w:t>
      </w:r>
    </w:p>
    <w:p>
      <w:pPr>
        <w:keepNext/>
        <w:spacing w:before="120"/>
      </w:pPr>
      <w:r>
        <w:t>1. The annual festival ______________ (organize) by the committee next year.</w:t>
      </w:r>
    </w:p>
    <w:p>
      <w:pPr>
        <w:keepNext/>
        <w:spacing w:before="120"/>
      </w:pPr>
      <w:r>
        <w:t>2. A delicious meal ______________ (prepare) by the chef last night.</w:t>
      </w:r>
    </w:p>
    <w:p>
      <w:pPr>
        <w:keepNext/>
        <w:spacing w:before="120"/>
      </w:pPr>
      <w:r>
        <w:t>3. English ______________ (speak) in many countries.</w:t>
      </w:r>
    </w:p>
    <w:p>
      <w:pPr>
        <w:keepNext/>
        <w:spacing w:before="120"/>
      </w:pPr>
      <w:r>
        <w:t>4. The windows ______________ (clean) every Friday.</w:t>
      </w:r>
    </w:p>
    <w:p>
      <w:pPr>
        <w:keepNext/>
        <w:spacing w:before="120"/>
      </w:pPr>
      <w:r>
        <w:t>5. These houses ______________ (build) in 1950.</w:t>
      </w:r>
    </w:p>
    <w:p>
      <w:pPr>
        <w:pStyle w:val="Heading2"/>
      </w:pPr>
      <w:r>
        <w:t>3. Active or passive?</w:t>
      </w:r>
    </w:p>
    <w:p>
      <w:r>
        <w:rPr>
          <w:i/>
        </w:rPr>
        <w:t>Choose the correct passive version.</w:t>
      </w:r>
    </w:p>
    <w:p>
      <w:pPr>
        <w:keepNext/>
        <w:spacing w:before="120"/>
      </w:pPr>
      <w:r>
        <w:t>1. The committee will organize the annual festival.</w:t>
      </w:r>
    </w:p>
    <w:p>
      <w:pPr>
        <w:spacing w:after="0"/>
        <w:ind w:left="454"/>
      </w:pPr>
      <w:r>
        <w:t>(   ) a) The annual festival will organized by the committee.</w:t>
      </w:r>
    </w:p>
    <w:p>
      <w:pPr>
        <w:spacing w:after="0"/>
        <w:ind w:left="454"/>
      </w:pPr>
      <w:r>
        <w:t>(   ) b) The annual festival will be organized by the committee.</w:t>
      </w:r>
    </w:p>
    <w:p>
      <w:pPr>
        <w:spacing w:after="0"/>
        <w:ind w:left="454"/>
      </w:pPr>
      <w:r>
        <w:t>(   ) c) The annual festival is organized by the committee.</w:t>
      </w:r>
    </w:p>
    <w:p>
      <w:pPr>
        <w:keepNext/>
        <w:spacing w:before="120"/>
      </w:pPr>
      <w:r>
        <w:t>2. The chef prepared a delicious meal.</w:t>
      </w:r>
    </w:p>
    <w:p>
      <w:pPr>
        <w:spacing w:after="0"/>
        <w:ind w:left="454"/>
      </w:pPr>
      <w:r>
        <w:t>(   ) a) A delicious meal was prepared by the chef.</w:t>
      </w:r>
    </w:p>
    <w:p>
      <w:pPr>
        <w:spacing w:after="0"/>
        <w:ind w:left="454"/>
      </w:pPr>
      <w:r>
        <w:t>(   ) b) A delicious meal were prepared by the chef.</w:t>
      </w:r>
    </w:p>
    <w:p>
      <w:pPr>
        <w:spacing w:after="0"/>
        <w:ind w:left="454"/>
      </w:pPr>
      <w:r>
        <w:t>(   ) c) A delicious meal has prepared by the chef.</w:t>
      </w:r>
    </w:p>
    <w:p>
      <w:pPr>
        <w:keepNext/>
        <w:spacing w:before="120"/>
      </w:pPr>
      <w:r>
        <w:t>3. Someone stole my bike.</w:t>
      </w:r>
    </w:p>
    <w:p>
      <w:pPr>
        <w:spacing w:after="0"/>
        <w:ind w:left="454"/>
      </w:pPr>
      <w:r>
        <w:t>(   ) a) My bike stole.</w:t>
      </w:r>
    </w:p>
    <w:p>
      <w:pPr>
        <w:spacing w:after="0"/>
        <w:ind w:left="454"/>
      </w:pPr>
      <w:r>
        <w:t>(   ) b) My bike is stolen by someone.</w:t>
      </w:r>
    </w:p>
    <w:p>
      <w:pPr>
        <w:spacing w:after="0"/>
        <w:ind w:left="454"/>
      </w:pPr>
      <w:r>
        <w:t>(   ) c) My bike was stolen.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Combine the sentences</w:t>
      </w:r>
    </w:p>
    <w:p>
      <w:pPr>
        <w:spacing w:after="0"/>
      </w:pPr>
      <w:r>
        <w:t>1) b) She studied hard because she wanted to pass the exam.</w:t>
      </w:r>
    </w:p>
    <w:p>
      <w:pPr>
        <w:spacing w:after="0"/>
      </w:pPr>
      <w:r>
        <w:t>2) a) We canceled the picnic because it was raining.</w:t>
      </w:r>
    </w:p>
    <w:p>
      <w:pPr>
        <w:spacing w:after="0"/>
      </w:pPr>
      <w:r>
        <w:t>3) c) Although he was tired, he finished the race.</w:t>
      </w:r>
    </w:p>
    <w:p>
      <w:pPr>
        <w:spacing w:after="0"/>
      </w:pPr>
      <w:r>
        <w:t>4) a) The store was closed, so we went home.</w:t>
      </w:r>
    </w:p>
    <w:p>
      <w:r>
        <w:rPr>
          <w:b/>
        </w:rPr>
        <w:t>2. Passive voice</w:t>
      </w:r>
    </w:p>
    <w:p>
      <w:pPr>
        <w:spacing w:after="0"/>
      </w:pPr>
      <w:r>
        <w:t>1) will be organized</w:t>
      </w:r>
    </w:p>
    <w:p>
      <w:pPr>
        <w:spacing w:after="0"/>
      </w:pPr>
      <w:r>
        <w:t>2) was prepared</w:t>
      </w:r>
    </w:p>
    <w:p>
      <w:pPr>
        <w:spacing w:after="0"/>
      </w:pPr>
      <w:r>
        <w:t>3) is spoken</w:t>
      </w:r>
    </w:p>
    <w:p>
      <w:pPr>
        <w:spacing w:after="0"/>
      </w:pPr>
      <w:r>
        <w:t>4) are cleaned</w:t>
      </w:r>
    </w:p>
    <w:p>
      <w:pPr>
        <w:spacing w:after="0"/>
      </w:pPr>
      <w:r>
        <w:t>5) were built</w:t>
      </w:r>
    </w:p>
    <w:p>
      <w:r>
        <w:rPr>
          <w:b/>
        </w:rPr>
        <w:t>3. Active or passive?</w:t>
      </w:r>
    </w:p>
    <w:p>
      <w:pPr>
        <w:spacing w:after="0"/>
      </w:pPr>
      <w:r>
        <w:t>1) b) The annual festival will be organized by the committee.</w:t>
      </w:r>
    </w:p>
    <w:p>
      <w:pPr>
        <w:spacing w:after="0"/>
      </w:pPr>
      <w:r>
        <w:t>2) a) A delicious meal was prepared by the chef.</w:t>
      </w:r>
    </w:p>
    <w:p>
      <w:pPr>
        <w:spacing w:after="0"/>
      </w:pPr>
      <w:r>
        <w:t>3) c) My bike was stolen.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2024-05-13T00:00:00Z</dcterms:created>
  <dcterms:modified xsi:type="dcterms:W3CDTF">2024-05-13T00:00:00Z</dcterms:modified>
  <cp:category/>
</cp:coreProperties>
</file>