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Voz passiva (passive voice) em diferentes tempos</w:t>
      </w:r>
    </w:p>
    <w:p>
      <w:r>
        <w:rPr>
          <w:color w:val="6B6B6B"/>
          <w:sz w:val="18"/>
        </w:rPr>
        <w:t>2ª série · Passive voice · BNCC: EM13LGG403</w:t>
      </w:r>
    </w:p>
    <w:p>
      <w:pPr>
        <w:pStyle w:val="Heading2"/>
      </w:pPr>
      <w:r>
        <w:t>1. Reading</w:t>
      </w:r>
    </w:p>
    <w:p>
      <w:r>
        <w:rPr>
          <w:i/>
        </w:rPr>
        <w:t>Read the text and choose the correct answer.</w:t>
      </w:r>
    </w:p>
    <w:p>
      <w:r>
        <w:rPr>
          <w:b/>
        </w:rPr>
        <w:t>How is a smartphone made?</w:t>
      </w:r>
    </w:p>
    <w:p>
      <w:pPr>
        <w:ind w:left="340"/>
      </w:pPr>
      <w:r>
        <w:t>Every year, more than a billion smartphones are sold around the world. But how is a phone made?</w:t>
      </w:r>
    </w:p>
    <w:p>
      <w:pPr>
        <w:ind w:left="340"/>
      </w:pPr>
      <w:r>
        <w:t>First, raw materials such as lithium, cobalt and gold are extracted from mines in different countries. These minerals are then shipped to factories, where they are processed and turned into batteries, chips and screens. The parts are assembled by workers and robots, and each phone is tested before it is packed.</w:t>
      </w:r>
    </w:p>
    <w:p>
      <w:pPr>
        <w:ind w:left="340"/>
      </w:pPr>
      <w:r>
        <w:t>Unfortunately, only a small part of old phones is recycled. Most of them are kept in drawers or thrown away. Experts say that many valuable metals could be recovered if electronic waste were collected properly.</w:t>
      </w:r>
    </w:p>
    <w:p>
      <w:pPr>
        <w:keepNext/>
        <w:spacing w:before="120"/>
      </w:pPr>
      <w:r>
        <w:t>1. What happens first in the process?</w:t>
      </w:r>
    </w:p>
    <w:p>
      <w:pPr>
        <w:spacing w:after="0"/>
        <w:ind w:left="454"/>
      </w:pPr>
      <w:r>
        <w:t>(   ) a) The phones are tested.</w:t>
      </w:r>
    </w:p>
    <w:p>
      <w:pPr>
        <w:spacing w:after="0"/>
        <w:ind w:left="454"/>
      </w:pPr>
      <w:r>
        <w:t>(   ) b) Raw materials are extracted from mines.</w:t>
      </w:r>
    </w:p>
    <w:p>
      <w:pPr>
        <w:spacing w:after="0"/>
        <w:ind w:left="454"/>
      </w:pPr>
      <w:r>
        <w:t>(   ) c) The parts are assembled.</w:t>
      </w:r>
    </w:p>
    <w:p>
      <w:pPr>
        <w:spacing w:after="0"/>
        <w:ind w:left="454"/>
      </w:pPr>
      <w:r>
        <w:t>(   ) d) The phones are packed.</w:t>
      </w:r>
    </w:p>
    <w:p>
      <w:pPr>
        <w:keepNext/>
        <w:spacing w:before="120"/>
      </w:pPr>
      <w:r>
        <w:t>2. Who assembles the parts?</w:t>
      </w:r>
    </w:p>
    <w:p>
      <w:pPr>
        <w:spacing w:after="0"/>
        <w:ind w:left="454"/>
      </w:pPr>
      <w:r>
        <w:t>(   ) a) Only robots</w:t>
      </w:r>
    </w:p>
    <w:p>
      <w:pPr>
        <w:spacing w:after="0"/>
        <w:ind w:left="454"/>
      </w:pPr>
      <w:r>
        <w:t>(   ) b) Only workers</w:t>
      </w:r>
    </w:p>
    <w:p>
      <w:pPr>
        <w:spacing w:after="0"/>
        <w:ind w:left="454"/>
      </w:pPr>
      <w:r>
        <w:t>(   ) c) Workers and robots</w:t>
      </w:r>
    </w:p>
    <w:p>
      <w:pPr>
        <w:spacing w:after="0"/>
        <w:ind w:left="454"/>
      </w:pPr>
      <w:r>
        <w:t>(   ) d) The customers</w:t>
      </w:r>
    </w:p>
    <w:p>
      <w:pPr>
        <w:keepNext/>
        <w:spacing w:before="120"/>
      </w:pPr>
      <w:r>
        <w:t>3. What happens to most old phones?</w:t>
      </w:r>
    </w:p>
    <w:p>
      <w:pPr>
        <w:spacing w:after="0"/>
        <w:ind w:left="454"/>
      </w:pPr>
      <w:r>
        <w:t>(   ) a) They are recycled.</w:t>
      </w:r>
    </w:p>
    <w:p>
      <w:pPr>
        <w:spacing w:after="0"/>
        <w:ind w:left="454"/>
      </w:pPr>
      <w:r>
        <w:t>(   ) b) They are sold again.</w:t>
      </w:r>
    </w:p>
    <w:p>
      <w:pPr>
        <w:spacing w:after="0"/>
        <w:ind w:left="454"/>
      </w:pPr>
      <w:r>
        <w:t>(   ) c) They are sent back to the factory.</w:t>
      </w:r>
    </w:p>
    <w:p>
      <w:pPr>
        <w:spacing w:after="0"/>
        <w:ind w:left="454"/>
      </w:pPr>
      <w:r>
        <w:t>(   ) d) They are kept in drawers or thrown away.</w:t>
      </w:r>
    </w:p>
    <w:p>
      <w:pPr>
        <w:keepNext/>
        <w:spacing w:before="120"/>
      </w:pPr>
      <w:r>
        <w:t>4. In "each phone is tested before it is packed", the verbs are in the:</w:t>
      </w:r>
    </w:p>
    <w:p>
      <w:pPr>
        <w:spacing w:after="0"/>
        <w:ind w:left="454"/>
      </w:pPr>
      <w:r>
        <w:t>(   ) a) simple present passive</w:t>
      </w:r>
    </w:p>
    <w:p>
      <w:pPr>
        <w:spacing w:after="0"/>
        <w:ind w:left="454"/>
      </w:pPr>
      <w:r>
        <w:t>(   ) b) simple past active</w:t>
      </w:r>
    </w:p>
    <w:p>
      <w:pPr>
        <w:spacing w:after="0"/>
        <w:ind w:left="454"/>
      </w:pPr>
      <w:r>
        <w:t>(   ) c) present continuous active</w:t>
      </w:r>
    </w:p>
    <w:p>
      <w:pPr>
        <w:spacing w:after="0"/>
        <w:ind w:left="454"/>
      </w:pPr>
      <w:r>
        <w:t>(   ) d) future passive</w:t>
      </w:r>
    </w:p>
    <w:p>
      <w:pPr>
        <w:pStyle w:val="Heading2"/>
      </w:pPr>
      <w:r>
        <w:t>2. Grammar</w:t>
      </w:r>
    </w:p>
    <w:p>
      <w:r>
        <w:rPr>
          <w:i/>
        </w:rPr>
        <w:t>Complete with the passive voice of the verbs in parentheses. Pay attention to the tense.</w:t>
      </w:r>
    </w:p>
    <w:p>
      <w:pPr>
        <w:keepNext/>
        <w:spacing w:before="120"/>
      </w:pPr>
      <w:r>
        <w:t>1. English ______________ (speak) in many countries.</w:t>
      </w:r>
    </w:p>
    <w:p>
      <w:pPr>
        <w:keepNext/>
        <w:spacing w:before="120"/>
      </w:pPr>
      <w:r>
        <w:t>2. The Mona Lisa ______________ (paint) by Leonardo da Vinci.</w:t>
      </w:r>
    </w:p>
    <w:p>
      <w:pPr>
        <w:keepNext/>
        <w:spacing w:before="120"/>
      </w:pPr>
      <w:r>
        <w:t>3. These houses ______________ (build) in 1950.</w:t>
      </w:r>
    </w:p>
    <w:p>
      <w:pPr>
        <w:keepNext/>
        <w:spacing w:before="120"/>
      </w:pPr>
      <w:r>
        <w:t>4. The results ______________ (announce) tomorrow. (future with will)</w:t>
      </w:r>
    </w:p>
    <w:p>
      <w:pPr>
        <w:keepNext/>
        <w:spacing w:before="120"/>
      </w:pPr>
      <w:r>
        <w:t>5. A new hospital ______________ (build) in our city right now.</w:t>
      </w:r>
    </w:p>
    <w:p>
      <w:pPr>
        <w:keepNext/>
        <w:spacing w:before="120"/>
      </w:pPr>
      <w:r>
        <w:t>6. The thieves ______________ (arrest) yesterday afternoon.</w:t>
      </w:r>
    </w:p>
    <w:p>
      <w:pPr>
        <w:keepNext/>
        <w:spacing w:before="120"/>
      </w:pPr>
      <w:r>
        <w:t>7. The invitations ______________ (already / send). Everybody got one this morning. (present perfect)</w:t>
      </w:r>
    </w:p>
    <w:p>
      <w:pPr>
        <w:pStyle w:val="Heading2"/>
      </w:pPr>
      <w:r>
        <w:t>3. Active to passive</w:t>
      </w:r>
    </w:p>
    <w:p>
      <w:r>
        <w:rPr>
          <w:i/>
        </w:rPr>
        <w:t>Choose the correct passive form of each sentence.</w:t>
      </w:r>
    </w:p>
    <w:p>
      <w:pPr>
        <w:keepNext/>
        <w:spacing w:before="120"/>
      </w:pPr>
      <w:r>
        <w:t>1. Someone stole my bike.</w:t>
      </w:r>
    </w:p>
    <w:p>
      <w:pPr>
        <w:spacing w:after="0"/>
        <w:ind w:left="454"/>
      </w:pPr>
      <w:r>
        <w:t>(   ) a) My bike was stolen.</w:t>
      </w:r>
    </w:p>
    <w:p>
      <w:pPr>
        <w:spacing w:after="0"/>
        <w:ind w:left="454"/>
      </w:pPr>
      <w:r>
        <w:t>(   ) b) My bike is stolen by someone.</w:t>
      </w:r>
    </w:p>
    <w:p>
      <w:pPr>
        <w:spacing w:after="0"/>
        <w:ind w:left="454"/>
      </w:pPr>
      <w:r>
        <w:t>(   ) c) My bike stole.</w:t>
      </w:r>
    </w:p>
    <w:p>
      <w:pPr>
        <w:spacing w:after="0"/>
        <w:ind w:left="454"/>
      </w:pPr>
      <w:r>
        <w:t>(   ) d) My bike has stealing.</w:t>
      </w:r>
    </w:p>
    <w:p>
      <w:pPr>
        <w:keepNext/>
        <w:spacing w:before="120"/>
      </w:pPr>
      <w:r>
        <w:t>2. They will open the new museum next month.</w:t>
      </w:r>
    </w:p>
    <w:p>
      <w:pPr>
        <w:spacing w:after="0"/>
        <w:ind w:left="454"/>
      </w:pPr>
      <w:r>
        <w:t>(   ) a) The new museum will opened next month.</w:t>
      </w:r>
    </w:p>
    <w:p>
      <w:pPr>
        <w:spacing w:after="0"/>
        <w:ind w:left="454"/>
      </w:pPr>
      <w:r>
        <w:t>(   ) b) The new museum is opened next month.</w:t>
      </w:r>
    </w:p>
    <w:p>
      <w:pPr>
        <w:spacing w:after="0"/>
        <w:ind w:left="454"/>
      </w:pPr>
      <w:r>
        <w:t>(   ) c) The new museum will be opened next month.</w:t>
      </w:r>
    </w:p>
    <w:p>
      <w:pPr>
        <w:spacing w:after="0"/>
        <w:ind w:left="454"/>
      </w:pPr>
      <w:r>
        <w:t>(   ) d) The new museum would open next month.</w:t>
      </w:r>
    </w:p>
    <w:p>
      <w:pPr>
        <w:keepNext/>
        <w:spacing w:before="120"/>
      </w:pPr>
      <w:r>
        <w:t>3. The company employs 500 people.</w:t>
      </w:r>
    </w:p>
    <w:p>
      <w:pPr>
        <w:spacing w:after="0"/>
        <w:ind w:left="454"/>
      </w:pPr>
      <w:r>
        <w:t>(   ) a) 500 people were employed by the company.</w:t>
      </w:r>
    </w:p>
    <w:p>
      <w:pPr>
        <w:spacing w:after="0"/>
        <w:ind w:left="454"/>
      </w:pPr>
      <w:r>
        <w:t>(   ) b) 500 people are employed by the company.</w:t>
      </w:r>
    </w:p>
    <w:p>
      <w:pPr>
        <w:spacing w:after="0"/>
        <w:ind w:left="454"/>
      </w:pPr>
      <w:r>
        <w:t>(   ) c) 500 people is employed by the company.</w:t>
      </w:r>
    </w:p>
    <w:p>
      <w:pPr>
        <w:spacing w:after="0"/>
        <w:ind w:left="454"/>
      </w:pPr>
      <w:r>
        <w:t>(   ) d) 500 people employ the company.</w:t>
      </w:r>
    </w:p>
    <w:p>
      <w:pPr>
        <w:keepNext/>
        <w:spacing w:before="120"/>
      </w:pPr>
      <w:r>
        <w:t>4. Scientists have discovered a new species.</w:t>
      </w:r>
    </w:p>
    <w:p>
      <w:pPr>
        <w:spacing w:after="0"/>
        <w:ind w:left="454"/>
      </w:pPr>
      <w:r>
        <w:t>(   ) a) A new species was discovering by scientists.</w:t>
      </w:r>
    </w:p>
    <w:p>
      <w:pPr>
        <w:spacing w:after="0"/>
        <w:ind w:left="454"/>
      </w:pPr>
      <w:r>
        <w:t>(   ) b) A new species has discovered by scientists.</w:t>
      </w:r>
    </w:p>
    <w:p>
      <w:pPr>
        <w:spacing w:after="0"/>
        <w:ind w:left="454"/>
      </w:pPr>
      <w:r>
        <w:t>(   ) c) A new species had been discover by scientists.</w:t>
      </w:r>
    </w:p>
    <w:p>
      <w:pPr>
        <w:spacing w:after="0"/>
        <w:ind w:left="454"/>
      </w:pPr>
      <w:r>
        <w:t>(   ) d) A new species has been discovered by scientists.</w:t>
      </w:r>
    </w:p>
    <w:p>
      <w:r>
        <w:br w:type="page"/>
      </w:r>
    </w:p>
    <w:p>
      <w:pPr>
        <w:pStyle w:val="Heading2"/>
      </w:pPr>
      <w:r>
        <w:t>Gabarito (Answer key)</w:t>
      </w:r>
    </w:p>
    <w:p>
      <w:r>
        <w:rPr>
          <w:b/>
        </w:rPr>
        <w:t>1. Reading</w:t>
      </w:r>
    </w:p>
    <w:p>
      <w:pPr>
        <w:spacing w:after="0"/>
      </w:pPr>
      <w:r>
        <w:t>1) b) Raw materials are extracted from mines.</w:t>
      </w:r>
    </w:p>
    <w:p>
      <w:pPr>
        <w:spacing w:after="0"/>
      </w:pPr>
      <w:r>
        <w:t>2) c) Workers and robots</w:t>
      </w:r>
    </w:p>
    <w:p>
      <w:pPr>
        <w:spacing w:after="0"/>
      </w:pPr>
      <w:r>
        <w:t>3) d) They are kept in drawers or thrown away.</w:t>
      </w:r>
    </w:p>
    <w:p>
      <w:pPr>
        <w:spacing w:after="0"/>
      </w:pPr>
      <w:r>
        <w:t>4) a) simple present passive</w:t>
      </w:r>
    </w:p>
    <w:p>
      <w:r>
        <w:rPr>
          <w:b/>
        </w:rPr>
        <w:t>2. Grammar</w:t>
      </w:r>
    </w:p>
    <w:p>
      <w:pPr>
        <w:spacing w:after="0"/>
      </w:pPr>
      <w:r>
        <w:t>1) is spoken</w:t>
      </w:r>
    </w:p>
    <w:p>
      <w:pPr>
        <w:spacing w:after="0"/>
      </w:pPr>
      <w:r>
        <w:t>2) was painted</w:t>
      </w:r>
    </w:p>
    <w:p>
      <w:pPr>
        <w:spacing w:after="0"/>
      </w:pPr>
      <w:r>
        <w:t>3) were built</w:t>
      </w:r>
    </w:p>
    <w:p>
      <w:pPr>
        <w:spacing w:after="0"/>
      </w:pPr>
      <w:r>
        <w:t>4) will be announced</w:t>
      </w:r>
    </w:p>
    <w:p>
      <w:pPr>
        <w:spacing w:after="0"/>
      </w:pPr>
      <w:r>
        <w:t>5) is being built</w:t>
      </w:r>
    </w:p>
    <w:p>
      <w:pPr>
        <w:spacing w:after="0"/>
      </w:pPr>
      <w:r>
        <w:t>6) were arrested</w:t>
      </w:r>
    </w:p>
    <w:p>
      <w:pPr>
        <w:spacing w:after="0"/>
      </w:pPr>
      <w:r>
        <w:t>7) have already been sent</w:t>
      </w:r>
    </w:p>
    <w:p>
      <w:r>
        <w:rPr>
          <w:b/>
        </w:rPr>
        <w:t>3. Active to passive</w:t>
      </w:r>
    </w:p>
    <w:p>
      <w:pPr>
        <w:spacing w:after="0"/>
      </w:pPr>
      <w:r>
        <w:t>1) a) My bike was stolen.</w:t>
      </w:r>
    </w:p>
    <w:p>
      <w:pPr>
        <w:spacing w:after="0"/>
      </w:pPr>
      <w:r>
        <w:t>2) c) The new museum will be opened next month.</w:t>
      </w:r>
    </w:p>
    <w:p>
      <w:pPr>
        <w:spacing w:after="0"/>
      </w:pPr>
      <w:r>
        <w:t>3) b) 500 people are employed by the company.</w:t>
      </w:r>
    </w:p>
    <w:p>
      <w:pPr>
        <w:spacing w:after="0"/>
      </w:pPr>
      <w:r>
        <w:t>4) d) A new species has been discovered by scientists.</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2026-10-23T00:00:00Z</dcterms:created>
  <dcterms:modified xsi:type="dcterms:W3CDTF">2026-10-23T00:00:00Z</dcterms:modified>
  <cp:category/>
</cp:coreProperties>
</file>