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Passive voice: da ativa para a passiva</w:t>
      </w:r>
    </w:p>
    <w:p>
      <w:r>
        <w:rPr>
          <w:color w:val="6B6B6B"/>
          <w:sz w:val="18"/>
        </w:rPr>
        <w:t>1ª série e 2ª série · Passive voice · BNCC: EM13LGG403</w:t>
      </w:r>
    </w:p>
    <w:p>
      <w:pPr>
        <w:pStyle w:val="Heading2"/>
      </w:pPr>
      <w:r>
        <w:t>1. Active to passive</w:t>
      </w:r>
    </w:p>
    <w:p>
      <w:r>
        <w:rPr>
          <w:i/>
        </w:rPr>
        <w:t>Choose the correct passive voice version of each sentence.</w:t>
      </w:r>
    </w:p>
    <w:p>
      <w:pPr>
        <w:keepNext/>
        <w:spacing w:before="120"/>
      </w:pPr>
      <w:r>
        <w:t>1. The chef cooked a delicious meal.</w:t>
      </w:r>
    </w:p>
    <w:p>
      <w:pPr>
        <w:spacing w:after="0"/>
        <w:ind w:left="454"/>
      </w:pPr>
      <w:r>
        <w:t>(   ) a) A delicious meal was cooked by the chef.</w:t>
      </w:r>
    </w:p>
    <w:p>
      <w:pPr>
        <w:spacing w:after="0"/>
        <w:ind w:left="454"/>
      </w:pPr>
      <w:r>
        <w:t>(   ) b) A delicious meal cooked by the chef.</w:t>
      </w:r>
    </w:p>
    <w:p>
      <w:pPr>
        <w:spacing w:after="0"/>
        <w:ind w:left="454"/>
      </w:pPr>
      <w:r>
        <w:t>(   ) c) A delicious meal is cooking by the chef.</w:t>
      </w:r>
    </w:p>
    <w:p>
      <w:pPr>
        <w:keepNext/>
        <w:spacing w:before="120"/>
      </w:pPr>
      <w:r>
        <w:t>2. The company will announce the new product tomorrow.</w:t>
      </w:r>
    </w:p>
    <w:p>
      <w:pPr>
        <w:spacing w:after="0"/>
        <w:ind w:left="454"/>
      </w:pPr>
      <w:r>
        <w:t>(   ) a) The new product will announce tomorrow.</w:t>
      </w:r>
    </w:p>
    <w:p>
      <w:pPr>
        <w:spacing w:after="0"/>
        <w:ind w:left="454"/>
      </w:pPr>
      <w:r>
        <w:t>(   ) b) The new product will be announced tomorrow.</w:t>
      </w:r>
    </w:p>
    <w:p>
      <w:pPr>
        <w:spacing w:after="0"/>
        <w:ind w:left="454"/>
      </w:pPr>
      <w:r>
        <w:t>(   ) c) The new product is announced tomorrow.</w:t>
      </w:r>
    </w:p>
    <w:p>
      <w:pPr>
        <w:keepNext/>
        <w:spacing w:before="120"/>
      </w:pPr>
      <w:r>
        <w:t>3. The students wrote their essays.</w:t>
      </w:r>
    </w:p>
    <w:p>
      <w:pPr>
        <w:spacing w:after="0"/>
        <w:ind w:left="454"/>
      </w:pPr>
      <w:r>
        <w:t>(   ) a) The essays were writing by the students.</w:t>
      </w:r>
    </w:p>
    <w:p>
      <w:pPr>
        <w:spacing w:after="0"/>
        <w:ind w:left="454"/>
      </w:pPr>
      <w:r>
        <w:t>(   ) b) The essays are written by the students.</w:t>
      </w:r>
    </w:p>
    <w:p>
      <w:pPr>
        <w:spacing w:after="0"/>
        <w:ind w:left="454"/>
      </w:pPr>
      <w:r>
        <w:t>(   ) c) The essays were written by the students.</w:t>
      </w:r>
    </w:p>
    <w:p>
      <w:pPr>
        <w:keepNext/>
        <w:spacing w:before="120"/>
      </w:pPr>
      <w:r>
        <w:t>4. People speak English all over the world.</w:t>
      </w:r>
    </w:p>
    <w:p>
      <w:pPr>
        <w:spacing w:after="0"/>
        <w:ind w:left="454"/>
      </w:pPr>
      <w:r>
        <w:t>(   ) a) English is spoken all over the world.</w:t>
      </w:r>
    </w:p>
    <w:p>
      <w:pPr>
        <w:spacing w:after="0"/>
        <w:ind w:left="454"/>
      </w:pPr>
      <w:r>
        <w:t>(   ) b) English was spoke all over the world.</w:t>
      </w:r>
    </w:p>
    <w:p>
      <w:pPr>
        <w:spacing w:after="0"/>
        <w:ind w:left="454"/>
      </w:pPr>
      <w:r>
        <w:t>(   ) c) English speaks all over the world.</w:t>
      </w:r>
    </w:p>
    <w:p>
      <w:pPr>
        <w:keepNext/>
        <w:spacing w:before="120"/>
      </w:pPr>
      <w:r>
        <w:t>5. Someone stole my bike last night.</w:t>
      </w:r>
    </w:p>
    <w:p>
      <w:pPr>
        <w:spacing w:after="0"/>
        <w:ind w:left="454"/>
      </w:pPr>
      <w:r>
        <w:t>(   ) a) My bike is stolen last night.</w:t>
      </w:r>
    </w:p>
    <w:p>
      <w:pPr>
        <w:spacing w:after="0"/>
        <w:ind w:left="454"/>
      </w:pPr>
      <w:r>
        <w:t>(   ) b) My bike was stolen last night.</w:t>
      </w:r>
    </w:p>
    <w:p>
      <w:pPr>
        <w:spacing w:after="0"/>
        <w:ind w:left="454"/>
      </w:pPr>
      <w:r>
        <w:t>(   ) c) My bike was stealing last night.</w:t>
      </w:r>
    </w:p>
    <w:p>
      <w:pPr>
        <w:pStyle w:val="Heading2"/>
      </w:pPr>
      <w:r>
        <w:t>2. Complete in the passive</w:t>
      </w:r>
    </w:p>
    <w:p>
      <w:r>
        <w:rPr>
          <w:i/>
        </w:rPr>
        <w:t>Complete with the passive form of the verbs in parentheses (be + past participle).</w:t>
      </w:r>
    </w:p>
    <w:p>
      <w:pPr>
        <w:keepNext/>
        <w:spacing w:before="120"/>
      </w:pPr>
      <w:r>
        <w:t>1. This bridge ______________ (build) in 1974.</w:t>
      </w:r>
    </w:p>
    <w:p>
      <w:pPr>
        <w:keepNext/>
        <w:spacing w:before="120"/>
      </w:pPr>
      <w:r>
        <w:t>2. Coffee ______________ (grow) in many parts of Brazil.</w:t>
      </w:r>
    </w:p>
    <w:p>
      <w:pPr>
        <w:keepNext/>
        <w:spacing w:before="120"/>
      </w:pPr>
      <w:r>
        <w:t>3. The results ______________ (publish) next week.</w:t>
      </w:r>
    </w:p>
    <w:p>
      <w:pPr>
        <w:keepNext/>
        <w:spacing w:before="120"/>
      </w:pPr>
      <w:r>
        <w:t>4. The windows ______________ (clean) every Friday.</w:t>
      </w:r>
    </w:p>
    <w:p>
      <w:pPr>
        <w:keepNext/>
        <w:spacing w:before="120"/>
      </w:pPr>
      <w:r>
        <w:t>5. The letters ______________ (send) yesterday morning.</w:t>
      </w:r>
    </w:p>
    <w:p>
      <w:pPr>
        <w:pStyle w:val="Heading2"/>
      </w:pPr>
      <w:r>
        <w:t>3. Conditionals review</w:t>
      </w:r>
    </w:p>
    <w:p>
      <w:r>
        <w:rPr>
          <w:i/>
        </w:rPr>
        <w:t>Choose the correct form to complete each sentence.</w:t>
      </w:r>
    </w:p>
    <w:p>
      <w:pPr>
        <w:keepNext/>
        <w:spacing w:before="120"/>
      </w:pPr>
      <w:r>
        <w:t>1. If I ___, I will pass the exam.</w:t>
      </w:r>
    </w:p>
    <w:p>
      <w:pPr>
        <w:spacing w:after="0"/>
        <w:ind w:left="454"/>
      </w:pPr>
      <w:r>
        <w:t>(   ) a) study</w:t>
      </w:r>
    </w:p>
    <w:p>
      <w:pPr>
        <w:spacing w:after="0"/>
        <w:ind w:left="454"/>
      </w:pPr>
      <w:r>
        <w:t>(   ) b) studied</w:t>
      </w:r>
    </w:p>
    <w:p>
      <w:pPr>
        <w:spacing w:after="0"/>
        <w:ind w:left="454"/>
      </w:pPr>
      <w:r>
        <w:t>(   ) c) had studied</w:t>
      </w:r>
    </w:p>
    <w:p>
      <w:pPr>
        <w:keepNext/>
        <w:spacing w:before="120"/>
      </w:pPr>
      <w:r>
        <w:t>2. If she ___ more time, she would travel the world.</w:t>
      </w:r>
    </w:p>
    <w:p>
      <w:pPr>
        <w:spacing w:after="0"/>
        <w:ind w:left="454"/>
      </w:pPr>
      <w:r>
        <w:t>(   ) a) has</w:t>
      </w:r>
    </w:p>
    <w:p>
      <w:pPr>
        <w:spacing w:after="0"/>
        <w:ind w:left="454"/>
      </w:pPr>
      <w:r>
        <w:t>(   ) b) had</w:t>
      </w:r>
    </w:p>
    <w:p>
      <w:pPr>
        <w:spacing w:after="0"/>
        <w:ind w:left="454"/>
      </w:pPr>
      <w:r>
        <w:t>(   ) c) will have</w:t>
      </w:r>
    </w:p>
    <w:p>
      <w:pPr>
        <w:keepNext/>
        <w:spacing w:before="120"/>
      </w:pPr>
      <w:r>
        <w:t>3. If they ___ earlier, they would have seen the beginning of the movie.</w:t>
      </w:r>
    </w:p>
    <w:p>
      <w:pPr>
        <w:spacing w:after="0"/>
        <w:ind w:left="454"/>
      </w:pPr>
      <w:r>
        <w:t>(   ) a) arrive</w:t>
      </w:r>
    </w:p>
    <w:p>
      <w:pPr>
        <w:spacing w:after="0"/>
        <w:ind w:left="454"/>
      </w:pPr>
      <w:r>
        <w:t>(   ) b) arrived</w:t>
      </w:r>
    </w:p>
    <w:p>
      <w:pPr>
        <w:spacing w:after="0"/>
        <w:ind w:left="454"/>
      </w:pPr>
      <w:r>
        <w:t>(   ) c) had arrived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Active to passive</w:t>
      </w:r>
    </w:p>
    <w:p>
      <w:pPr>
        <w:spacing w:after="0"/>
      </w:pPr>
      <w:r>
        <w:t>1) a) A delicious meal was cooked by the chef.</w:t>
      </w:r>
    </w:p>
    <w:p>
      <w:pPr>
        <w:spacing w:after="0"/>
      </w:pPr>
      <w:r>
        <w:t>2) b) The new product will be announced tomorrow.</w:t>
      </w:r>
    </w:p>
    <w:p>
      <w:pPr>
        <w:spacing w:after="0"/>
      </w:pPr>
      <w:r>
        <w:t>3) c) The essays were written by the students.</w:t>
      </w:r>
    </w:p>
    <w:p>
      <w:pPr>
        <w:spacing w:after="0"/>
      </w:pPr>
      <w:r>
        <w:t>4) a) English is spoken all over the world.</w:t>
      </w:r>
    </w:p>
    <w:p>
      <w:pPr>
        <w:spacing w:after="0"/>
      </w:pPr>
      <w:r>
        <w:t>5) b) My bike was stolen last night.</w:t>
      </w:r>
    </w:p>
    <w:p>
      <w:r>
        <w:rPr>
          <w:b/>
        </w:rPr>
        <w:t>2. Complete in the passive</w:t>
      </w:r>
    </w:p>
    <w:p>
      <w:pPr>
        <w:spacing w:after="0"/>
      </w:pPr>
      <w:r>
        <w:t>1) was built</w:t>
      </w:r>
    </w:p>
    <w:p>
      <w:pPr>
        <w:spacing w:after="0"/>
      </w:pPr>
      <w:r>
        <w:t>2) is grown</w:t>
      </w:r>
    </w:p>
    <w:p>
      <w:pPr>
        <w:spacing w:after="0"/>
      </w:pPr>
      <w:r>
        <w:t>3) will be published</w:t>
      </w:r>
    </w:p>
    <w:p>
      <w:pPr>
        <w:spacing w:after="0"/>
      </w:pPr>
      <w:r>
        <w:t>4) are cleaned</w:t>
      </w:r>
    </w:p>
    <w:p>
      <w:pPr>
        <w:spacing w:after="0"/>
      </w:pPr>
      <w:r>
        <w:t>5) were sent</w:t>
      </w:r>
    </w:p>
    <w:p>
      <w:r>
        <w:rPr>
          <w:b/>
        </w:rPr>
        <w:t>3. Conditionals review</w:t>
      </w:r>
    </w:p>
    <w:p>
      <w:pPr>
        <w:spacing w:after="0"/>
      </w:pPr>
      <w:r>
        <w:t>1) a) study</w:t>
      </w:r>
    </w:p>
    <w:p>
      <w:pPr>
        <w:spacing w:after="0"/>
      </w:pPr>
      <w:r>
        <w:t>2) b) had</w:t>
      </w:r>
    </w:p>
    <w:p>
      <w:pPr>
        <w:spacing w:after="0"/>
      </w:pPr>
      <w:r>
        <w:t>3) c) had arrived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2024-09-30T00:00:00Z</dcterms:created>
  <dcterms:modified xsi:type="dcterms:W3CDTF">2024-09-30T00:00:00Z</dcterms:modified>
  <cp:category/>
</cp:coreProperties>
</file>