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Objetos e números</w:t>
      </w:r>
    </w:p>
    <w:p>
      <w:r>
        <w:rPr>
          <w:color w:val="6B6B6B"/>
          <w:sz w:val="18"/>
        </w:rPr>
        <w:t>4 anos e 5 anos · Numbers (números)</w:t>
      </w:r>
    </w:p>
    <w:p>
      <w:pPr>
        <w:pStyle w:val="Heading2"/>
      </w:pPr>
      <w:r>
        <w:t>1. What is it?</w:t>
      </w:r>
    </w:p>
    <w:p>
      <w:r>
        <w:rPr>
          <w:i/>
        </w:rPr>
        <w:t>Olhe a figura e escolha o nome do objeto. (What is it?)</w:t>
      </w:r>
    </w:p>
    <w:p>
      <w:pPr>
        <w:keepNext/>
        <w:spacing w:before="120"/>
      </w:pPr>
      <w:r>
        <w:t>1. 🪑  What is it?</w:t>
      </w:r>
    </w:p>
    <w:p>
      <w:pPr>
        <w:spacing w:after="0"/>
        <w:ind w:left="454"/>
      </w:pPr>
      <w:r>
        <w:t>(   ) a) chair</w:t>
      </w:r>
    </w:p>
    <w:p>
      <w:pPr>
        <w:spacing w:after="0"/>
        <w:ind w:left="454"/>
      </w:pPr>
      <w:r>
        <w:t>(   ) b) cup</w:t>
      </w:r>
    </w:p>
    <w:p>
      <w:pPr>
        <w:keepNext/>
        <w:spacing w:before="120"/>
      </w:pPr>
      <w:r>
        <w:t>2. ☕  What is it?</w:t>
      </w:r>
    </w:p>
    <w:p>
      <w:pPr>
        <w:spacing w:after="0"/>
        <w:ind w:left="454"/>
      </w:pPr>
      <w:r>
        <w:t>(   ) a) ball</w:t>
      </w:r>
    </w:p>
    <w:p>
      <w:pPr>
        <w:spacing w:after="0"/>
        <w:ind w:left="454"/>
      </w:pPr>
      <w:r>
        <w:t>(   ) b) cup</w:t>
      </w:r>
    </w:p>
    <w:p>
      <w:pPr>
        <w:keepNext/>
        <w:spacing w:before="120"/>
      </w:pPr>
      <w:r>
        <w:t>3. 📖  What is it?</w:t>
      </w:r>
    </w:p>
    <w:p>
      <w:pPr>
        <w:spacing w:after="0"/>
        <w:ind w:left="454"/>
      </w:pPr>
      <w:r>
        <w:t>(   ) a) bed</w:t>
      </w:r>
    </w:p>
    <w:p>
      <w:pPr>
        <w:spacing w:after="0"/>
        <w:ind w:left="454"/>
      </w:pPr>
      <w:r>
        <w:t>(   ) b) book</w:t>
      </w:r>
    </w:p>
    <w:p>
      <w:pPr>
        <w:keepNext/>
        <w:spacing w:before="120"/>
      </w:pPr>
      <w:r>
        <w:t>4. ⏰  What is it?</w:t>
      </w:r>
    </w:p>
    <w:p>
      <w:pPr>
        <w:spacing w:after="0"/>
        <w:ind w:left="454"/>
      </w:pPr>
      <w:r>
        <w:t>(   ) a) clock</w:t>
      </w:r>
    </w:p>
    <w:p>
      <w:pPr>
        <w:spacing w:after="0"/>
        <w:ind w:left="454"/>
      </w:pPr>
      <w:r>
        <w:t>(   ) b) door</w:t>
      </w:r>
    </w:p>
    <w:p>
      <w:pPr>
        <w:spacing w:after="0"/>
        <w:ind w:left="454"/>
      </w:pPr>
      <w:r>
        <w:t>(   ) c) lamp</w:t>
      </w:r>
    </w:p>
    <w:p>
      <w:pPr>
        <w:pStyle w:val="Heading2"/>
      </w:pPr>
      <w:r>
        <w:t>2. Count</w:t>
      </w:r>
    </w:p>
    <w:p>
      <w:r>
        <w:rPr>
          <w:i/>
        </w:rPr>
        <w:t>Conte as figuras e escolha o número. (How many?)</w:t>
      </w:r>
    </w:p>
    <w:p>
      <w:pPr>
        <w:keepNext/>
        <w:spacing w:before="120"/>
      </w:pPr>
      <w:r>
        <w:t>1. 🌳🌳🌳  How many trees?</w:t>
      </w:r>
    </w:p>
    <w:p>
      <w:pPr>
        <w:spacing w:after="0"/>
        <w:ind w:left="454"/>
      </w:pPr>
      <w:r>
        <w:t>(   ) a) two</w:t>
      </w:r>
    </w:p>
    <w:p>
      <w:pPr>
        <w:spacing w:after="0"/>
        <w:ind w:left="454"/>
      </w:pPr>
      <w:r>
        <w:t>(   ) b) three</w:t>
      </w:r>
    </w:p>
    <w:p>
      <w:pPr>
        <w:spacing w:after="0"/>
        <w:ind w:left="454"/>
      </w:pPr>
      <w:r>
        <w:t>(   ) c) four</w:t>
      </w:r>
    </w:p>
    <w:p>
      <w:pPr>
        <w:keepNext/>
        <w:spacing w:before="120"/>
      </w:pPr>
      <w:r>
        <w:t>2. 🐰🐰🐰🐰  How many rabbits?</w:t>
      </w:r>
    </w:p>
    <w:p>
      <w:pPr>
        <w:spacing w:after="0"/>
        <w:ind w:left="454"/>
      </w:pPr>
      <w:r>
        <w:t>(   ) a) four</w:t>
      </w:r>
    </w:p>
    <w:p>
      <w:pPr>
        <w:spacing w:after="0"/>
        <w:ind w:left="454"/>
      </w:pPr>
      <w:r>
        <w:t>(   ) b) five</w:t>
      </w:r>
    </w:p>
    <w:p>
      <w:pPr>
        <w:spacing w:after="0"/>
        <w:ind w:left="454"/>
      </w:pPr>
      <w:r>
        <w:t>(   ) c) three</w:t>
      </w:r>
    </w:p>
    <w:p>
      <w:pPr>
        <w:keepNext/>
        <w:spacing w:before="120"/>
      </w:pPr>
      <w:r>
        <w:t>3. 🍎🍎  How many apples?</w:t>
      </w:r>
    </w:p>
    <w:p>
      <w:pPr>
        <w:spacing w:after="0"/>
        <w:ind w:left="454"/>
      </w:pPr>
      <w:r>
        <w:t>(   ) a) one</w:t>
      </w:r>
    </w:p>
    <w:p>
      <w:pPr>
        <w:spacing w:after="0"/>
        <w:ind w:left="454"/>
      </w:pPr>
      <w:r>
        <w:t>(   ) b) two</w:t>
      </w:r>
    </w:p>
    <w:p>
      <w:pPr>
        <w:keepNext/>
        <w:spacing w:before="120"/>
      </w:pPr>
      <w:r>
        <w:t>4. ⭐⭐⭐⭐⭐  How many stars?</w:t>
      </w:r>
    </w:p>
    <w:p>
      <w:pPr>
        <w:spacing w:after="0"/>
        <w:ind w:left="454"/>
      </w:pPr>
      <w:r>
        <w:t>(   ) a) six</w:t>
      </w:r>
    </w:p>
    <w:p>
      <w:pPr>
        <w:spacing w:after="0"/>
        <w:ind w:left="454"/>
      </w:pPr>
      <w:r>
        <w:t>(   ) b) five</w:t>
      </w:r>
    </w:p>
    <w:p>
      <w:pPr>
        <w:spacing w:after="0"/>
        <w:ind w:left="454"/>
      </w:pPr>
      <w:r>
        <w:t>(   ) c) four</w:t>
      </w:r>
    </w:p>
    <w:p>
      <w:pPr>
        <w:pStyle w:val="Heading2"/>
      </w:pPr>
      <w:r>
        <w:t>3. Yes or no?</w:t>
      </w:r>
    </w:p>
    <w:p>
      <w:r>
        <w:rPr>
          <w:i/>
        </w:rPr>
        <w:t>Conte e responda. (Yes = sim / No = não)</w:t>
      </w:r>
    </w:p>
    <w:p>
      <w:pPr>
        <w:keepNext/>
        <w:spacing w:before="120"/>
      </w:pPr>
      <w:r>
        <w:t>1. 🌳🌳🌳  Three trees.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🐰🐰🐰🐰  Two rabbits.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☕  One cup.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is it?</w:t>
      </w:r>
    </w:p>
    <w:p>
      <w:pPr>
        <w:spacing w:after="0"/>
      </w:pPr>
      <w:r>
        <w:t>1) a) chair</w:t>
      </w:r>
    </w:p>
    <w:p>
      <w:pPr>
        <w:spacing w:after="0"/>
      </w:pPr>
      <w:r>
        <w:t>2) b) cup</w:t>
      </w:r>
    </w:p>
    <w:p>
      <w:pPr>
        <w:spacing w:after="0"/>
      </w:pPr>
      <w:r>
        <w:t>3) b) book</w:t>
      </w:r>
    </w:p>
    <w:p>
      <w:pPr>
        <w:spacing w:after="0"/>
      </w:pPr>
      <w:r>
        <w:t>4) a) clock</w:t>
      </w:r>
    </w:p>
    <w:p>
      <w:r>
        <w:rPr>
          <w:b/>
        </w:rPr>
        <w:t>2. Count</w:t>
      </w:r>
    </w:p>
    <w:p>
      <w:pPr>
        <w:spacing w:after="0"/>
      </w:pPr>
      <w:r>
        <w:t>1) b) three</w:t>
      </w:r>
    </w:p>
    <w:p>
      <w:pPr>
        <w:spacing w:after="0"/>
      </w:pPr>
      <w:r>
        <w:t>2) a) four</w:t>
      </w:r>
    </w:p>
    <w:p>
      <w:pPr>
        <w:spacing w:after="0"/>
      </w:pPr>
      <w:r>
        <w:t>3) b) two</w:t>
      </w:r>
    </w:p>
    <w:p>
      <w:pPr>
        <w:spacing w:after="0"/>
      </w:pPr>
      <w:r>
        <w:t>4) b) five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2024-05-29T00:00:00Z</dcterms:created>
  <dcterms:modified xsi:type="dcterms:W3CDTF">2024-05-29T00:00:00Z</dcterms:modified>
  <cp:category/>
</cp:coreProperties>
</file>