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Objetos e números: complete e conte</w:t>
      </w:r>
    </w:p>
    <w:p>
      <w:r>
        <w:rPr>
          <w:color w:val="6B6B6B"/>
          <w:sz w:val="18"/>
        </w:rPr>
        <w:t>4 anos e 5 anos · Numbers (números)</w:t>
      </w:r>
    </w:p>
    <w:p>
      <w:pPr>
        <w:pStyle w:val="Heading2"/>
      </w:pPr>
      <w:r>
        <w:t>1. Complete the sentence</w:t>
      </w:r>
    </w:p>
    <w:p>
      <w:r>
        <w:rPr>
          <w:i/>
        </w:rPr>
        <w:t>Escolha a figura que completa a frase. (Choose the right image to complete the sentence.)</w:t>
      </w:r>
    </w:p>
    <w:p>
      <w:r>
        <w:rPr>
          <w:b/>
        </w:rPr>
        <w:t>Word bank:  bed  |  book  |  chair  |  apple  |  ball</w:t>
      </w:r>
    </w:p>
    <w:p>
      <w:pPr>
        <w:keepNext/>
        <w:spacing w:before="120"/>
      </w:pPr>
      <w:r>
        <w:t>1. 🛏️  I sleep in a ______________.</w:t>
      </w:r>
    </w:p>
    <w:p>
      <w:pPr>
        <w:keepNext/>
        <w:spacing w:before="120"/>
      </w:pPr>
      <w:r>
        <w:t>2. 📖  I read a ______________.</w:t>
      </w:r>
    </w:p>
    <w:p>
      <w:pPr>
        <w:keepNext/>
        <w:spacing w:before="120"/>
      </w:pPr>
      <w:r>
        <w:t>3. 🪑  I sit on a ______________.</w:t>
      </w:r>
    </w:p>
    <w:p>
      <w:pPr>
        <w:keepNext/>
        <w:spacing w:before="120"/>
      </w:pPr>
      <w:r>
        <w:t>4. 🍎  I eat an ______________.</w:t>
      </w:r>
    </w:p>
    <w:p>
      <w:pPr>
        <w:keepNext/>
        <w:spacing w:before="120"/>
      </w:pPr>
      <w:r>
        <w:t>5. ⚽  I play with a ______________.</w:t>
      </w:r>
    </w:p>
    <w:p>
      <w:pPr>
        <w:pStyle w:val="Heading2"/>
      </w:pPr>
      <w:r>
        <w:t>2. How many?</w:t>
      </w:r>
    </w:p>
    <w:p>
      <w:r>
        <w:rPr>
          <w:i/>
        </w:rPr>
        <w:t>Conte as figuras e escolha o número. (How many are there?)</w:t>
      </w:r>
    </w:p>
    <w:p>
      <w:pPr>
        <w:keepNext/>
        <w:spacing w:before="120"/>
      </w:pPr>
      <w:r>
        <w:t>1. ⚽⚽⚽  How many balls?</w:t>
      </w:r>
    </w:p>
    <w:p>
      <w:pPr>
        <w:spacing w:after="0"/>
        <w:ind w:left="454"/>
      </w:pPr>
      <w:r>
        <w:t>(   ) a) two</w:t>
      </w:r>
    </w:p>
    <w:p>
      <w:pPr>
        <w:spacing w:after="0"/>
        <w:ind w:left="454"/>
      </w:pPr>
      <w:r>
        <w:t>(   ) b) three</w:t>
      </w:r>
    </w:p>
    <w:p>
      <w:pPr>
        <w:keepNext/>
        <w:spacing w:before="120"/>
      </w:pPr>
      <w:r>
        <w:t>2. ✏️✏️  How many pencils?</w:t>
      </w:r>
    </w:p>
    <w:p>
      <w:pPr>
        <w:spacing w:after="0"/>
        <w:ind w:left="454"/>
      </w:pPr>
      <w:r>
        <w:t>(   ) a) two</w:t>
      </w:r>
    </w:p>
    <w:p>
      <w:pPr>
        <w:spacing w:after="0"/>
        <w:ind w:left="454"/>
      </w:pPr>
      <w:r>
        <w:t>(   ) b) four</w:t>
      </w:r>
    </w:p>
    <w:p>
      <w:pPr>
        <w:keepNext/>
        <w:spacing w:before="120"/>
      </w:pPr>
      <w:r>
        <w:t>3. 📚📚📚📚📚  How many books?</w:t>
      </w:r>
    </w:p>
    <w:p>
      <w:pPr>
        <w:spacing w:after="0"/>
        <w:ind w:left="454"/>
      </w:pPr>
      <w:r>
        <w:t>(   ) a) three</w:t>
      </w:r>
    </w:p>
    <w:p>
      <w:pPr>
        <w:spacing w:after="0"/>
        <w:ind w:left="454"/>
      </w:pPr>
      <w:r>
        <w:t>(   ) b) one</w:t>
      </w:r>
    </w:p>
    <w:p>
      <w:pPr>
        <w:spacing w:after="0"/>
        <w:ind w:left="454"/>
      </w:pPr>
      <w:r>
        <w:t>(   ) c) five</w:t>
      </w:r>
    </w:p>
    <w:p>
      <w:pPr>
        <w:keepNext/>
        <w:spacing w:before="120"/>
      </w:pPr>
      <w:r>
        <w:t>4. 🍎🍎🍎🍎  How many apples?</w:t>
      </w:r>
    </w:p>
    <w:p>
      <w:pPr>
        <w:spacing w:after="0"/>
        <w:ind w:left="454"/>
      </w:pPr>
      <w:r>
        <w:t>(   ) a) four</w:t>
      </w:r>
    </w:p>
    <w:p>
      <w:pPr>
        <w:spacing w:after="0"/>
        <w:ind w:left="454"/>
      </w:pPr>
      <w:r>
        <w:t>(   ) b) five</w:t>
      </w:r>
    </w:p>
    <w:p>
      <w:pPr>
        <w:keepNext/>
        <w:spacing w:before="120"/>
      </w:pPr>
      <w:r>
        <w:t>5. 🪑  How many chairs?</w:t>
      </w:r>
    </w:p>
    <w:p>
      <w:pPr>
        <w:spacing w:after="0"/>
        <w:ind w:left="454"/>
      </w:pPr>
      <w:r>
        <w:t>(   ) a) three</w:t>
      </w:r>
    </w:p>
    <w:p>
      <w:pPr>
        <w:spacing w:after="0"/>
        <w:ind w:left="454"/>
      </w:pPr>
      <w:r>
        <w:t>(   ) b) one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Complete the sentence</w:t>
      </w:r>
    </w:p>
    <w:p>
      <w:pPr>
        <w:spacing w:after="0"/>
      </w:pPr>
      <w:r>
        <w:t>1) bed</w:t>
      </w:r>
    </w:p>
    <w:p>
      <w:pPr>
        <w:spacing w:after="0"/>
      </w:pPr>
      <w:r>
        <w:t>2) book</w:t>
      </w:r>
    </w:p>
    <w:p>
      <w:pPr>
        <w:spacing w:after="0"/>
      </w:pPr>
      <w:r>
        <w:t>3) chair</w:t>
      </w:r>
    </w:p>
    <w:p>
      <w:pPr>
        <w:spacing w:after="0"/>
      </w:pPr>
      <w:r>
        <w:t>4) apple</w:t>
      </w:r>
    </w:p>
    <w:p>
      <w:pPr>
        <w:spacing w:after="0"/>
      </w:pPr>
      <w:r>
        <w:t>5) ball</w:t>
      </w:r>
    </w:p>
    <w:p>
      <w:r>
        <w:rPr>
          <w:b/>
        </w:rPr>
        <w:t>2. How many?</w:t>
      </w:r>
    </w:p>
    <w:p>
      <w:pPr>
        <w:spacing w:after="0"/>
      </w:pPr>
      <w:r>
        <w:t>1) b) three</w:t>
      </w:r>
    </w:p>
    <w:p>
      <w:pPr>
        <w:spacing w:after="0"/>
      </w:pPr>
      <w:r>
        <w:t>2) a) two</w:t>
      </w:r>
    </w:p>
    <w:p>
      <w:pPr>
        <w:spacing w:after="0"/>
      </w:pPr>
      <w:r>
        <w:t>3) c) five</w:t>
      </w:r>
    </w:p>
    <w:p>
      <w:pPr>
        <w:spacing w:after="0"/>
      </w:pPr>
      <w:r>
        <w:t>4) a) four</w:t>
      </w:r>
    </w:p>
    <w:p>
      <w:pPr>
        <w:spacing w:after="0"/>
      </w:pPr>
      <w:r>
        <w:t>5) b) one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