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Fish in the jar: contar e completar números</w:t>
      </w:r>
    </w:p>
    <w:p>
      <w:r>
        <w:rPr>
          <w:color w:val="6B6B6B"/>
          <w:sz w:val="18"/>
        </w:rPr>
        <w:t>4 anos e 5 anos · Numbers (números)</w:t>
      </w:r>
    </w:p>
    <w:p>
      <w:pPr>
        <w:pStyle w:val="Heading2"/>
      </w:pPr>
      <w:r>
        <w:t>1. Fish in the jar</w:t>
      </w:r>
    </w:p>
    <w:p>
      <w:r>
        <w:rPr>
          <w:i/>
        </w:rPr>
        <w:t>Conte os peixinhos e escolha o número. (Count the fish and choose the number.)</w:t>
      </w:r>
    </w:p>
    <w:p>
      <w:pPr>
        <w:keepNext/>
        <w:spacing w:before="120"/>
      </w:pPr>
      <w:r>
        <w:t>1. 🐟🐟🐟🐟🐟  How many fish?</w:t>
      </w:r>
    </w:p>
    <w:p>
      <w:pPr>
        <w:spacing w:after="0"/>
        <w:ind w:left="454"/>
      </w:pPr>
      <w:r>
        <w:t>(   ) a) 4</w:t>
      </w:r>
    </w:p>
    <w:p>
      <w:pPr>
        <w:spacing w:after="0"/>
        <w:ind w:left="454"/>
      </w:pPr>
      <w:r>
        <w:t>(   ) b) 5</w:t>
      </w:r>
    </w:p>
    <w:p>
      <w:pPr>
        <w:spacing w:after="0"/>
        <w:ind w:left="454"/>
      </w:pPr>
      <w:r>
        <w:t>(   ) c) 6</w:t>
      </w:r>
    </w:p>
    <w:p>
      <w:pPr>
        <w:keepNext/>
        <w:spacing w:before="120"/>
      </w:pPr>
      <w:r>
        <w:t>2. 🐟🐟  How many fish?</w:t>
      </w:r>
    </w:p>
    <w:p>
      <w:pPr>
        <w:spacing w:after="0"/>
        <w:ind w:left="454"/>
      </w:pPr>
      <w:r>
        <w:t>(   ) a) 2</w:t>
      </w:r>
    </w:p>
    <w:p>
      <w:pPr>
        <w:spacing w:after="0"/>
        <w:ind w:left="454"/>
      </w:pPr>
      <w:r>
        <w:t>(   ) b) 3</w:t>
      </w:r>
    </w:p>
    <w:p>
      <w:pPr>
        <w:spacing w:after="0"/>
        <w:ind w:left="454"/>
      </w:pPr>
      <w:r>
        <w:t>(   ) c) 4</w:t>
      </w:r>
    </w:p>
    <w:p>
      <w:pPr>
        <w:keepNext/>
        <w:spacing w:before="120"/>
      </w:pPr>
      <w:r>
        <w:t>3. 🐟🐟🐟🐟🐟🐟🐟  How many fish?</w:t>
      </w:r>
    </w:p>
    <w:p>
      <w:pPr>
        <w:spacing w:after="0"/>
        <w:ind w:left="454"/>
      </w:pPr>
      <w:r>
        <w:t>(   ) a) 5</w:t>
      </w:r>
    </w:p>
    <w:p>
      <w:pPr>
        <w:spacing w:after="0"/>
        <w:ind w:left="454"/>
      </w:pPr>
      <w:r>
        <w:t>(   ) b) 6</w:t>
      </w:r>
    </w:p>
    <w:p>
      <w:pPr>
        <w:spacing w:after="0"/>
        <w:ind w:left="454"/>
      </w:pPr>
      <w:r>
        <w:t>(   ) c) 7</w:t>
      </w:r>
    </w:p>
    <w:p>
      <w:pPr>
        <w:keepNext/>
        <w:spacing w:before="120"/>
      </w:pPr>
      <w:r>
        <w:t>4. 🐟  How many fish?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one</w:t>
      </w:r>
    </w:p>
    <w:p>
      <w:pPr>
        <w:spacing w:after="0"/>
        <w:ind w:left="454"/>
      </w:pPr>
      <w:r>
        <w:t>(   ) c) two</w:t>
      </w:r>
    </w:p>
    <w:p>
      <w:pPr>
        <w:keepNext/>
        <w:spacing w:before="120"/>
      </w:pPr>
      <w:r>
        <w:t>5. 🐟🐟🐟🐟🐟🐟🐟🐟🐟  How many fish?</w:t>
      </w:r>
    </w:p>
    <w:p>
      <w:pPr>
        <w:spacing w:after="0"/>
        <w:ind w:left="454"/>
      </w:pPr>
      <w:r>
        <w:t>(   ) a) seven</w:t>
      </w:r>
    </w:p>
    <w:p>
      <w:pPr>
        <w:spacing w:after="0"/>
        <w:ind w:left="454"/>
      </w:pPr>
      <w:r>
        <w:t>(   ) b) eight</w:t>
      </w:r>
    </w:p>
    <w:p>
      <w:pPr>
        <w:spacing w:after="0"/>
        <w:ind w:left="454"/>
      </w:pPr>
      <w:r>
        <w:t>(   ) c) nine</w:t>
      </w:r>
    </w:p>
    <w:p>
      <w:pPr>
        <w:pStyle w:val="Heading2"/>
      </w:pPr>
      <w:r>
        <w:t>2. Missing numbers</w:t>
      </w:r>
    </w:p>
    <w:p>
      <w:r>
        <w:rPr>
          <w:i/>
        </w:rPr>
        <w:t>Qual número está faltando? (Write the missing number.)</w:t>
      </w:r>
    </w:p>
    <w:p>
      <w:pPr>
        <w:keepNext/>
        <w:spacing w:before="120"/>
      </w:pPr>
      <w:r>
        <w:t>1. 🔢  2, ______________, 6, 8</w:t>
      </w:r>
    </w:p>
    <w:p>
      <w:pPr>
        <w:keepNext/>
        <w:spacing w:before="120"/>
      </w:pPr>
      <w:r>
        <w:t>2. 🔢  6, 8, ______________, 12</w:t>
      </w:r>
    </w:p>
    <w:p>
      <w:pPr>
        <w:keepNext/>
        <w:spacing w:before="120"/>
      </w:pPr>
      <w:r>
        <w:t>3. 🔢  10, 12, ______________, 16</w:t>
      </w:r>
    </w:p>
    <w:p>
      <w:pPr>
        <w:keepNext/>
        <w:spacing w:before="120"/>
      </w:pPr>
      <w:r>
        <w:t>4. 🔢  14, 16, ______________, 20</w:t>
      </w:r>
    </w:p>
    <w:p>
      <w:pPr>
        <w:pStyle w:val="Heading2"/>
      </w:pPr>
      <w:r>
        <w:t>3. Numbers in English</w:t>
      </w:r>
    </w:p>
    <w:p>
      <w:r>
        <w:rPr>
          <w:i/>
        </w:rPr>
        <w:t>Escolha o nome do número. (Choose the number.)</w:t>
      </w:r>
    </w:p>
    <w:p>
      <w:pPr>
        <w:keepNext/>
        <w:spacing w:before="120"/>
      </w:pPr>
      <w:r>
        <w:t>1. 🔟  10</w:t>
      </w:r>
    </w:p>
    <w:p>
      <w:pPr>
        <w:spacing w:after="0"/>
        <w:ind w:left="454"/>
      </w:pPr>
      <w:r>
        <w:t>(   ) a) ten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twelve</w:t>
      </w:r>
    </w:p>
    <w:p>
      <w:pPr>
        <w:keepNext/>
        <w:spacing w:before="120"/>
      </w:pPr>
      <w:r>
        <w:t>2. 🔢  20</w:t>
      </w:r>
    </w:p>
    <w:p>
      <w:pPr>
        <w:spacing w:after="0"/>
        <w:ind w:left="454"/>
      </w:pPr>
      <w:r>
        <w:t>(   ) a) twelve</w:t>
      </w:r>
    </w:p>
    <w:p>
      <w:pPr>
        <w:spacing w:after="0"/>
        <w:ind w:left="454"/>
      </w:pPr>
      <w:r>
        <w:t>(   ) b) twenty</w:t>
      </w:r>
    </w:p>
    <w:p>
      <w:pPr>
        <w:spacing w:after="0"/>
        <w:ind w:left="454"/>
      </w:pPr>
      <w:r>
        <w:t>(   ) c) two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Fish in the jar</w:t>
      </w:r>
    </w:p>
    <w:p>
      <w:pPr>
        <w:spacing w:after="0"/>
      </w:pPr>
      <w:r>
        <w:t>1) b) 5</w:t>
      </w:r>
    </w:p>
    <w:p>
      <w:pPr>
        <w:spacing w:after="0"/>
      </w:pPr>
      <w:r>
        <w:t>2) a) 2</w:t>
      </w:r>
    </w:p>
    <w:p>
      <w:pPr>
        <w:spacing w:after="0"/>
      </w:pPr>
      <w:r>
        <w:t>3) c) 7</w:t>
      </w:r>
    </w:p>
    <w:p>
      <w:pPr>
        <w:spacing w:after="0"/>
      </w:pPr>
      <w:r>
        <w:t>4) b) one</w:t>
      </w:r>
    </w:p>
    <w:p>
      <w:pPr>
        <w:spacing w:after="0"/>
      </w:pPr>
      <w:r>
        <w:t>5) c) nine</w:t>
      </w:r>
    </w:p>
    <w:p>
      <w:r>
        <w:rPr>
          <w:b/>
        </w:rPr>
        <w:t>2. Missing numbers</w:t>
      </w:r>
    </w:p>
    <w:p>
      <w:pPr>
        <w:spacing w:after="0"/>
      </w:pPr>
      <w:r>
        <w:t>1) 4</w:t>
      </w:r>
    </w:p>
    <w:p>
      <w:pPr>
        <w:spacing w:after="0"/>
      </w:pPr>
      <w:r>
        <w:t>2) 10</w:t>
      </w:r>
    </w:p>
    <w:p>
      <w:pPr>
        <w:spacing w:after="0"/>
      </w:pPr>
      <w:r>
        <w:t>3) 14</w:t>
      </w:r>
    </w:p>
    <w:p>
      <w:pPr>
        <w:spacing w:after="0"/>
      </w:pPr>
      <w:r>
        <w:t>4) 18</w:t>
      </w:r>
    </w:p>
    <w:p>
      <w:r>
        <w:rPr>
          <w:b/>
        </w:rPr>
        <w:t>3. Numbers in English</w:t>
      </w:r>
    </w:p>
    <w:p>
      <w:pPr>
        <w:spacing w:after="0"/>
      </w:pPr>
      <w:r>
        <w:t>1) a) ten</w:t>
      </w:r>
    </w:p>
    <w:p>
      <w:pPr>
        <w:spacing w:after="0"/>
      </w:pPr>
      <w:r>
        <w:t>2) b) twenty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2026-02-02T00:00:00Z</dcterms:created>
  <dcterms:modified xsi:type="dcterms:W3CDTF">2026-02-02T00:00:00Z</dcterms:modified>
  <cp:category/>
</cp:coreProperties>
</file>