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Count and shapes: números e formas</w:t>
      </w:r>
    </w:p>
    <w:p>
      <w:r>
        <w:rPr>
          <w:color w:val="6B6B6B"/>
          <w:sz w:val="18"/>
        </w:rPr>
        <w:t>4 anos e 5 anos · Numbers (números)</w:t>
      </w:r>
    </w:p>
    <w:p>
      <w:pPr>
        <w:pStyle w:val="Heading2"/>
      </w:pPr>
      <w:r>
        <w:t>1. How many?</w:t>
      </w:r>
    </w:p>
    <w:p>
      <w:r>
        <w:rPr>
          <w:i/>
        </w:rPr>
        <w:t>Conte as figuras e escolha o número. (Count and choose.)</w:t>
      </w:r>
    </w:p>
    <w:p>
      <w:pPr>
        <w:keepNext/>
        <w:spacing w:before="120"/>
      </w:pPr>
      <w:r>
        <w:t>1. 🍎🍎🍎  How many apples?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five</w:t>
      </w:r>
    </w:p>
    <w:p>
      <w:pPr>
        <w:keepNext/>
        <w:spacing w:before="120"/>
      </w:pPr>
      <w:r>
        <w:t>2. ⭐⭐⭐⭐⭐⭐⭐  How many stars?</w:t>
      </w:r>
    </w:p>
    <w:p>
      <w:pPr>
        <w:spacing w:after="0"/>
        <w:ind w:left="454"/>
      </w:pPr>
      <w:r>
        <w:t>(   ) a) seven</w:t>
      </w:r>
    </w:p>
    <w:p>
      <w:pPr>
        <w:spacing w:after="0"/>
        <w:ind w:left="454"/>
      </w:pPr>
      <w:r>
        <w:t>(   ) b) four</w:t>
      </w:r>
    </w:p>
    <w:p>
      <w:pPr>
        <w:spacing w:after="0"/>
        <w:ind w:left="454"/>
      </w:pPr>
      <w:r>
        <w:t>(   ) c) nine</w:t>
      </w:r>
    </w:p>
    <w:p>
      <w:pPr>
        <w:keepNext/>
        <w:spacing w:before="120"/>
      </w:pPr>
      <w:r>
        <w:t>3. 🎈🎈  How many balloons?</w:t>
      </w:r>
    </w:p>
    <w:p>
      <w:pPr>
        <w:spacing w:after="0"/>
        <w:ind w:left="454"/>
      </w:pPr>
      <w:r>
        <w:t>(   ) a) six</w:t>
      </w:r>
    </w:p>
    <w:p>
      <w:pPr>
        <w:spacing w:after="0"/>
        <w:ind w:left="454"/>
      </w:pPr>
      <w:r>
        <w:t>(   ) b) one</w:t>
      </w:r>
    </w:p>
    <w:p>
      <w:pPr>
        <w:spacing w:after="0"/>
        <w:ind w:left="454"/>
      </w:pPr>
      <w:r>
        <w:t>(   ) c) two</w:t>
      </w:r>
    </w:p>
    <w:p>
      <w:pPr>
        <w:keepNext/>
        <w:spacing w:before="120"/>
      </w:pPr>
      <w:r>
        <w:t>4. 🐟🐟🐟🐟🐟  How many fish?</w:t>
      </w:r>
    </w:p>
    <w:p>
      <w:pPr>
        <w:spacing w:after="0"/>
        <w:ind w:left="454"/>
      </w:pPr>
      <w:r>
        <w:t>(   ) a) five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eight</w:t>
      </w:r>
    </w:p>
    <w:p>
      <w:pPr>
        <w:keepNext/>
        <w:spacing w:before="120"/>
      </w:pPr>
      <w:r>
        <w:t>5. 🌸🌸🌸🌸  How many flowers?</w:t>
      </w:r>
    </w:p>
    <w:p>
      <w:pPr>
        <w:spacing w:after="0"/>
        <w:ind w:left="454"/>
      </w:pPr>
      <w:r>
        <w:t>(   ) a) ten</w:t>
      </w:r>
    </w:p>
    <w:p>
      <w:pPr>
        <w:spacing w:after="0"/>
        <w:ind w:left="454"/>
      </w:pPr>
      <w:r>
        <w:t>(   ) b) four</w:t>
      </w:r>
    </w:p>
    <w:p>
      <w:pPr>
        <w:spacing w:after="0"/>
        <w:ind w:left="454"/>
      </w:pPr>
      <w:r>
        <w:t>(   ) c) two</w:t>
      </w:r>
    </w:p>
    <w:p>
      <w:pPr>
        <w:pStyle w:val="Heading2"/>
      </w:pPr>
      <w:r>
        <w:t>2. What shape is it?</w:t>
      </w:r>
    </w:p>
    <w:p>
      <w:r>
        <w:rPr>
          <w:i/>
        </w:rPr>
        <w:t>Olhe a forma e escolha o nome em inglês. (Look and choose the shape.)</w:t>
      </w:r>
    </w:p>
    <w:p>
      <w:pPr>
        <w:keepNext/>
        <w:spacing w:before="120"/>
      </w:pPr>
      <w:r>
        <w:t>1. 🔴  What shape is it?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square</w:t>
      </w:r>
    </w:p>
    <w:p>
      <w:pPr>
        <w:spacing w:after="0"/>
        <w:ind w:left="454"/>
      </w:pPr>
      <w:r>
        <w:t>(   ) c) triangle</w:t>
      </w:r>
    </w:p>
    <w:p>
      <w:pPr>
        <w:keepNext/>
        <w:spacing w:before="120"/>
      </w:pPr>
      <w:r>
        <w:t>2. 🟦  What shape is it?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circle</w:t>
      </w:r>
    </w:p>
    <w:p>
      <w:pPr>
        <w:spacing w:after="0"/>
        <w:ind w:left="454"/>
      </w:pPr>
      <w:r>
        <w:t>(   ) c) square</w:t>
      </w:r>
    </w:p>
    <w:p>
      <w:pPr>
        <w:keepNext/>
        <w:spacing w:before="120"/>
      </w:pPr>
      <w:r>
        <w:t>3. 🔺  What shape is it?</w:t>
      </w:r>
    </w:p>
    <w:p>
      <w:pPr>
        <w:spacing w:after="0"/>
        <w:ind w:left="454"/>
      </w:pPr>
      <w:r>
        <w:t>(   ) a) square</w:t>
      </w:r>
    </w:p>
    <w:p>
      <w:pPr>
        <w:spacing w:after="0"/>
        <w:ind w:left="454"/>
      </w:pPr>
      <w:r>
        <w:t>(   ) b) triangle</w:t>
      </w:r>
    </w:p>
    <w:p>
      <w:pPr>
        <w:spacing w:after="0"/>
        <w:ind w:left="454"/>
      </w:pPr>
      <w:r>
        <w:t>(   ) c) circle</w:t>
      </w:r>
    </w:p>
    <w:p>
      <w:pPr>
        <w:keepNext/>
        <w:spacing w:before="120"/>
      </w:pPr>
      <w:r>
        <w:t>4. 🍕  A slice of pizza looks like a…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circle</w:t>
      </w:r>
    </w:p>
    <w:p>
      <w:pPr>
        <w:keepNext/>
        <w:spacing w:before="120"/>
      </w:pPr>
      <w:r>
        <w:t>5. ⚽  A ball looks like a…</w:t>
      </w:r>
    </w:p>
    <w:p>
      <w:pPr>
        <w:spacing w:after="0"/>
        <w:ind w:left="454"/>
      </w:pPr>
      <w:r>
        <w:t>(   ) a) square</w:t>
      </w:r>
    </w:p>
    <w:p>
      <w:pPr>
        <w:spacing w:after="0"/>
        <w:ind w:left="454"/>
      </w:pPr>
      <w:r>
        <w:t>(   ) b) circle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How many?</w:t>
      </w:r>
    </w:p>
    <w:p>
      <w:pPr>
        <w:spacing w:after="0"/>
      </w:pPr>
      <w:r>
        <w:t>1) b) three</w:t>
      </w:r>
    </w:p>
    <w:p>
      <w:pPr>
        <w:spacing w:after="0"/>
      </w:pPr>
      <w:r>
        <w:t>2) a) seven</w:t>
      </w:r>
    </w:p>
    <w:p>
      <w:pPr>
        <w:spacing w:after="0"/>
      </w:pPr>
      <w:r>
        <w:t>3) c) two</w:t>
      </w:r>
    </w:p>
    <w:p>
      <w:pPr>
        <w:spacing w:after="0"/>
      </w:pPr>
      <w:r>
        <w:t>4) a) five</w:t>
      </w:r>
    </w:p>
    <w:p>
      <w:pPr>
        <w:spacing w:after="0"/>
      </w:pPr>
      <w:r>
        <w:t>5) b) four</w:t>
      </w:r>
    </w:p>
    <w:p>
      <w:r>
        <w:rPr>
          <w:b/>
        </w:rPr>
        <w:t>2. What shape is it?</w:t>
      </w:r>
    </w:p>
    <w:p>
      <w:pPr>
        <w:spacing w:after="0"/>
      </w:pPr>
      <w:r>
        <w:t>1) a) circle</w:t>
      </w:r>
    </w:p>
    <w:p>
      <w:pPr>
        <w:spacing w:after="0"/>
      </w:pPr>
      <w:r>
        <w:t>2) c) square</w:t>
      </w:r>
    </w:p>
    <w:p>
      <w:pPr>
        <w:spacing w:after="0"/>
      </w:pPr>
      <w:r>
        <w:t>3) b) triangle</w:t>
      </w:r>
    </w:p>
    <w:p>
      <w:pPr>
        <w:spacing w:after="0"/>
      </w:pPr>
      <w:r>
        <w:t>4) a) triangle</w:t>
      </w:r>
    </w:p>
    <w:p>
      <w:pPr>
        <w:spacing w:after="0"/>
      </w:pPr>
      <w:r>
        <w:t>5) b) circle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