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Numbers: os números de 1 a 20</w:t>
      </w:r>
    </w:p>
    <w:p>
      <w:r>
        <w:rPr>
          <w:color w:val="6B6B6B"/>
          <w:sz w:val="18"/>
        </w:rPr>
        <w:t>1º ano e 2º ano · Numbers (números)</w:t>
      </w:r>
    </w:p>
    <w:p>
      <w:pPr>
        <w:pStyle w:val="Heading2"/>
      </w:pPr>
      <w:r>
        <w:t>1. How many?</w:t>
      </w:r>
    </w:p>
    <w:p>
      <w:r>
        <w:rPr>
          <w:i/>
        </w:rPr>
        <w:t>Conte as figuras e escolha o número. (Count and choose.)</w:t>
      </w:r>
    </w:p>
    <w:p>
      <w:pPr>
        <w:keepNext/>
        <w:spacing w:before="120"/>
      </w:pPr>
      <w:r>
        <w:t>1. ⭐⭐⭐  How many stars?</w:t>
      </w:r>
    </w:p>
    <w:p>
      <w:pPr>
        <w:spacing w:after="0"/>
        <w:ind w:left="454"/>
      </w:pPr>
      <w:r>
        <w:t>(   ) a) two</w:t>
      </w:r>
    </w:p>
    <w:p>
      <w:pPr>
        <w:spacing w:after="0"/>
        <w:ind w:left="454"/>
      </w:pPr>
      <w:r>
        <w:t>(   ) b) three</w:t>
      </w:r>
    </w:p>
    <w:p>
      <w:pPr>
        <w:spacing w:after="0"/>
        <w:ind w:left="454"/>
      </w:pPr>
      <w:r>
        <w:t>(   ) c) four</w:t>
      </w:r>
    </w:p>
    <w:p>
      <w:pPr>
        <w:keepNext/>
        <w:spacing w:before="120"/>
      </w:pPr>
      <w:r>
        <w:t>2. 🍎🍎🍎🍎🍎  How many apples?</w:t>
      </w:r>
    </w:p>
    <w:p>
      <w:pPr>
        <w:spacing w:after="0"/>
        <w:ind w:left="454"/>
      </w:pPr>
      <w:r>
        <w:t>(   ) a) five</w:t>
      </w:r>
    </w:p>
    <w:p>
      <w:pPr>
        <w:spacing w:after="0"/>
        <w:ind w:left="454"/>
      </w:pPr>
      <w:r>
        <w:t>(   ) b) six</w:t>
      </w:r>
    </w:p>
    <w:p>
      <w:pPr>
        <w:spacing w:after="0"/>
        <w:ind w:left="454"/>
      </w:pPr>
      <w:r>
        <w:t>(   ) c) nine</w:t>
      </w:r>
    </w:p>
    <w:p>
      <w:pPr>
        <w:keepNext/>
        <w:spacing w:before="120"/>
      </w:pPr>
      <w:r>
        <w:t>3. 🐟🐟🐟🐟🐟🐟🐟  How many fish?</w:t>
      </w:r>
    </w:p>
    <w:p>
      <w:pPr>
        <w:spacing w:after="0"/>
        <w:ind w:left="454"/>
      </w:pPr>
      <w:r>
        <w:t>(   ) a) eight</w:t>
      </w:r>
    </w:p>
    <w:p>
      <w:pPr>
        <w:spacing w:after="0"/>
        <w:ind w:left="454"/>
      </w:pPr>
      <w:r>
        <w:t>(   ) b) ten</w:t>
      </w:r>
    </w:p>
    <w:p>
      <w:pPr>
        <w:spacing w:after="0"/>
        <w:ind w:left="454"/>
      </w:pPr>
      <w:r>
        <w:t>(   ) c) seven</w:t>
      </w:r>
    </w:p>
    <w:p>
      <w:pPr>
        <w:keepNext/>
        <w:spacing w:before="120"/>
      </w:pPr>
      <w:r>
        <w:t>4. 🎈🎈🎈🎈🎈🎈🎈🎈🎈🎈🎈🎈  How many balloons?</w:t>
      </w:r>
    </w:p>
    <w:p>
      <w:pPr>
        <w:spacing w:after="0"/>
        <w:ind w:left="454"/>
      </w:pPr>
      <w:r>
        <w:t>(   ) a) twelve</w:t>
      </w:r>
    </w:p>
    <w:p>
      <w:pPr>
        <w:spacing w:after="0"/>
        <w:ind w:left="454"/>
      </w:pPr>
      <w:r>
        <w:t>(   ) b) eleven</w:t>
      </w:r>
    </w:p>
    <w:p>
      <w:pPr>
        <w:spacing w:after="0"/>
        <w:ind w:left="454"/>
      </w:pPr>
      <w:r>
        <w:t>(   ) c) twenty</w:t>
      </w:r>
    </w:p>
    <w:p>
      <w:pPr>
        <w:pStyle w:val="Heading2"/>
      </w:pPr>
      <w:r>
        <w:t>2. Numbers and words</w:t>
      </w:r>
    </w:p>
    <w:p>
      <w:r>
        <w:rPr>
          <w:i/>
        </w:rPr>
        <w:t>Escolha o número escrito em inglês. (Choose the right word.)</w:t>
      </w:r>
    </w:p>
    <w:p>
      <w:pPr>
        <w:keepNext/>
        <w:spacing w:before="120"/>
      </w:pPr>
      <w:r>
        <w:t>1. 1️⃣5️⃣  15</w:t>
      </w:r>
    </w:p>
    <w:p>
      <w:pPr>
        <w:spacing w:after="0"/>
        <w:ind w:left="454"/>
      </w:pPr>
      <w:r>
        <w:t>(   ) a) fifty</w:t>
      </w:r>
    </w:p>
    <w:p>
      <w:pPr>
        <w:spacing w:after="0"/>
        <w:ind w:left="454"/>
      </w:pPr>
      <w:r>
        <w:t>(   ) b) fifteen</w:t>
      </w:r>
    </w:p>
    <w:p>
      <w:pPr>
        <w:spacing w:after="0"/>
        <w:ind w:left="454"/>
      </w:pPr>
      <w:r>
        <w:t>(   ) c) five</w:t>
      </w:r>
    </w:p>
    <w:p>
      <w:pPr>
        <w:keepNext/>
        <w:spacing w:before="120"/>
      </w:pPr>
      <w:r>
        <w:t>2. 1️⃣3️⃣  13</w:t>
      </w:r>
    </w:p>
    <w:p>
      <w:pPr>
        <w:spacing w:after="0"/>
        <w:ind w:left="454"/>
      </w:pPr>
      <w:r>
        <w:t>(   ) a) thirty</w:t>
      </w:r>
    </w:p>
    <w:p>
      <w:pPr>
        <w:spacing w:after="0"/>
        <w:ind w:left="454"/>
      </w:pPr>
      <w:r>
        <w:t>(   ) b) three</w:t>
      </w:r>
    </w:p>
    <w:p>
      <w:pPr>
        <w:spacing w:after="0"/>
        <w:ind w:left="454"/>
      </w:pPr>
      <w:r>
        <w:t>(   ) c) thirteen</w:t>
      </w:r>
    </w:p>
    <w:p>
      <w:pPr>
        <w:keepNext/>
        <w:spacing w:before="120"/>
      </w:pPr>
      <w:r>
        <w:t>3. 2️⃣0️⃣  20</w:t>
      </w:r>
    </w:p>
    <w:p>
      <w:pPr>
        <w:spacing w:after="0"/>
        <w:ind w:left="454"/>
      </w:pPr>
      <w:r>
        <w:t>(   ) a) twenty</w:t>
      </w:r>
    </w:p>
    <w:p>
      <w:pPr>
        <w:spacing w:after="0"/>
        <w:ind w:left="454"/>
      </w:pPr>
      <w:r>
        <w:t>(   ) b) twelve</w:t>
      </w:r>
    </w:p>
    <w:p>
      <w:pPr>
        <w:spacing w:after="0"/>
        <w:ind w:left="454"/>
      </w:pPr>
      <w:r>
        <w:t>(   ) c) two</w:t>
      </w:r>
    </w:p>
    <w:p>
      <w:pPr>
        <w:keepNext/>
        <w:spacing w:before="120"/>
      </w:pPr>
      <w:r>
        <w:t>4. 1️⃣8️⃣  18</w:t>
      </w:r>
    </w:p>
    <w:p>
      <w:pPr>
        <w:spacing w:after="0"/>
        <w:ind w:left="454"/>
      </w:pPr>
      <w:r>
        <w:t>(   ) a) eight</w:t>
      </w:r>
    </w:p>
    <w:p>
      <w:pPr>
        <w:spacing w:after="0"/>
        <w:ind w:left="454"/>
      </w:pPr>
      <w:r>
        <w:t>(   ) b) eighteen</w:t>
      </w:r>
    </w:p>
    <w:p>
      <w:pPr>
        <w:spacing w:after="0"/>
        <w:ind w:left="454"/>
      </w:pPr>
      <w:r>
        <w:t>(   ) c) eighty</w:t>
      </w:r>
    </w:p>
    <w:p>
      <w:pPr>
        <w:pStyle w:val="Heading2"/>
      </w:pPr>
      <w:r>
        <w:t>3. Let's count!</w:t>
      </w:r>
    </w:p>
    <w:p>
      <w:r>
        <w:rPr>
          <w:i/>
        </w:rPr>
        <w:t>Faça a conta e escolha a resposta no banco. (Add and complete.)</w:t>
      </w:r>
    </w:p>
    <w:p>
      <w:r>
        <w:rPr>
          <w:b/>
        </w:rPr>
        <w:t>Word bank:  four  |  ten  |  sixteen  |  nineteen</w:t>
      </w:r>
    </w:p>
    <w:p>
      <w:pPr>
        <w:keepNext/>
        <w:spacing w:before="120"/>
      </w:pPr>
      <w:r>
        <w:t>1. ➕  two + two = ______________</w:t>
      </w:r>
    </w:p>
    <w:p>
      <w:pPr>
        <w:keepNext/>
        <w:spacing w:before="120"/>
      </w:pPr>
      <w:r>
        <w:t>2. ➕  five + five = ______________</w:t>
      </w:r>
    </w:p>
    <w:p>
      <w:pPr>
        <w:keepNext/>
        <w:spacing w:before="120"/>
      </w:pPr>
      <w:r>
        <w:t>3. ➕  ten + nine = ______________</w:t>
      </w:r>
    </w:p>
    <w:p>
      <w:pPr>
        <w:keepNext/>
        <w:spacing w:before="120"/>
      </w:pPr>
      <w:r>
        <w:t>4. ➕  eight + eight = ______________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How many?</w:t>
      </w:r>
    </w:p>
    <w:p>
      <w:pPr>
        <w:spacing w:after="0"/>
      </w:pPr>
      <w:r>
        <w:t>1) b) three</w:t>
      </w:r>
    </w:p>
    <w:p>
      <w:pPr>
        <w:spacing w:after="0"/>
      </w:pPr>
      <w:r>
        <w:t>2) a) five</w:t>
      </w:r>
    </w:p>
    <w:p>
      <w:pPr>
        <w:spacing w:after="0"/>
      </w:pPr>
      <w:r>
        <w:t>3) c) seven</w:t>
      </w:r>
    </w:p>
    <w:p>
      <w:pPr>
        <w:spacing w:after="0"/>
      </w:pPr>
      <w:r>
        <w:t>4) a) twelve</w:t>
      </w:r>
    </w:p>
    <w:p>
      <w:r>
        <w:rPr>
          <w:b/>
        </w:rPr>
        <w:t>2. Numbers and words</w:t>
      </w:r>
    </w:p>
    <w:p>
      <w:pPr>
        <w:spacing w:after="0"/>
      </w:pPr>
      <w:r>
        <w:t>1) b) fifteen</w:t>
      </w:r>
    </w:p>
    <w:p>
      <w:pPr>
        <w:spacing w:after="0"/>
      </w:pPr>
      <w:r>
        <w:t>2) c) thirteen</w:t>
      </w:r>
    </w:p>
    <w:p>
      <w:pPr>
        <w:spacing w:after="0"/>
      </w:pPr>
      <w:r>
        <w:t>3) a) twenty</w:t>
      </w:r>
    </w:p>
    <w:p>
      <w:pPr>
        <w:spacing w:after="0"/>
      </w:pPr>
      <w:r>
        <w:t>4) b) eighteen</w:t>
      </w:r>
    </w:p>
    <w:p>
      <w:r>
        <w:rPr>
          <w:b/>
        </w:rPr>
        <w:t>3. Let's count!</w:t>
      </w:r>
    </w:p>
    <w:p>
      <w:pPr>
        <w:spacing w:after="0"/>
      </w:pPr>
      <w:r>
        <w:t>1) four</w:t>
      </w:r>
    </w:p>
    <w:p>
      <w:pPr>
        <w:spacing w:after="0"/>
      </w:pPr>
      <w:r>
        <w:t>2) ten</w:t>
      </w:r>
    </w:p>
    <w:p>
      <w:pPr>
        <w:spacing w:after="0"/>
      </w:pPr>
      <w:r>
        <w:t>3) nineteen</w:t>
      </w:r>
    </w:p>
    <w:p>
      <w:pPr>
        <w:spacing w:after="0"/>
      </w:pPr>
      <w:r>
        <w:t>4) sixteen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