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Numbers: contando de 1 a 5</w:t>
      </w:r>
    </w:p>
    <w:p>
      <w:r>
        <w:rPr>
          <w:color w:val="6B6B6B"/>
          <w:sz w:val="18"/>
        </w:rPr>
        <w:t>3 anos · Numbers (números)</w:t>
      </w:r>
    </w:p>
    <w:p>
      <w:pPr>
        <w:pStyle w:val="Heading2"/>
      </w:pPr>
      <w:r>
        <w:t>1. How many?</w:t>
      </w:r>
    </w:p>
    <w:p>
      <w:r>
        <w:rPr>
          <w:i/>
        </w:rPr>
        <w:t>Conte as figuras e escolha o número. (Count and choose.)</w:t>
      </w:r>
    </w:p>
    <w:p>
      <w:pPr>
        <w:keepNext/>
        <w:spacing w:before="120"/>
      </w:pPr>
      <w:r>
        <w:t>1. 🍎🍎  How many?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five</w:t>
      </w:r>
    </w:p>
    <w:p>
      <w:pPr>
        <w:keepNext/>
        <w:spacing w:before="120"/>
      </w:pPr>
      <w:r>
        <w:t>2. 🐱🐱🐱  How many?</w:t>
      </w:r>
    </w:p>
    <w:p>
      <w:pPr>
        <w:spacing w:after="0"/>
        <w:ind w:left="454"/>
      </w:pPr>
      <w:r>
        <w:t>(   ) a) one</w:t>
      </w:r>
    </w:p>
    <w:p>
      <w:pPr>
        <w:spacing w:after="0"/>
        <w:ind w:left="454"/>
      </w:pPr>
      <w:r>
        <w:t>(   ) b) three</w:t>
      </w:r>
    </w:p>
    <w:p>
      <w:pPr>
        <w:keepNext/>
        <w:spacing w:before="120"/>
      </w:pPr>
      <w:r>
        <w:t>3. ⭐  How many?</w:t>
      </w:r>
    </w:p>
    <w:p>
      <w:pPr>
        <w:spacing w:after="0"/>
        <w:ind w:left="454"/>
      </w:pPr>
      <w:r>
        <w:t>(   ) a) one</w:t>
      </w:r>
    </w:p>
    <w:p>
      <w:pPr>
        <w:spacing w:after="0"/>
        <w:ind w:left="454"/>
      </w:pPr>
      <w:r>
        <w:t>(   ) b) four</w:t>
      </w:r>
    </w:p>
    <w:p>
      <w:pPr>
        <w:keepNext/>
        <w:spacing w:before="120"/>
      </w:pPr>
      <w:r>
        <w:t>4. 🎈🎈🎈🎈🎈  How many?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five</w:t>
      </w:r>
    </w:p>
    <w:p>
      <w:pPr>
        <w:keepNext/>
        <w:spacing w:before="120"/>
      </w:pPr>
      <w:r>
        <w:t>5. 🐶🐶🐶🐶  How many?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two</w:t>
      </w:r>
    </w:p>
    <w:p>
      <w:pPr>
        <w:keepNext/>
        <w:spacing w:before="120"/>
      </w:pPr>
      <w:r>
        <w:t>6. 🌸🌸🌸  How many?</w:t>
      </w:r>
    </w:p>
    <w:p>
      <w:pPr>
        <w:spacing w:after="0"/>
        <w:ind w:left="454"/>
      </w:pPr>
      <w:r>
        <w:t>(   ) a) five</w:t>
      </w:r>
    </w:p>
    <w:p>
      <w:pPr>
        <w:spacing w:after="0"/>
        <w:ind w:left="454"/>
      </w:pPr>
      <w:r>
        <w:t>(   ) b) three</w:t>
      </w:r>
    </w:p>
    <w:p>
      <w:pPr>
        <w:pStyle w:val="Heading2"/>
      </w:pPr>
      <w:r>
        <w:t>2. Yes or no?</w:t>
      </w:r>
    </w:p>
    <w:p>
      <w:r>
        <w:rPr>
          <w:i/>
        </w:rPr>
        <w:t>Conte e responda: está certo? (Count and say: yes or no?)</w:t>
      </w:r>
    </w:p>
    <w:p>
      <w:pPr>
        <w:keepNext/>
        <w:spacing w:before="120"/>
      </w:pPr>
      <w:r>
        <w:t>1. 🚗🚗  Two cars.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⚽⚽⚽  Five balls.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🐟  One fish.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🦆🦆🦆🦆  Four ducks.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5. 🍓🍓🍓🍓🍓  Two strawberries.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many?</w:t>
      </w:r>
    </w:p>
    <w:p>
      <w:pPr>
        <w:spacing w:after="0"/>
      </w:pPr>
      <w:r>
        <w:t>1) a) two</w:t>
      </w:r>
    </w:p>
    <w:p>
      <w:pPr>
        <w:spacing w:after="0"/>
      </w:pPr>
      <w:r>
        <w:t>2) b) three</w:t>
      </w:r>
    </w:p>
    <w:p>
      <w:pPr>
        <w:spacing w:after="0"/>
      </w:pPr>
      <w:r>
        <w:t>3) a) one</w:t>
      </w:r>
    </w:p>
    <w:p>
      <w:pPr>
        <w:spacing w:after="0"/>
      </w:pPr>
      <w:r>
        <w:t>4) b) five</w:t>
      </w:r>
    </w:p>
    <w:p>
      <w:pPr>
        <w:spacing w:after="0"/>
      </w:pPr>
      <w:r>
        <w:t>5) a) four</w:t>
      </w:r>
    </w:p>
    <w:p>
      <w:pPr>
        <w:spacing w:after="0"/>
      </w:pPr>
      <w:r>
        <w:t>6) b) three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Yes</w:t>
      </w:r>
    </w:p>
    <w:p>
      <w:pPr>
        <w:spacing w:after="0"/>
      </w:pPr>
      <w:r>
        <w:t>5)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