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Numbers: contando de 1 a 10</w:t>
      </w:r>
    </w:p>
    <w:p>
      <w:r>
        <w:rPr>
          <w:color w:val="6B6B6B"/>
          <w:sz w:val="18"/>
        </w:rPr>
        <w:t>5 anos · Numbers (números)</w:t>
      </w:r>
    </w:p>
    <w:p>
      <w:pPr>
        <w:pStyle w:val="Heading2"/>
      </w:pPr>
      <w:r>
        <w:t>1. How many?</w:t>
      </w:r>
    </w:p>
    <w:p>
      <w:r>
        <w:rPr>
          <w:i/>
        </w:rPr>
        <w:t>Conte as figuras e escolha o número. (Count and choose.)</w:t>
      </w:r>
    </w:p>
    <w:p>
      <w:pPr>
        <w:keepNext/>
        <w:spacing w:before="120"/>
      </w:pPr>
      <w:r>
        <w:t>1. 🍎🍎🍎🍎🍎🍎  How many apples?</w:t>
      </w:r>
    </w:p>
    <w:p>
      <w:pPr>
        <w:spacing w:after="0"/>
        <w:ind w:left="454"/>
      </w:pPr>
      <w:r>
        <w:t>(   ) a) six</w:t>
      </w:r>
    </w:p>
    <w:p>
      <w:pPr>
        <w:spacing w:after="0"/>
        <w:ind w:left="454"/>
      </w:pPr>
      <w:r>
        <w:t>(   ) b) eight</w:t>
      </w:r>
    </w:p>
    <w:p>
      <w:pPr>
        <w:spacing w:after="0"/>
        <w:ind w:left="454"/>
      </w:pPr>
      <w:r>
        <w:t>(   ) c) three</w:t>
      </w:r>
    </w:p>
    <w:p>
      <w:pPr>
        <w:keepNext/>
        <w:spacing w:before="120"/>
      </w:pPr>
      <w:r>
        <w:t>2. ⭐⭐⭐⭐⭐⭐⭐⭐  How many stars?</w:t>
      </w:r>
    </w:p>
    <w:p>
      <w:pPr>
        <w:spacing w:after="0"/>
        <w:ind w:left="454"/>
      </w:pPr>
      <w:r>
        <w:t>(   ) a) five</w:t>
      </w:r>
    </w:p>
    <w:p>
      <w:pPr>
        <w:spacing w:after="0"/>
        <w:ind w:left="454"/>
      </w:pPr>
      <w:r>
        <w:t>(   ) b) eight</w:t>
      </w:r>
    </w:p>
    <w:p>
      <w:pPr>
        <w:spacing w:after="0"/>
        <w:ind w:left="454"/>
      </w:pPr>
      <w:r>
        <w:t>(   ) c) ten</w:t>
      </w:r>
    </w:p>
    <w:p>
      <w:pPr>
        <w:keepNext/>
        <w:spacing w:before="120"/>
      </w:pPr>
      <w:r>
        <w:t>3. 🐟🐟🐟🐟🐟🐟🐟  How many fish?</w:t>
      </w:r>
    </w:p>
    <w:p>
      <w:pPr>
        <w:spacing w:after="0"/>
        <w:ind w:left="454"/>
      </w:pPr>
      <w:r>
        <w:t>(   ) a) nine</w:t>
      </w:r>
    </w:p>
    <w:p>
      <w:pPr>
        <w:spacing w:after="0"/>
        <w:ind w:left="454"/>
      </w:pPr>
      <w:r>
        <w:t>(   ) b) four</w:t>
      </w:r>
    </w:p>
    <w:p>
      <w:pPr>
        <w:spacing w:after="0"/>
        <w:ind w:left="454"/>
      </w:pPr>
      <w:r>
        <w:t>(   ) c) seven</w:t>
      </w:r>
    </w:p>
    <w:p>
      <w:pPr>
        <w:keepNext/>
        <w:spacing w:before="120"/>
      </w:pPr>
      <w:r>
        <w:t>4. 🎈🎈🎈🎈🎈🎈🎈🎈🎈🎈  How many balloons?</w:t>
      </w:r>
    </w:p>
    <w:p>
      <w:pPr>
        <w:spacing w:after="0"/>
        <w:ind w:left="454"/>
      </w:pPr>
      <w:r>
        <w:t>(   ) a) ten</w:t>
      </w:r>
    </w:p>
    <w:p>
      <w:pPr>
        <w:spacing w:after="0"/>
        <w:ind w:left="454"/>
      </w:pPr>
      <w:r>
        <w:t>(   ) b) six</w:t>
      </w:r>
    </w:p>
    <w:p>
      <w:pPr>
        <w:spacing w:after="0"/>
        <w:ind w:left="454"/>
      </w:pPr>
      <w:r>
        <w:t>(   ) c) two</w:t>
      </w:r>
    </w:p>
    <w:p>
      <w:pPr>
        <w:keepNext/>
        <w:spacing w:before="120"/>
      </w:pPr>
      <w:r>
        <w:t>5. 🐞🐞🐞🐞🐞🐞🐞🐞🐞  How many ladybugs?</w:t>
      </w:r>
    </w:p>
    <w:p>
      <w:pPr>
        <w:spacing w:after="0"/>
        <w:ind w:left="454"/>
      </w:pPr>
      <w:r>
        <w:t>(   ) a) seven</w:t>
      </w:r>
    </w:p>
    <w:p>
      <w:pPr>
        <w:spacing w:after="0"/>
        <w:ind w:left="454"/>
      </w:pPr>
      <w:r>
        <w:t>(   ) b) nine</w:t>
      </w:r>
    </w:p>
    <w:p>
      <w:pPr>
        <w:spacing w:after="0"/>
        <w:ind w:left="454"/>
      </w:pPr>
      <w:r>
        <w:t>(   ) c) one</w:t>
      </w:r>
    </w:p>
    <w:p>
      <w:pPr>
        <w:pStyle w:val="Heading2"/>
      </w:pPr>
      <w:r>
        <w:t>2. Count and complete</w:t>
      </w:r>
    </w:p>
    <w:p>
      <w:r>
        <w:rPr>
          <w:i/>
        </w:rPr>
        <w:t>Conte e complete com o número. (Count and complete.)</w:t>
      </w:r>
    </w:p>
    <w:p>
      <w:r>
        <w:rPr>
          <w:b/>
        </w:rPr>
        <w:t>Word bank:  two  |  three  |  four  |  five</w:t>
      </w:r>
    </w:p>
    <w:p>
      <w:pPr>
        <w:keepNext/>
        <w:spacing w:before="120"/>
      </w:pPr>
      <w:r>
        <w:t>1. 🚗🚗🚗🚗🚗  I see ______________ cars.</w:t>
      </w:r>
    </w:p>
    <w:p>
      <w:pPr>
        <w:keepNext/>
        <w:spacing w:before="120"/>
      </w:pPr>
      <w:r>
        <w:t>2. 🐶🐶🐶  I see ______________ dogs.</w:t>
      </w:r>
    </w:p>
    <w:p>
      <w:pPr>
        <w:keepNext/>
        <w:spacing w:before="120"/>
      </w:pPr>
      <w:r>
        <w:t>3. 🍌🍌  I see ______________ bananas.</w:t>
      </w:r>
    </w:p>
    <w:p>
      <w:pPr>
        <w:keepNext/>
        <w:spacing w:before="120"/>
      </w:pPr>
      <w:r>
        <w:t>4. 🐦🐦🐦🐦  I see ______________ birds.</w:t>
      </w:r>
    </w:p>
    <w:p>
      <w:pPr>
        <w:pStyle w:val="Heading2"/>
      </w:pPr>
      <w:r>
        <w:t>3. Yes or no?</w:t>
      </w:r>
    </w:p>
    <w:p>
      <w:r>
        <w:rPr>
          <w:i/>
        </w:rPr>
        <w:t>Conte e responda: está certo? (Count and say: yes or no?)</w:t>
      </w:r>
    </w:p>
    <w:p>
      <w:pPr>
        <w:keepNext/>
        <w:spacing w:before="120"/>
      </w:pPr>
      <w:r>
        <w:t>1. 🍓🍓🍓🍓🍓🍓🍓  Seven strawberries.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⚽⚽⚽⚽⚽⚽⚽⚽⚽  Ten balls.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🐱🐱🐱🐱🐱🐱  Six cats.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many?</w:t>
      </w:r>
    </w:p>
    <w:p>
      <w:pPr>
        <w:spacing w:after="0"/>
      </w:pPr>
      <w:r>
        <w:t>1) a) six</w:t>
      </w:r>
    </w:p>
    <w:p>
      <w:pPr>
        <w:spacing w:after="0"/>
      </w:pPr>
      <w:r>
        <w:t>2) b) eight</w:t>
      </w:r>
    </w:p>
    <w:p>
      <w:pPr>
        <w:spacing w:after="0"/>
      </w:pPr>
      <w:r>
        <w:t>3) c) seven</w:t>
      </w:r>
    </w:p>
    <w:p>
      <w:pPr>
        <w:spacing w:after="0"/>
      </w:pPr>
      <w:r>
        <w:t>4) a) ten</w:t>
      </w:r>
    </w:p>
    <w:p>
      <w:pPr>
        <w:spacing w:after="0"/>
      </w:pPr>
      <w:r>
        <w:t>5) b) nine</w:t>
      </w:r>
    </w:p>
    <w:p>
      <w:r>
        <w:rPr>
          <w:b/>
        </w:rPr>
        <w:t>2. Count and complete</w:t>
      </w:r>
    </w:p>
    <w:p>
      <w:pPr>
        <w:spacing w:after="0"/>
      </w:pPr>
      <w:r>
        <w:t>1) five</w:t>
      </w:r>
    </w:p>
    <w:p>
      <w:pPr>
        <w:spacing w:after="0"/>
      </w:pPr>
      <w:r>
        <w:t>2) three</w:t>
      </w:r>
    </w:p>
    <w:p>
      <w:pPr>
        <w:spacing w:after="0"/>
      </w:pPr>
      <w:r>
        <w:t>3) two</w:t>
      </w:r>
    </w:p>
    <w:p>
      <w:pPr>
        <w:spacing w:after="0"/>
      </w:pPr>
      <w:r>
        <w:t>4) four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