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News article e opinion text: ônibus elétricos e horário escolar</w:t>
      </w:r>
    </w:p>
    <w:p>
      <w:r>
        <w:rPr>
          <w:color w:val="6B6B6B"/>
          <w:sz w:val="18"/>
        </w:rPr>
        <w:t>1ª série e 2ª série · Text genres (gêneros textuais) · BNCC: EM13LGG302, EM13LGG403</w:t>
      </w:r>
    </w:p>
    <w:p>
      <w:pPr>
        <w:pStyle w:val="Heading2"/>
      </w:pPr>
      <w:r>
        <w:t>1. News article</w:t>
      </w:r>
    </w:p>
    <w:p>
      <w:r>
        <w:rPr>
          <w:i/>
        </w:rPr>
        <w:t>Read the news article and choose the correct answer.</w:t>
      </w:r>
    </w:p>
    <w:p>
      <w:r>
        <w:rPr>
          <w:b/>
        </w:rPr>
        <w:t>New Eco-Friendly Bus System Launched in City</w:t>
      </w:r>
    </w:p>
    <w:p>
      <w:pPr>
        <w:ind w:left="340"/>
      </w:pPr>
      <w:r>
        <w:t>This Monday, the mayor announced the launch of a new eco-friendly bus system in the city. The buses run on electricity instead of gasoline, reducing air pollution.</w:t>
      </w:r>
    </w:p>
    <w:p>
      <w:pPr>
        <w:ind w:left="340"/>
      </w:pPr>
      <w:r>
        <w:t>According to city officials, this initiative aims to make public transportation more sustainable and efficient. Citizens have reacted positively, saying they are happy to see environmental improvements.</w:t>
      </w:r>
    </w:p>
    <w:p>
      <w:pPr>
        <w:ind w:left="340"/>
      </w:pPr>
      <w:r>
        <w:t>The government plans to expand the system to other neighborhoods by next year.</w:t>
      </w:r>
    </w:p>
    <w:p>
      <w:pPr>
        <w:keepNext/>
        <w:spacing w:before="120"/>
      </w:pPr>
      <w:r>
        <w:t>1. What is the main topic of the news article?</w:t>
      </w:r>
    </w:p>
    <w:p>
      <w:pPr>
        <w:spacing w:after="0"/>
        <w:ind w:left="454"/>
      </w:pPr>
      <w:r>
        <w:t>(   ) a) A strike by bus drivers</w:t>
      </w:r>
    </w:p>
    <w:p>
      <w:pPr>
        <w:spacing w:after="0"/>
        <w:ind w:left="454"/>
      </w:pPr>
      <w:r>
        <w:t>(   ) b) The launch of an eco-friendly bus system</w:t>
      </w:r>
    </w:p>
    <w:p>
      <w:pPr>
        <w:spacing w:after="0"/>
        <w:ind w:left="454"/>
      </w:pPr>
      <w:r>
        <w:t>(   ) c) An increase in bus fares</w:t>
      </w:r>
    </w:p>
    <w:p>
      <w:pPr>
        <w:spacing w:after="0"/>
        <w:ind w:left="454"/>
      </w:pPr>
      <w:r>
        <w:t>(   ) d) A new subway line</w:t>
      </w:r>
    </w:p>
    <w:p>
      <w:pPr>
        <w:keepNext/>
        <w:spacing w:before="120"/>
      </w:pPr>
      <w:r>
        <w:t>2. How do the new buses help the environment?</w:t>
      </w:r>
    </w:p>
    <w:p>
      <w:pPr>
        <w:spacing w:after="0"/>
        <w:ind w:left="454"/>
      </w:pPr>
      <w:r>
        <w:t>(   ) a) They carry more passengers.</w:t>
      </w:r>
    </w:p>
    <w:p>
      <w:pPr>
        <w:spacing w:after="0"/>
        <w:ind w:left="454"/>
      </w:pPr>
      <w:r>
        <w:t>(   ) b) They are made of recycled plastic.</w:t>
      </w:r>
    </w:p>
    <w:p>
      <w:pPr>
        <w:spacing w:after="0"/>
        <w:ind w:left="454"/>
      </w:pPr>
      <w:r>
        <w:t>(   ) c) They run on electricity instead of gasoline, reducing air pollution.</w:t>
      </w:r>
    </w:p>
    <w:p>
      <w:pPr>
        <w:spacing w:after="0"/>
        <w:ind w:left="454"/>
      </w:pPr>
      <w:r>
        <w:t>(   ) d) They only run at night.</w:t>
      </w:r>
    </w:p>
    <w:p>
      <w:pPr>
        <w:keepNext/>
        <w:spacing w:before="120"/>
      </w:pPr>
      <w:r>
        <w:t>3. What is the purpose of the new system, according to city officials?</w:t>
      </w:r>
    </w:p>
    <w:p>
      <w:pPr>
        <w:spacing w:after="0"/>
        <w:ind w:left="454"/>
      </w:pPr>
      <w:r>
        <w:t>(   ) a) To make public transportation more sustainable and efficient</w:t>
      </w:r>
    </w:p>
    <w:p>
      <w:pPr>
        <w:spacing w:after="0"/>
        <w:ind w:left="454"/>
      </w:pPr>
      <w:r>
        <w:t>(   ) b) To reduce the number of bus stops</w:t>
      </w:r>
    </w:p>
    <w:p>
      <w:pPr>
        <w:spacing w:after="0"/>
        <w:ind w:left="454"/>
      </w:pPr>
      <w:r>
        <w:t>(   ) c) To sell old buses</w:t>
      </w:r>
    </w:p>
    <w:p>
      <w:pPr>
        <w:spacing w:after="0"/>
        <w:ind w:left="454"/>
      </w:pPr>
      <w:r>
        <w:t>(   ) d) To increase traffic in the city center</w:t>
      </w:r>
    </w:p>
    <w:p>
      <w:pPr>
        <w:keepNext/>
        <w:spacing w:before="120"/>
      </w:pPr>
      <w:r>
        <w:t>4. How did citizens react to the change?</w:t>
      </w:r>
    </w:p>
    <w:p>
      <w:pPr>
        <w:spacing w:after="0"/>
        <w:ind w:left="454"/>
      </w:pPr>
      <w:r>
        <w:t>(   ) a) They protested.</w:t>
      </w:r>
    </w:p>
    <w:p>
      <w:pPr>
        <w:spacing w:after="0"/>
        <w:ind w:left="454"/>
      </w:pPr>
      <w:r>
        <w:t>(   ) b) They didn't care.</w:t>
      </w:r>
    </w:p>
    <w:p>
      <w:pPr>
        <w:spacing w:after="0"/>
        <w:ind w:left="454"/>
      </w:pPr>
      <w:r>
        <w:t>(   ) c) They complained about the price.</w:t>
      </w:r>
    </w:p>
    <w:p>
      <w:pPr>
        <w:spacing w:after="0"/>
        <w:ind w:left="454"/>
      </w:pPr>
      <w:r>
        <w:t>(   ) d) They reacted positively.</w:t>
      </w:r>
    </w:p>
    <w:p>
      <w:pPr>
        <w:keepNext/>
        <w:spacing w:before="120"/>
      </w:pPr>
      <w:r>
        <w:t>5. What are the future plans for the project?</w:t>
      </w:r>
    </w:p>
    <w:p>
      <w:pPr>
        <w:spacing w:after="0"/>
        <w:ind w:left="454"/>
      </w:pPr>
      <w:r>
        <w:t>(   ) a) To cancel it next year</w:t>
      </w:r>
    </w:p>
    <w:p>
      <w:pPr>
        <w:spacing w:after="0"/>
        <w:ind w:left="454"/>
      </w:pPr>
      <w:r>
        <w:t>(   ) b) To expand it to other neighborhoods by next year</w:t>
      </w:r>
    </w:p>
    <w:p>
      <w:pPr>
        <w:spacing w:after="0"/>
        <w:ind w:left="454"/>
      </w:pPr>
      <w:r>
        <w:t>(   ) c) To replace the buses with cars</w:t>
      </w:r>
    </w:p>
    <w:p>
      <w:pPr>
        <w:spacing w:after="0"/>
        <w:ind w:left="454"/>
      </w:pPr>
      <w:r>
        <w:t>(   ) d) To use the buses only on weekends</w:t>
      </w:r>
    </w:p>
    <w:p>
      <w:pPr>
        <w:pStyle w:val="Heading2"/>
      </w:pPr>
      <w:r>
        <w:t>2. Opinion text</w:t>
      </w:r>
    </w:p>
    <w:p>
      <w:r>
        <w:rPr>
          <w:i/>
        </w:rPr>
        <w:t>Read the opinion text and choose the correct answer.</w:t>
      </w:r>
    </w:p>
    <w:p>
      <w:r>
        <w:rPr>
          <w:b/>
        </w:rPr>
        <w:t>Should Schools Start Later in the Morning?</w:t>
      </w:r>
    </w:p>
    <w:p>
      <w:pPr>
        <w:ind w:left="340"/>
      </w:pPr>
      <w:r>
        <w:t>Many students struggle to wake up early for school, which affects their concentration and performance. Experts argue that schools should start later to allow teenagers to get enough sleep.</w:t>
      </w:r>
    </w:p>
    <w:p>
      <w:pPr>
        <w:ind w:left="340"/>
      </w:pPr>
      <w:r>
        <w:t>Studies show that students who sleep more perform better academically and have better mental health. However, some parents and teachers worry that a later schedule would interfere with extracurricular activities and transportation.</w:t>
      </w:r>
    </w:p>
    <w:p>
      <w:pPr>
        <w:ind w:left="340"/>
      </w:pPr>
      <w:r>
        <w:t>The debate continues, with strong arguments on both sides.</w:t>
      </w:r>
    </w:p>
    <w:p>
      <w:pPr>
        <w:keepNext/>
        <w:spacing w:before="120"/>
      </w:pPr>
      <w:r>
        <w:t>1. What problem is mentioned at the beginning of the text?</w:t>
      </w:r>
    </w:p>
    <w:p>
      <w:pPr>
        <w:spacing w:after="0"/>
        <w:ind w:left="454"/>
      </w:pPr>
      <w:r>
        <w:t>(   ) a) Students struggle to wake up early, which affects their concentration and performance.</w:t>
      </w:r>
    </w:p>
    <w:p>
      <w:pPr>
        <w:spacing w:after="0"/>
        <w:ind w:left="454"/>
      </w:pPr>
      <w:r>
        <w:t>(   ) b) Schools don't have enough teachers.</w:t>
      </w:r>
    </w:p>
    <w:p>
      <w:pPr>
        <w:spacing w:after="0"/>
        <w:ind w:left="454"/>
      </w:pPr>
      <w:r>
        <w:t>(   ) c) Students have too much homework.</w:t>
      </w:r>
    </w:p>
    <w:p>
      <w:pPr>
        <w:spacing w:after="0"/>
        <w:ind w:left="454"/>
      </w:pPr>
      <w:r>
        <w:t>(   ) d) School buses are always late.</w:t>
      </w:r>
    </w:p>
    <w:p>
      <w:pPr>
        <w:keepNext/>
        <w:spacing w:before="120"/>
      </w:pPr>
      <w:r>
        <w:t>2. What solution do experts propose?</w:t>
      </w:r>
    </w:p>
    <w:p>
      <w:pPr>
        <w:spacing w:after="0"/>
        <w:ind w:left="454"/>
      </w:pPr>
      <w:r>
        <w:t>(   ) a) Shorter summer vacations</w:t>
      </w:r>
    </w:p>
    <w:p>
      <w:pPr>
        <w:spacing w:after="0"/>
        <w:ind w:left="454"/>
      </w:pPr>
      <w:r>
        <w:t>(   ) b) More homework on weekends</w:t>
      </w:r>
    </w:p>
    <w:p>
      <w:pPr>
        <w:spacing w:after="0"/>
        <w:ind w:left="454"/>
      </w:pPr>
      <w:r>
        <w:t>(   ) c) Starting school later so teenagers get enough sleep</w:t>
      </w:r>
    </w:p>
    <w:p>
      <w:pPr>
        <w:spacing w:after="0"/>
        <w:ind w:left="454"/>
      </w:pPr>
      <w:r>
        <w:t>(   ) d) Online classes only</w:t>
      </w:r>
    </w:p>
    <w:p>
      <w:pPr>
        <w:keepNext/>
        <w:spacing w:before="120"/>
      </w:pPr>
      <w:r>
        <w:t>3. According to studies, what are two benefits of sleeping more?</w:t>
      </w:r>
    </w:p>
    <w:p>
      <w:pPr>
        <w:spacing w:after="0"/>
        <w:ind w:left="454"/>
      </w:pPr>
      <w:r>
        <w:t>(   ) a) More free time and more money</w:t>
      </w:r>
    </w:p>
    <w:p>
      <w:pPr>
        <w:spacing w:after="0"/>
        <w:ind w:left="454"/>
      </w:pPr>
      <w:r>
        <w:t>(   ) b) Better academic performance and better mental health</w:t>
      </w:r>
    </w:p>
    <w:p>
      <w:pPr>
        <w:spacing w:after="0"/>
        <w:ind w:left="454"/>
      </w:pPr>
      <w:r>
        <w:t>(   ) c) Taller students and fewer classes</w:t>
      </w:r>
    </w:p>
    <w:p>
      <w:pPr>
        <w:spacing w:after="0"/>
        <w:ind w:left="454"/>
      </w:pPr>
      <w:r>
        <w:t>(   ) d) Better sports results and cheaper transportation</w:t>
      </w:r>
    </w:p>
    <w:p>
      <w:pPr>
        <w:keepNext/>
        <w:spacing w:before="120"/>
      </w:pPr>
      <w:r>
        <w:t>4. Why are some parents and teachers against the change?</w:t>
      </w:r>
    </w:p>
    <w:p>
      <w:pPr>
        <w:spacing w:after="0"/>
        <w:ind w:left="454"/>
      </w:pPr>
      <w:r>
        <w:t>(   ) a) They think students sleep too much.</w:t>
      </w:r>
    </w:p>
    <w:p>
      <w:pPr>
        <w:spacing w:after="0"/>
        <w:ind w:left="454"/>
      </w:pPr>
      <w:r>
        <w:t>(   ) b) It would make lessons too long.</w:t>
      </w:r>
    </w:p>
    <w:p>
      <w:pPr>
        <w:spacing w:after="0"/>
        <w:ind w:left="454"/>
      </w:pPr>
      <w:r>
        <w:t>(   ) c) It could interfere with extracurricular activities and transportation.</w:t>
      </w:r>
    </w:p>
    <w:p>
      <w:pPr>
        <w:spacing w:after="0"/>
        <w:ind w:left="454"/>
      </w:pPr>
      <w:r>
        <w:t>(   ) d) Schools would have to close earlier.</w:t>
      </w:r>
    </w:p>
    <w:p>
      <w:pPr>
        <w:keepNext/>
        <w:spacing w:before="120"/>
      </w:pPr>
      <w:r>
        <w:t>5. What is the conclusion of the text?</w:t>
      </w:r>
    </w:p>
    <w:p>
      <w:pPr>
        <w:spacing w:after="0"/>
        <w:ind w:left="454"/>
      </w:pPr>
      <w:r>
        <w:t>(   ) a) All schools have already changed their schedule.</w:t>
      </w:r>
    </w:p>
    <w:p>
      <w:pPr>
        <w:spacing w:after="0"/>
        <w:ind w:left="454"/>
      </w:pPr>
      <w:r>
        <w:t>(   ) b) Experts have given up on the idea.</w:t>
      </w:r>
    </w:p>
    <w:p>
      <w:pPr>
        <w:spacing w:after="0"/>
        <w:ind w:left="454"/>
      </w:pPr>
      <w:r>
        <w:t>(   ) c) Parents agree with the experts.</w:t>
      </w:r>
    </w:p>
    <w:p>
      <w:pPr>
        <w:spacing w:after="0"/>
        <w:ind w:left="454"/>
      </w:pPr>
      <w:r>
        <w:t>(   ) d) The debate continues, with strong arguments on both sides.</w:t>
      </w:r>
    </w:p>
    <w:p>
      <w:pPr>
        <w:pStyle w:val="Heading2"/>
      </w:pPr>
      <w:r>
        <w:t>3. Text genres</w:t>
      </w:r>
    </w:p>
    <w:p>
      <w:r>
        <w:rPr>
          <w:i/>
        </w:rPr>
        <w:t>Are the statements about the two texts true or false?</w:t>
      </w:r>
    </w:p>
    <w:p>
      <w:pPr>
        <w:keepNext/>
        <w:spacing w:before="120"/>
      </w:pPr>
      <w:r>
        <w:t>1. The first text reports a recent event, so it is a typical news article.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The second text presents only one point of view about the topic.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The word "However" in the second text introduces an opposing idea.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News article</w:t>
      </w:r>
    </w:p>
    <w:p>
      <w:pPr>
        <w:spacing w:after="0"/>
      </w:pPr>
      <w:r>
        <w:t>1) b) The launch of an eco-friendly bus system</w:t>
      </w:r>
    </w:p>
    <w:p>
      <w:pPr>
        <w:spacing w:after="0"/>
      </w:pPr>
      <w:r>
        <w:t>2) c) They run on electricity instead of gasoline, reducing air pollution.</w:t>
      </w:r>
    </w:p>
    <w:p>
      <w:pPr>
        <w:spacing w:after="0"/>
      </w:pPr>
      <w:r>
        <w:t>3) a) To make public transportation more sustainable and efficient</w:t>
      </w:r>
    </w:p>
    <w:p>
      <w:pPr>
        <w:spacing w:after="0"/>
      </w:pPr>
      <w:r>
        <w:t>4) d) They reacted positively.</w:t>
      </w:r>
    </w:p>
    <w:p>
      <w:pPr>
        <w:spacing w:after="0"/>
      </w:pPr>
      <w:r>
        <w:t>5) b) To expand it to other neighborhoods by next year</w:t>
      </w:r>
    </w:p>
    <w:p>
      <w:r>
        <w:rPr>
          <w:b/>
        </w:rPr>
        <w:t>2. Opinion text</w:t>
      </w:r>
    </w:p>
    <w:p>
      <w:pPr>
        <w:spacing w:after="0"/>
      </w:pPr>
      <w:r>
        <w:t>1) a) Students struggle to wake up early, which affects their concentration and performance.</w:t>
      </w:r>
    </w:p>
    <w:p>
      <w:pPr>
        <w:spacing w:after="0"/>
      </w:pPr>
      <w:r>
        <w:t>2) c) Starting school later so teenagers get enough sleep</w:t>
      </w:r>
    </w:p>
    <w:p>
      <w:pPr>
        <w:spacing w:after="0"/>
      </w:pPr>
      <w:r>
        <w:t>3) b) Better academic performance and better mental health</w:t>
      </w:r>
    </w:p>
    <w:p>
      <w:pPr>
        <w:spacing w:after="0"/>
      </w:pPr>
      <w:r>
        <w:t>4) c) It could interfere with extracurricular activities and transportation.</w:t>
      </w:r>
    </w:p>
    <w:p>
      <w:pPr>
        <w:spacing w:after="0"/>
      </w:pPr>
      <w:r>
        <w:t>5) d) The debate continues, with strong arguments on both sides.</w:t>
      </w:r>
    </w:p>
    <w:p>
      <w:r>
        <w:rPr>
          <w:b/>
        </w:rPr>
        <w:t>3. Text genres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2025-03-03T00:00:00Z</dcterms:created>
  <dcterms:modified xsi:type="dcterms:W3CDTF">2025-03-03T00:00:00Z</dcterms:modified>
  <cp:category/>
</cp:coreProperties>
</file>