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Modais e discurso indireto</w:t>
      </w:r>
    </w:p>
    <w:p>
      <w:r>
        <w:rPr>
          <w:color w:val="6B6B6B"/>
          <w:sz w:val="18"/>
        </w:rPr>
        <w:t>2ª série e 3ª série · Reported speech · BNCC: EM13LGG403</w:t>
      </w:r>
    </w:p>
    <w:p>
      <w:pPr>
        <w:pStyle w:val="Heading2"/>
      </w:pPr>
      <w:r>
        <w:t>1. Modal verbs</w:t>
      </w:r>
    </w:p>
    <w:p>
      <w:r>
        <w:rPr>
          <w:i/>
        </w:rPr>
        <w:t>Choose the modal verb that expresses the idea in parentheses.</w:t>
      </w:r>
    </w:p>
    <w:p>
      <w:pPr>
        <w:keepNext/>
        <w:spacing w:before="120"/>
      </w:pPr>
      <w:r>
        <w:t>1. You ___ submit your assignment by Friday. (obligation)</w:t>
      </w:r>
    </w:p>
    <w:p>
      <w:pPr>
        <w:spacing w:after="0"/>
        <w:ind w:left="454"/>
      </w:pPr>
      <w:r>
        <w:t>(   ) a) might</w:t>
      </w:r>
    </w:p>
    <w:p>
      <w:pPr>
        <w:spacing w:after="0"/>
        <w:ind w:left="454"/>
      </w:pPr>
      <w:r>
        <w:t>(   ) b) must</w:t>
      </w:r>
    </w:p>
    <w:p>
      <w:pPr>
        <w:spacing w:after="0"/>
        <w:ind w:left="454"/>
      </w:pPr>
      <w:r>
        <w:t>(   ) c) could</w:t>
      </w:r>
    </w:p>
    <w:p>
      <w:pPr>
        <w:keepNext/>
        <w:spacing w:before="120"/>
      </w:pPr>
      <w:r>
        <w:t>2. She ___ come to the party if she finishes her project. (possibility)</w:t>
      </w:r>
    </w:p>
    <w:p>
      <w:pPr>
        <w:spacing w:after="0"/>
        <w:ind w:left="454"/>
      </w:pPr>
      <w:r>
        <w:t>(   ) a) might</w:t>
      </w:r>
    </w:p>
    <w:p>
      <w:pPr>
        <w:spacing w:after="0"/>
        <w:ind w:left="454"/>
      </w:pPr>
      <w:r>
        <w:t>(   ) b) must</w:t>
      </w:r>
    </w:p>
    <w:p>
      <w:pPr>
        <w:spacing w:after="0"/>
        <w:ind w:left="454"/>
      </w:pPr>
      <w:r>
        <w:t>(   ) c) has to</w:t>
      </w:r>
    </w:p>
    <w:p>
      <w:pPr>
        <w:keepNext/>
        <w:spacing w:before="120"/>
      </w:pPr>
      <w:r>
        <w:t>3. ___ I open the window? (permission)</w:t>
      </w:r>
    </w:p>
    <w:p>
      <w:pPr>
        <w:spacing w:after="0"/>
        <w:ind w:left="454"/>
      </w:pPr>
      <w:r>
        <w:t>(   ) a) Must</w:t>
      </w:r>
    </w:p>
    <w:p>
      <w:pPr>
        <w:spacing w:after="0"/>
        <w:ind w:left="454"/>
      </w:pPr>
      <w:r>
        <w:t>(   ) b) Should</w:t>
      </w:r>
    </w:p>
    <w:p>
      <w:pPr>
        <w:spacing w:after="0"/>
        <w:ind w:left="454"/>
      </w:pPr>
      <w:r>
        <w:t>(   ) c) May</w:t>
      </w:r>
    </w:p>
    <w:p>
      <w:pPr>
        <w:keepNext/>
        <w:spacing w:before="120"/>
      </w:pPr>
      <w:r>
        <w:t>4. You ___ smoke in the hospital. (prohibition)</w:t>
      </w:r>
    </w:p>
    <w:p>
      <w:pPr>
        <w:spacing w:after="0"/>
        <w:ind w:left="454"/>
      </w:pPr>
      <w:r>
        <w:t>(   ) a) mustn't</w:t>
      </w:r>
    </w:p>
    <w:p>
      <w:pPr>
        <w:spacing w:after="0"/>
        <w:ind w:left="454"/>
      </w:pPr>
      <w:r>
        <w:t>(   ) b) don't have to</w:t>
      </w:r>
    </w:p>
    <w:p>
      <w:pPr>
        <w:spacing w:after="0"/>
        <w:ind w:left="454"/>
      </w:pPr>
      <w:r>
        <w:t>(   ) c) might not</w:t>
      </w:r>
    </w:p>
    <w:p>
      <w:pPr>
        <w:keepNext/>
        <w:spacing w:before="120"/>
      </w:pPr>
      <w:r>
        <w:t>5. Students ___ wear a uniform at my school, but it's optional on Fridays. (obligation)</w:t>
      </w:r>
    </w:p>
    <w:p>
      <w:pPr>
        <w:spacing w:after="0"/>
        <w:ind w:left="454"/>
      </w:pPr>
      <w:r>
        <w:t>(   ) a) may</w:t>
      </w:r>
    </w:p>
    <w:p>
      <w:pPr>
        <w:spacing w:after="0"/>
        <w:ind w:left="454"/>
      </w:pPr>
      <w:r>
        <w:t>(   ) b) can</w:t>
      </w:r>
    </w:p>
    <w:p>
      <w:pPr>
        <w:spacing w:after="0"/>
        <w:ind w:left="454"/>
      </w:pPr>
      <w:r>
        <w:t>(   ) c) have to</w:t>
      </w:r>
    </w:p>
    <w:p>
      <w:pPr>
        <w:pStyle w:val="Heading2"/>
      </w:pPr>
      <w:r>
        <w:t>2. Reported speech</w:t>
      </w:r>
    </w:p>
    <w:p>
      <w:r>
        <w:rPr>
          <w:i/>
        </w:rPr>
        <w:t>Complete the sentences in reported (indirect) speech.</w:t>
      </w:r>
    </w:p>
    <w:p>
      <w:pPr>
        <w:keepNext/>
        <w:spacing w:before="120"/>
      </w:pPr>
      <w:r>
        <w:t>1. "I am very busy now," he explained. → He explained that he ______________ very busy then.</w:t>
      </w:r>
    </w:p>
    <w:p>
      <w:pPr>
        <w:keepNext/>
        <w:spacing w:before="120"/>
      </w:pPr>
      <w:r>
        <w:t>2. "Will you attend the meeting?" she asked me. → She asked me if I ______________ attend the meeting.</w:t>
      </w:r>
    </w:p>
    <w:p>
      <w:pPr>
        <w:keepNext/>
        <w:spacing w:before="120"/>
      </w:pPr>
      <w:r>
        <w:t>3. "I like pizza," Ana said. → Ana said that she ______________ pizza.</w:t>
      </w:r>
    </w:p>
    <w:p>
      <w:pPr>
        <w:keepNext/>
        <w:spacing w:before="120"/>
      </w:pPr>
      <w:r>
        <w:t>4. "We are watching TV," they said. → They said that they ______________ TV.</w:t>
      </w:r>
    </w:p>
    <w:p>
      <w:pPr>
        <w:keepNext/>
        <w:spacing w:before="120"/>
      </w:pPr>
      <w:r>
        <w:t>5. "I can swim," Pedro said. → Pedro said that he ______________ swim.</w:t>
      </w:r>
    </w:p>
    <w:p>
      <w:pPr>
        <w:pStyle w:val="Heading2"/>
      </w:pPr>
      <w:r>
        <w:t>3. Choose the correct report</w:t>
      </w:r>
    </w:p>
    <w:p>
      <w:r>
        <w:rPr>
          <w:i/>
        </w:rPr>
        <w:t>Choose the correct reported sentence.</w:t>
      </w:r>
    </w:p>
    <w:p>
      <w:pPr>
        <w:keepNext/>
        <w:spacing w:before="120"/>
      </w:pPr>
      <w:r>
        <w:t>1. "Where do you live?" he asked me.</w:t>
      </w:r>
    </w:p>
    <w:p>
      <w:pPr>
        <w:spacing w:after="0"/>
        <w:ind w:left="454"/>
      </w:pPr>
      <w:r>
        <w:t>(   ) a) He asked me where did I live.</w:t>
      </w:r>
    </w:p>
    <w:p>
      <w:pPr>
        <w:spacing w:after="0"/>
        <w:ind w:left="454"/>
      </w:pPr>
      <w:r>
        <w:t>(   ) b) He asked me where I lived.</w:t>
      </w:r>
    </w:p>
    <w:p>
      <w:pPr>
        <w:spacing w:after="0"/>
        <w:ind w:left="454"/>
      </w:pPr>
      <w:r>
        <w:t>(   ) c) He asked me where do I live.</w:t>
      </w:r>
    </w:p>
    <w:p>
      <w:pPr>
        <w:keepNext/>
        <w:spacing w:before="120"/>
      </w:pPr>
      <w:r>
        <w:t>2. "Close the door," the teacher told us.</w:t>
      </w:r>
    </w:p>
    <w:p>
      <w:pPr>
        <w:spacing w:after="0"/>
        <w:ind w:left="454"/>
      </w:pPr>
      <w:r>
        <w:t>(   ) a) The teacher told us to close the door.</w:t>
      </w:r>
    </w:p>
    <w:p>
      <w:pPr>
        <w:spacing w:after="0"/>
        <w:ind w:left="454"/>
      </w:pPr>
      <w:r>
        <w:t>(   ) b) The teacher told us close the door.</w:t>
      </w:r>
    </w:p>
    <w:p>
      <w:pPr>
        <w:spacing w:after="0"/>
        <w:ind w:left="454"/>
      </w:pPr>
      <w:r>
        <w:t>(   ) c) The teacher told us that we close the door.</w:t>
      </w:r>
    </w:p>
    <w:p>
      <w:pPr>
        <w:keepNext/>
        <w:spacing w:before="120"/>
      </w:pPr>
      <w:r>
        <w:t>3. "I will call you tomorrow," she said.</w:t>
      </w:r>
    </w:p>
    <w:p>
      <w:pPr>
        <w:spacing w:after="0"/>
        <w:ind w:left="454"/>
      </w:pPr>
      <w:r>
        <w:t>(   ) a) She said she will call me tomorrow.</w:t>
      </w:r>
    </w:p>
    <w:p>
      <w:pPr>
        <w:spacing w:after="0"/>
        <w:ind w:left="454"/>
      </w:pPr>
      <w:r>
        <w:t>(   ) b) She said she calls me the next day.</w:t>
      </w:r>
    </w:p>
    <w:p>
      <w:pPr>
        <w:spacing w:after="0"/>
        <w:ind w:left="454"/>
      </w:pPr>
      <w:r>
        <w:t>(   ) c) She said she would call me the next day.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Modal verbs</w:t>
      </w:r>
    </w:p>
    <w:p>
      <w:pPr>
        <w:spacing w:after="0"/>
      </w:pPr>
      <w:r>
        <w:t>1) b) must</w:t>
      </w:r>
    </w:p>
    <w:p>
      <w:pPr>
        <w:spacing w:after="0"/>
      </w:pPr>
      <w:r>
        <w:t>2) a) might</w:t>
      </w:r>
    </w:p>
    <w:p>
      <w:pPr>
        <w:spacing w:after="0"/>
      </w:pPr>
      <w:r>
        <w:t>3) c) May</w:t>
      </w:r>
    </w:p>
    <w:p>
      <w:pPr>
        <w:spacing w:after="0"/>
      </w:pPr>
      <w:r>
        <w:t>4) a) mustn't</w:t>
      </w:r>
    </w:p>
    <w:p>
      <w:pPr>
        <w:spacing w:after="0"/>
      </w:pPr>
      <w:r>
        <w:t>5) c) have to</w:t>
      </w:r>
    </w:p>
    <w:p>
      <w:r>
        <w:rPr>
          <w:b/>
        </w:rPr>
        <w:t>2. Reported speech</w:t>
      </w:r>
    </w:p>
    <w:p>
      <w:pPr>
        <w:spacing w:after="0"/>
      </w:pPr>
      <w:r>
        <w:t>1) was</w:t>
      </w:r>
    </w:p>
    <w:p>
      <w:pPr>
        <w:spacing w:after="0"/>
      </w:pPr>
      <w:r>
        <w:t>2) would</w:t>
      </w:r>
    </w:p>
    <w:p>
      <w:pPr>
        <w:spacing w:after="0"/>
      </w:pPr>
      <w:r>
        <w:t>3) liked</w:t>
      </w:r>
    </w:p>
    <w:p>
      <w:pPr>
        <w:spacing w:after="0"/>
      </w:pPr>
      <w:r>
        <w:t>4) were watching</w:t>
      </w:r>
    </w:p>
    <w:p>
      <w:pPr>
        <w:spacing w:after="0"/>
      </w:pPr>
      <w:r>
        <w:t>5) could</w:t>
      </w:r>
    </w:p>
    <w:p>
      <w:r>
        <w:rPr>
          <w:b/>
        </w:rPr>
        <w:t>3. Choose the correct report</w:t>
      </w:r>
    </w:p>
    <w:p>
      <w:pPr>
        <w:spacing w:after="0"/>
      </w:pPr>
      <w:r>
        <w:t>1) b) He asked me where I lived.</w:t>
      </w:r>
    </w:p>
    <w:p>
      <w:pPr>
        <w:spacing w:after="0"/>
      </w:pPr>
      <w:r>
        <w:t>2) a) The teacher told us to close the door.</w:t>
      </w:r>
    </w:p>
    <w:p>
      <w:pPr>
        <w:spacing w:after="0"/>
      </w:pPr>
      <w:r>
        <w:t>3) c) She said she would call me the next day.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