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Modals e conditionals em contexto</w:t>
      </w:r>
    </w:p>
    <w:p>
      <w:r>
        <w:rPr>
          <w:color w:val="6B6B6B"/>
          <w:sz w:val="18"/>
        </w:rPr>
        <w:t>2ª série e 3ª série · Modal verbs · BNCC: EM13LGG103</w:t>
      </w:r>
    </w:p>
    <w:p>
      <w:pPr>
        <w:pStyle w:val="Heading2"/>
      </w:pPr>
      <w:r>
        <w:t>1. Modals in context</w:t>
      </w:r>
    </w:p>
    <w:p>
      <w:r>
        <w:rPr>
          <w:i/>
        </w:rPr>
        <w:t>Read the dialogue and choose the correct answer.</w:t>
      </w:r>
    </w:p>
    <w:p>
      <w:r>
        <w:rPr>
          <w:b/>
        </w:rPr>
        <w:t>After the trip</w:t>
      </w:r>
    </w:p>
    <w:p>
      <w:pPr>
        <w:ind w:left="340"/>
      </w:pPr>
      <w:r>
        <w:t>"You must be exhausted after that trip," said Laura.</w:t>
      </w:r>
    </w:p>
    <w:p>
      <w:pPr>
        <w:ind w:left="340"/>
      </w:pPr>
      <w:r>
        <w:t>"I am," replied Tom. "We walked more than 15 kilometers yesterday."</w:t>
      </w:r>
    </w:p>
    <w:p>
      <w:pPr>
        <w:ind w:left="340"/>
      </w:pPr>
      <w:r>
        <w:t>"You should have taken a cab back to the hotel," she said.</w:t>
      </w:r>
    </w:p>
    <w:p>
      <w:pPr>
        <w:ind w:left="340"/>
      </w:pPr>
      <w:r>
        <w:t>"We wanted to, but we couldn't find one," Tom answered.</w:t>
      </w:r>
    </w:p>
    <w:p>
      <w:pPr>
        <w:keepNext/>
        <w:spacing w:before="120"/>
      </w:pPr>
      <w:r>
        <w:t>1. In the excerpt, the modal verbs contribute to the speakers' communicative intention. It is correct to state that:</w:t>
      </w:r>
    </w:p>
    <w:p>
      <w:pPr>
        <w:spacing w:after="0"/>
        <w:ind w:left="454"/>
      </w:pPr>
      <w:r>
        <w:t>(   ) a) "must" expresses a past action of obligation.</w:t>
      </w:r>
    </w:p>
    <w:p>
      <w:pPr>
        <w:spacing w:after="0"/>
        <w:ind w:left="454"/>
      </w:pPr>
      <w:r>
        <w:t>(   ) b) "should have taken" refers to a future plan.</w:t>
      </w:r>
    </w:p>
    <w:p>
      <w:pPr>
        <w:spacing w:after="0"/>
        <w:ind w:left="454"/>
      </w:pPr>
      <w:r>
        <w:t>(   ) c) "couldn't find" indicates a suggestion given by Tom.</w:t>
      </w:r>
    </w:p>
    <w:p>
      <w:pPr>
        <w:spacing w:after="0"/>
        <w:ind w:left="454"/>
      </w:pPr>
      <w:r>
        <w:t>(   ) d) "should have taken" expresses a missed recommendation.</w:t>
      </w:r>
    </w:p>
    <w:p>
      <w:pPr>
        <w:spacing w:after="0"/>
        <w:ind w:left="454"/>
      </w:pPr>
      <w:r>
        <w:t>(   ) e) "must" and "could" both express prohibition.</w:t>
      </w:r>
    </w:p>
    <w:p>
      <w:pPr>
        <w:keepNext/>
        <w:spacing w:before="120"/>
      </w:pPr>
      <w:r>
        <w:t>2. In "You must be exhausted", Laura is:</w:t>
      </w:r>
    </w:p>
    <w:p>
      <w:pPr>
        <w:spacing w:after="0"/>
        <w:ind w:left="454"/>
      </w:pPr>
      <w:r>
        <w:t>(   ) a) giving Tom an order.</w:t>
      </w:r>
    </w:p>
    <w:p>
      <w:pPr>
        <w:spacing w:after="0"/>
        <w:ind w:left="454"/>
      </w:pPr>
      <w:r>
        <w:t>(   ) b) making a logical deduction.</w:t>
      </w:r>
    </w:p>
    <w:p>
      <w:pPr>
        <w:spacing w:after="0"/>
        <w:ind w:left="454"/>
      </w:pPr>
      <w:r>
        <w:t>(   ) c) asking for permission.</w:t>
      </w:r>
    </w:p>
    <w:p>
      <w:pPr>
        <w:spacing w:after="0"/>
        <w:ind w:left="454"/>
      </w:pPr>
      <w:r>
        <w:t>(   ) d) talking about a habit.</w:t>
      </w:r>
    </w:p>
    <w:p>
      <w:pPr>
        <w:keepNext/>
        <w:spacing w:before="120"/>
      </w:pPr>
      <w:r>
        <w:t>3. "We couldn't find one" means that Tom and his friends:</w:t>
      </w:r>
    </w:p>
    <w:p>
      <w:pPr>
        <w:spacing w:after="0"/>
        <w:ind w:left="454"/>
      </w:pPr>
      <w:r>
        <w:t>(   ) a) didn't want to take a cab.</w:t>
      </w:r>
    </w:p>
    <w:p>
      <w:pPr>
        <w:spacing w:after="0"/>
        <w:ind w:left="454"/>
      </w:pPr>
      <w:r>
        <w:t>(   ) b) were not allowed to take a cab.</w:t>
      </w:r>
    </w:p>
    <w:p>
      <w:pPr>
        <w:spacing w:after="0"/>
        <w:ind w:left="454"/>
      </w:pPr>
      <w:r>
        <w:t>(   ) c) were not able to find a cab.</w:t>
      </w:r>
    </w:p>
    <w:p>
      <w:pPr>
        <w:spacing w:after="0"/>
        <w:ind w:left="454"/>
      </w:pPr>
      <w:r>
        <w:t>(   ) d) decided to walk because it was cheaper.</w:t>
      </w:r>
    </w:p>
    <w:p>
      <w:pPr>
        <w:keepNext/>
        <w:spacing w:before="120"/>
      </w:pPr>
      <w:r>
        <w:t>4. Did Tom and his friends take a cab back to the hotel?</w:t>
      </w:r>
    </w:p>
    <w:p>
      <w:pPr>
        <w:spacing w:after="0"/>
        <w:ind w:left="454"/>
      </w:pPr>
      <w:r>
        <w:t>(   ) a) Yes, they took a cab.</w:t>
      </w:r>
    </w:p>
    <w:p>
      <w:pPr>
        <w:spacing w:after="0"/>
        <w:ind w:left="454"/>
      </w:pPr>
      <w:r>
        <w:t>(   ) b) No, they didn't.</w:t>
      </w:r>
    </w:p>
    <w:p>
      <w:pPr>
        <w:spacing w:after="0"/>
        <w:ind w:left="454"/>
      </w:pPr>
      <w:r>
        <w:t>(   ) c) The text doesn't say.</w:t>
      </w:r>
    </w:p>
    <w:p>
      <w:pPr>
        <w:pStyle w:val="Heading2"/>
      </w:pPr>
      <w:r>
        <w:t>2. Conditionals in context</w:t>
      </w:r>
    </w:p>
    <w:p>
      <w:r>
        <w:rPr>
          <w:i/>
        </w:rPr>
        <w:t>Read the text and choose the correct answer.</w:t>
      </w:r>
    </w:p>
    <w:p>
      <w:r>
        <w:rPr>
          <w:b/>
        </w:rPr>
        <w:t>A lesson learned</w:t>
      </w:r>
    </w:p>
    <w:p>
      <w:pPr>
        <w:ind w:left="340"/>
      </w:pPr>
      <w:r>
        <w:t>If we had studied more, we wouldn't have failed the test.</w:t>
      </w:r>
    </w:p>
    <w:p>
      <w:pPr>
        <w:ind w:left="340"/>
      </w:pPr>
      <w:r>
        <w:t>Now we know: we must take school more seriously.</w:t>
      </w:r>
    </w:p>
    <w:p>
      <w:pPr>
        <w:ind w:left="340"/>
      </w:pPr>
      <w:r>
        <w:t>Next time, we will start earlier.</w:t>
      </w:r>
    </w:p>
    <w:p>
      <w:pPr>
        <w:keepNext/>
        <w:spacing w:before="120"/>
      </w:pPr>
      <w:r>
        <w:t>1. The sentence "If we had studied more, we wouldn't have failed the test" is an example of:</w:t>
      </w:r>
    </w:p>
    <w:p>
      <w:pPr>
        <w:spacing w:after="0"/>
        <w:ind w:left="454"/>
      </w:pPr>
      <w:r>
        <w:t>(   ) a) a second conditional indicating present unreal situations.</w:t>
      </w:r>
    </w:p>
    <w:p>
      <w:pPr>
        <w:spacing w:after="0"/>
        <w:ind w:left="454"/>
      </w:pPr>
      <w:r>
        <w:t>(   ) b) a first conditional showing a likely future consequence.</w:t>
      </w:r>
    </w:p>
    <w:p>
      <w:pPr>
        <w:spacing w:after="0"/>
        <w:ind w:left="454"/>
      </w:pPr>
      <w:r>
        <w:t>(   ) c) a third conditional expressing a hypothetical past and its consequence.</w:t>
      </w:r>
    </w:p>
    <w:p>
      <w:pPr>
        <w:spacing w:after="0"/>
        <w:ind w:left="454"/>
      </w:pPr>
      <w:r>
        <w:t>(   ) d) a passive voice expressing lack of agency.</w:t>
      </w:r>
    </w:p>
    <w:p>
      <w:pPr>
        <w:spacing w:after="0"/>
        <w:ind w:left="454"/>
      </w:pPr>
      <w:r>
        <w:t>(   ) e) a reported speech sentence expressing regret.</w:t>
      </w:r>
    </w:p>
    <w:p>
      <w:pPr>
        <w:keepNext/>
        <w:spacing w:before="120"/>
      </w:pPr>
      <w:r>
        <w:t>2. According to the text, what really happened?</w:t>
      </w:r>
    </w:p>
    <w:p>
      <w:pPr>
        <w:spacing w:after="0"/>
        <w:ind w:left="454"/>
      </w:pPr>
      <w:r>
        <w:t>(   ) a) They studied a lot and passed the test.</w:t>
      </w:r>
    </w:p>
    <w:p>
      <w:pPr>
        <w:spacing w:after="0"/>
        <w:ind w:left="454"/>
      </w:pPr>
      <w:r>
        <w:t>(   ) b) They didn't study enough and failed the test.</w:t>
      </w:r>
    </w:p>
    <w:p>
      <w:pPr>
        <w:spacing w:after="0"/>
        <w:ind w:left="454"/>
      </w:pPr>
      <w:r>
        <w:t>(   ) c) They will take the test next week.</w:t>
      </w:r>
    </w:p>
    <w:p>
      <w:pPr>
        <w:keepNext/>
        <w:spacing w:before="120"/>
      </w:pPr>
      <w:r>
        <w:t>3. In "we must take school more seriously", "must" expresses:</w:t>
      </w:r>
    </w:p>
    <w:p>
      <w:pPr>
        <w:spacing w:after="0"/>
        <w:ind w:left="454"/>
      </w:pPr>
      <w:r>
        <w:t>(   ) a) a strong necessity or obligation.</w:t>
      </w:r>
    </w:p>
    <w:p>
      <w:pPr>
        <w:spacing w:after="0"/>
        <w:ind w:left="454"/>
      </w:pPr>
      <w:r>
        <w:t>(   ) b) a possibility in the past.</w:t>
      </w:r>
    </w:p>
    <w:p>
      <w:pPr>
        <w:spacing w:after="0"/>
        <w:ind w:left="454"/>
      </w:pPr>
      <w:r>
        <w:t>(   ) c) an ability.</w:t>
      </w:r>
    </w:p>
    <w:p>
      <w:pPr>
        <w:spacing w:after="0"/>
        <w:ind w:left="454"/>
      </w:pPr>
      <w:r>
        <w:t>(   ) d) a polite request.</w:t>
      </w:r>
    </w:p>
    <w:p>
      <w:pPr>
        <w:pStyle w:val="Heading2"/>
      </w:pPr>
      <w:r>
        <w:t>3. Choose the modal</w:t>
      </w:r>
    </w:p>
    <w:p>
      <w:r>
        <w:rPr>
          <w:i/>
        </w:rPr>
        <w:t>Complete each sentence with a modal verb from the box.</w:t>
      </w:r>
    </w:p>
    <w:p>
      <w:r>
        <w:rPr>
          <w:b/>
        </w:rPr>
        <w:t>Word bank:  must  |  should have  |  couldn't  |  might  |  can't</w:t>
      </w:r>
    </w:p>
    <w:p>
      <w:pPr>
        <w:keepNext/>
        <w:spacing w:before="120"/>
      </w:pPr>
      <w:r>
        <w:t>1. You ______________ wear a seat belt in the car. It's the law.</w:t>
      </w:r>
    </w:p>
    <w:p>
      <w:pPr>
        <w:keepNext/>
        <w:spacing w:before="120"/>
      </w:pPr>
      <w:r>
        <w:t>2. I'm not sure, but it ______________ rain later. Take an umbrella.</w:t>
      </w:r>
    </w:p>
    <w:p>
      <w:pPr>
        <w:keepNext/>
        <w:spacing w:before="120"/>
      </w:pPr>
      <w:r>
        <w:t>3. That ______________ be Ana at the door. She is in Portugal this week!</w:t>
      </w:r>
    </w:p>
    <w:p>
      <w:pPr>
        <w:keepNext/>
        <w:spacing w:before="120"/>
      </w:pPr>
      <w:r>
        <w:t>4. You ______________ called me! I waited for you for two hours.</w:t>
      </w:r>
    </w:p>
    <w:p>
      <w:pPr>
        <w:keepNext/>
        <w:spacing w:before="120"/>
      </w:pPr>
      <w:r>
        <w:t>5. The music was so loud that I ______________ hear the teacher.</w:t>
      </w:r>
    </w:p>
    <w:p>
      <w:pPr>
        <w:pStyle w:val="Heading2"/>
      </w:pPr>
      <w:r>
        <w:t>4. Complete the conditionals</w:t>
      </w:r>
    </w:p>
    <w:p>
      <w:r>
        <w:rPr>
          <w:i/>
        </w:rPr>
        <w:t>Complete with the correct form of the verbs in parentheses.</w:t>
      </w:r>
    </w:p>
    <w:p>
      <w:pPr>
        <w:keepNext/>
        <w:spacing w:before="120"/>
      </w:pPr>
      <w:r>
        <w:t>1. If it rains tomorrow, we ______________ (stay) at home. (first conditional)</w:t>
      </w:r>
    </w:p>
    <w:p>
      <w:pPr>
        <w:keepNext/>
        <w:spacing w:before="120"/>
      </w:pPr>
      <w:r>
        <w:t>2. If I ______________ (have) more money, I would travel to Japan. (second conditional)</w:t>
      </w:r>
    </w:p>
    <w:p>
      <w:pPr>
        <w:keepNext/>
        <w:spacing w:before="120"/>
      </w:pPr>
      <w:r>
        <w:t>3. If she had left earlier, she ______________ (not / miss) the bus. (third conditional)</w:t>
      </w:r>
    </w:p>
    <w:p>
      <w:pPr>
        <w:keepNext/>
        <w:spacing w:before="120"/>
      </w:pPr>
      <w:r>
        <w:t>4. If you heat ice, it ______________ (melt). (zero conditional)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Modals in context</w:t>
      </w:r>
    </w:p>
    <w:p>
      <w:pPr>
        <w:spacing w:after="0"/>
      </w:pPr>
      <w:r>
        <w:t>1) d) "should have taken" expresses a missed recommendation.</w:t>
      </w:r>
    </w:p>
    <w:p>
      <w:pPr>
        <w:spacing w:after="0"/>
      </w:pPr>
      <w:r>
        <w:t>2) b) making a logical deduction.</w:t>
      </w:r>
    </w:p>
    <w:p>
      <w:pPr>
        <w:spacing w:after="0"/>
      </w:pPr>
      <w:r>
        <w:t>3) c) were not able to find a cab.</w:t>
      </w:r>
    </w:p>
    <w:p>
      <w:pPr>
        <w:spacing w:after="0"/>
      </w:pPr>
      <w:r>
        <w:t>4) b) No, they didn't.</w:t>
      </w:r>
    </w:p>
    <w:p>
      <w:r>
        <w:rPr>
          <w:b/>
        </w:rPr>
        <w:t>2. Conditionals in context</w:t>
      </w:r>
    </w:p>
    <w:p>
      <w:pPr>
        <w:spacing w:after="0"/>
      </w:pPr>
      <w:r>
        <w:t>1) c) a third conditional expressing a hypothetical past and its consequence.</w:t>
      </w:r>
    </w:p>
    <w:p>
      <w:pPr>
        <w:spacing w:after="0"/>
      </w:pPr>
      <w:r>
        <w:t>2) b) They didn't study enough and failed the test.</w:t>
      </w:r>
    </w:p>
    <w:p>
      <w:pPr>
        <w:spacing w:after="0"/>
      </w:pPr>
      <w:r>
        <w:t>3) a) a strong necessity or obligation.</w:t>
      </w:r>
    </w:p>
    <w:p>
      <w:r>
        <w:rPr>
          <w:b/>
        </w:rPr>
        <w:t>3. Choose the modal</w:t>
      </w:r>
    </w:p>
    <w:p>
      <w:pPr>
        <w:spacing w:after="0"/>
      </w:pPr>
      <w:r>
        <w:t>1) must</w:t>
      </w:r>
    </w:p>
    <w:p>
      <w:pPr>
        <w:spacing w:after="0"/>
      </w:pPr>
      <w:r>
        <w:t>2) might</w:t>
      </w:r>
    </w:p>
    <w:p>
      <w:pPr>
        <w:spacing w:after="0"/>
      </w:pPr>
      <w:r>
        <w:t>3) can't</w:t>
      </w:r>
    </w:p>
    <w:p>
      <w:pPr>
        <w:spacing w:after="0"/>
      </w:pPr>
      <w:r>
        <w:t>4) should have</w:t>
      </w:r>
    </w:p>
    <w:p>
      <w:pPr>
        <w:spacing w:after="0"/>
      </w:pPr>
      <w:r>
        <w:t>5) couldn't</w:t>
      </w:r>
    </w:p>
    <w:p>
      <w:r>
        <w:rPr>
          <w:b/>
        </w:rPr>
        <w:t>4. Complete the conditionals</w:t>
      </w:r>
    </w:p>
    <w:p>
      <w:pPr>
        <w:spacing w:after="0"/>
      </w:pPr>
      <w:r>
        <w:t>1) will stay</w:t>
      </w:r>
    </w:p>
    <w:p>
      <w:pPr>
        <w:spacing w:after="0"/>
      </w:pPr>
      <w:r>
        <w:t>2) had</w:t>
      </w:r>
    </w:p>
    <w:p>
      <w:pPr>
        <w:spacing w:after="0"/>
      </w:pPr>
      <w:r>
        <w:t>3) wouldn't have missed</w:t>
      </w:r>
    </w:p>
    <w:p>
      <w:pPr>
        <w:spacing w:after="0"/>
      </w:pPr>
      <w:r>
        <w:t>4) melts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2025-06-23T00:00:00Z</dcterms:created>
  <dcterms:modified xsi:type="dcterms:W3CDTF">2025-06-23T00:00:00Z</dcterms:modified>
  <cp:category/>
</cp:coreProperties>
</file>