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Modal verbs e voz passiva</w:t>
      </w:r>
    </w:p>
    <w:p>
      <w:r>
        <w:rPr>
          <w:color w:val="6B6B6B"/>
          <w:sz w:val="18"/>
        </w:rPr>
        <w:t>9º ano · Modal verbs · BNCC: EF09LI16</w:t>
      </w:r>
    </w:p>
    <w:p>
      <w:pPr>
        <w:pStyle w:val="Heading2"/>
      </w:pPr>
      <w:r>
        <w:t>1. Modals in different contexts</w:t>
      </w:r>
    </w:p>
    <w:p>
      <w:r>
        <w:rPr>
          <w:i/>
        </w:rPr>
        <w:t>Choose the correct modal verb.</w:t>
      </w:r>
    </w:p>
    <w:p>
      <w:pPr>
        <w:keepNext/>
        <w:spacing w:before="120"/>
      </w:pPr>
      <w:r>
        <w:t>1. You ___ finish the project by Friday. (obligation)</w:t>
      </w:r>
    </w:p>
    <w:p>
      <w:pPr>
        <w:spacing w:after="0"/>
        <w:ind w:left="454"/>
      </w:pPr>
      <w:r>
        <w:t>(   ) a) must</w:t>
      </w:r>
    </w:p>
    <w:p>
      <w:pPr>
        <w:spacing w:after="0"/>
        <w:ind w:left="454"/>
      </w:pPr>
      <w:r>
        <w:t>(   ) b) might</w:t>
      </w:r>
    </w:p>
    <w:p>
      <w:pPr>
        <w:spacing w:after="0"/>
        <w:ind w:left="454"/>
      </w:pPr>
      <w:r>
        <w:t>(   ) c) may</w:t>
      </w:r>
    </w:p>
    <w:p>
      <w:pPr>
        <w:keepNext/>
        <w:spacing w:before="120"/>
      </w:pPr>
      <w:r>
        <w:t>2. They ___ arrive late due to traffic. (possibility)</w:t>
      </w:r>
    </w:p>
    <w:p>
      <w:pPr>
        <w:spacing w:after="0"/>
        <w:ind w:left="454"/>
      </w:pPr>
      <w:r>
        <w:t>(   ) a) must</w:t>
      </w:r>
    </w:p>
    <w:p>
      <w:pPr>
        <w:spacing w:after="0"/>
        <w:ind w:left="454"/>
      </w:pPr>
      <w:r>
        <w:t>(   ) b) might</w:t>
      </w:r>
    </w:p>
    <w:p>
      <w:pPr>
        <w:spacing w:after="0"/>
        <w:ind w:left="454"/>
      </w:pPr>
      <w:r>
        <w:t>(   ) c) should</w:t>
      </w:r>
    </w:p>
    <w:p>
      <w:pPr>
        <w:keepNext/>
        <w:spacing w:before="120"/>
      </w:pPr>
      <w:r>
        <w:t>3. You ___ brush your teeth after meals. (advice)</w:t>
      </w:r>
    </w:p>
    <w:p>
      <w:pPr>
        <w:spacing w:after="0"/>
        <w:ind w:left="454"/>
      </w:pPr>
      <w:r>
        <w:t>(   ) a) might</w:t>
      </w:r>
    </w:p>
    <w:p>
      <w:pPr>
        <w:spacing w:after="0"/>
        <w:ind w:left="454"/>
      </w:pPr>
      <w:r>
        <w:t>(   ) b) may</w:t>
      </w:r>
    </w:p>
    <w:p>
      <w:pPr>
        <w:spacing w:after="0"/>
        <w:ind w:left="454"/>
      </w:pPr>
      <w:r>
        <w:t>(   ) c) should</w:t>
      </w:r>
    </w:p>
    <w:p>
      <w:pPr>
        <w:keepNext/>
        <w:spacing w:before="120"/>
      </w:pPr>
      <w:r>
        <w:t>4. Students ___ wear a uniform at my school. It's a rule.</w:t>
      </w:r>
    </w:p>
    <w:p>
      <w:pPr>
        <w:spacing w:after="0"/>
        <w:ind w:left="454"/>
      </w:pPr>
      <w:r>
        <w:t>(   ) a) have to</w:t>
      </w:r>
    </w:p>
    <w:p>
      <w:pPr>
        <w:spacing w:after="0"/>
        <w:ind w:left="454"/>
      </w:pPr>
      <w:r>
        <w:t>(   ) b) might</w:t>
      </w:r>
    </w:p>
    <w:p>
      <w:pPr>
        <w:spacing w:after="0"/>
        <w:ind w:left="454"/>
      </w:pPr>
      <w:r>
        <w:t>(   ) c) may</w:t>
      </w:r>
    </w:p>
    <w:p>
      <w:pPr>
        <w:keepNext/>
        <w:spacing w:before="120"/>
      </w:pPr>
      <w:r>
        <w:t>5. ___ I go to the bathroom, please?</w:t>
      </w:r>
    </w:p>
    <w:p>
      <w:pPr>
        <w:spacing w:after="0"/>
        <w:ind w:left="454"/>
      </w:pPr>
      <w:r>
        <w:t>(   ) a) Must</w:t>
      </w:r>
    </w:p>
    <w:p>
      <w:pPr>
        <w:spacing w:after="0"/>
        <w:ind w:left="454"/>
      </w:pPr>
      <w:r>
        <w:t>(   ) b) May</w:t>
      </w:r>
    </w:p>
    <w:p>
      <w:pPr>
        <w:spacing w:after="0"/>
        <w:ind w:left="454"/>
      </w:pPr>
      <w:r>
        <w:t>(   ) c) Should</w:t>
      </w:r>
    </w:p>
    <w:p>
      <w:pPr>
        <w:keepNext/>
        <w:spacing w:before="120"/>
      </w:pPr>
      <w:r>
        <w:t>6. Take an umbrella. It ___ rain later.</w:t>
      </w:r>
    </w:p>
    <w:p>
      <w:pPr>
        <w:spacing w:after="0"/>
        <w:ind w:left="454"/>
      </w:pPr>
      <w:r>
        <w:t>(   ) a) must</w:t>
      </w:r>
    </w:p>
    <w:p>
      <w:pPr>
        <w:spacing w:after="0"/>
        <w:ind w:left="454"/>
      </w:pPr>
      <w:r>
        <w:t>(   ) b) has to</w:t>
      </w:r>
    </w:p>
    <w:p>
      <w:pPr>
        <w:spacing w:after="0"/>
        <w:ind w:left="454"/>
      </w:pPr>
      <w:r>
        <w:t>(   ) c) might</w:t>
      </w:r>
    </w:p>
    <w:p>
      <w:pPr>
        <w:keepNext/>
        <w:spacing w:before="120"/>
      </w:pPr>
      <w:r>
        <w:t>7. You ___ use your phone during the test. It's forbidden.</w:t>
      </w:r>
    </w:p>
    <w:p>
      <w:pPr>
        <w:spacing w:after="0"/>
        <w:ind w:left="454"/>
      </w:pPr>
      <w:r>
        <w:t>(   ) a) mustn't</w:t>
      </w:r>
    </w:p>
    <w:p>
      <w:pPr>
        <w:spacing w:after="0"/>
        <w:ind w:left="454"/>
      </w:pPr>
      <w:r>
        <w:t>(   ) b) don't have to</w:t>
      </w:r>
    </w:p>
    <w:p>
      <w:pPr>
        <w:spacing w:after="0"/>
        <w:ind w:left="454"/>
      </w:pPr>
      <w:r>
        <w:t>(   ) c) might not</w:t>
      </w:r>
    </w:p>
    <w:p>
      <w:pPr>
        <w:pStyle w:val="Heading2"/>
      </w:pPr>
      <w:r>
        <w:t>2. Passive voice</w:t>
      </w:r>
    </w:p>
    <w:p>
      <w:r>
        <w:rPr>
          <w:i/>
        </w:rPr>
        <w:t>Complete with the passive voice of the verb in parentheses.</w:t>
      </w:r>
    </w:p>
    <w:p>
      <w:pPr>
        <w:keepNext/>
        <w:spacing w:before="120"/>
      </w:pPr>
      <w:r>
        <w:t>1. The application ______________ (review) by the manager tomorrow.</w:t>
      </w:r>
    </w:p>
    <w:p>
      <w:pPr>
        <w:keepNext/>
        <w:spacing w:before="120"/>
      </w:pPr>
      <w:r>
        <w:t>2. A new school ______________ (build) in our neighborhood right now.</w:t>
      </w:r>
    </w:p>
    <w:p>
      <w:pPr>
        <w:keepNext/>
        <w:spacing w:before="120"/>
      </w:pPr>
      <w:r>
        <w:t>3. The Mona Lisa ______________ (paint) by Leonardo da Vinci.</w:t>
      </w:r>
    </w:p>
    <w:p>
      <w:pPr>
        <w:keepNext/>
        <w:spacing w:before="120"/>
      </w:pPr>
      <w:r>
        <w:t>4. Rice ______________ (grow) in many parts of Brazil.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Modals in different contexts</w:t>
      </w:r>
    </w:p>
    <w:p>
      <w:pPr>
        <w:spacing w:after="0"/>
      </w:pPr>
      <w:r>
        <w:t>1) a) must</w:t>
      </w:r>
    </w:p>
    <w:p>
      <w:pPr>
        <w:spacing w:after="0"/>
      </w:pPr>
      <w:r>
        <w:t>2) b) might</w:t>
      </w:r>
    </w:p>
    <w:p>
      <w:pPr>
        <w:spacing w:after="0"/>
      </w:pPr>
      <w:r>
        <w:t>3) c) should</w:t>
      </w:r>
    </w:p>
    <w:p>
      <w:pPr>
        <w:spacing w:after="0"/>
      </w:pPr>
      <w:r>
        <w:t>4) a) have to</w:t>
      </w:r>
    </w:p>
    <w:p>
      <w:pPr>
        <w:spacing w:after="0"/>
      </w:pPr>
      <w:r>
        <w:t>5) b) May</w:t>
      </w:r>
    </w:p>
    <w:p>
      <w:pPr>
        <w:spacing w:after="0"/>
      </w:pPr>
      <w:r>
        <w:t>6) c) might</w:t>
      </w:r>
    </w:p>
    <w:p>
      <w:pPr>
        <w:spacing w:after="0"/>
      </w:pPr>
      <w:r>
        <w:t>7) a) mustn't</w:t>
      </w:r>
    </w:p>
    <w:p>
      <w:r>
        <w:rPr>
          <w:b/>
        </w:rPr>
        <w:t>2. Passive voice</w:t>
      </w:r>
    </w:p>
    <w:p>
      <w:pPr>
        <w:spacing w:after="0"/>
      </w:pPr>
      <w:r>
        <w:t>1) will be reviewed</w:t>
      </w:r>
    </w:p>
    <w:p>
      <w:pPr>
        <w:spacing w:after="0"/>
      </w:pPr>
      <w:r>
        <w:t>2) is being built</w:t>
      </w:r>
    </w:p>
    <w:p>
      <w:pPr>
        <w:spacing w:after="0"/>
      </w:pPr>
      <w:r>
        <w:t>3) was painted</w:t>
      </w:r>
    </w:p>
    <w:p>
      <w:pPr>
        <w:spacing w:after="0"/>
      </w:pPr>
      <w:r>
        <w:t>4) is grown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