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Modals in context: must, might, can't, should</w:t>
      </w:r>
    </w:p>
    <w:p>
      <w:r>
        <w:rPr>
          <w:color w:val="6B6B6B"/>
          <w:sz w:val="18"/>
        </w:rPr>
        <w:t>1ª série e 2ª série · Modal verbs · BNCC: EM13LGG302, EM13LGG103</w:t>
      </w:r>
    </w:p>
    <w:p>
      <w:pPr>
        <w:pStyle w:val="Heading2"/>
      </w:pPr>
      <w:r>
        <w:t>1. Text messages</w:t>
      </w:r>
    </w:p>
    <w:p>
      <w:r>
        <w:rPr>
          <w:i/>
        </w:rPr>
        <w:t>Read the messages and choose the correct answer.</w:t>
      </w:r>
    </w:p>
    <w:p>
      <w:r>
        <w:rPr>
          <w:b/>
        </w:rPr>
        <w:t>Alex and Sam</w:t>
      </w:r>
    </w:p>
    <w:p>
      <w:pPr>
        <w:ind w:left="340"/>
      </w:pPr>
      <w:r>
        <w:t>Alex: I can't go to the concert tonight. My parents said I need to study.</w:t>
      </w:r>
    </w:p>
    <w:p>
      <w:pPr>
        <w:ind w:left="340"/>
      </w:pPr>
      <w:r>
        <w:t>Sam: That's too bad. You were really excited about it.</w:t>
      </w:r>
    </w:p>
    <w:p>
      <w:pPr>
        <w:ind w:left="340"/>
      </w:pPr>
      <w:r>
        <w:t>Alex: I know. Maybe next time!</w:t>
      </w:r>
    </w:p>
    <w:p>
      <w:pPr>
        <w:keepNext/>
        <w:spacing w:before="120"/>
      </w:pPr>
      <w:r>
        <w:t>1. Why can't Alex go to the concert?</w:t>
      </w:r>
    </w:p>
    <w:p>
      <w:pPr>
        <w:spacing w:after="0"/>
        <w:ind w:left="454"/>
      </w:pPr>
      <w:r>
        <w:t>(   ) a) Alex is sick.</w:t>
      </w:r>
    </w:p>
    <w:p>
      <w:pPr>
        <w:spacing w:after="0"/>
        <w:ind w:left="454"/>
      </w:pPr>
      <w:r>
        <w:t>(   ) b) Alex's parents said Alex needs to study.</w:t>
      </w:r>
    </w:p>
    <w:p>
      <w:pPr>
        <w:spacing w:after="0"/>
        <w:ind w:left="454"/>
      </w:pPr>
      <w:r>
        <w:t>(   ) c) The concert was cancelled.</w:t>
      </w:r>
    </w:p>
    <w:p>
      <w:pPr>
        <w:keepNext/>
        <w:spacing w:before="120"/>
      </w:pPr>
      <w:r>
        <w:t>2. How did Alex feel about the concert before?</w:t>
      </w:r>
    </w:p>
    <w:p>
      <w:pPr>
        <w:spacing w:after="0"/>
        <w:ind w:left="454"/>
      </w:pPr>
      <w:r>
        <w:t>(   ) a) Excited</w:t>
      </w:r>
    </w:p>
    <w:p>
      <w:pPr>
        <w:spacing w:after="0"/>
        <w:ind w:left="454"/>
      </w:pPr>
      <w:r>
        <w:t>(   ) b) Bored</w:t>
      </w:r>
    </w:p>
    <w:p>
      <w:pPr>
        <w:spacing w:after="0"/>
        <w:ind w:left="454"/>
      </w:pPr>
      <w:r>
        <w:t>(   ) c) Scared</w:t>
      </w:r>
    </w:p>
    <w:p>
      <w:pPr>
        <w:keepNext/>
        <w:spacing w:before="120"/>
      </w:pPr>
      <w:r>
        <w:t>3. What does Alex hope?</w:t>
      </w:r>
    </w:p>
    <w:p>
      <w:pPr>
        <w:spacing w:after="0"/>
        <w:ind w:left="454"/>
      </w:pPr>
      <w:r>
        <w:t>(   ) a) To study with Sam tonight.</w:t>
      </w:r>
    </w:p>
    <w:p>
      <w:pPr>
        <w:spacing w:after="0"/>
        <w:ind w:left="454"/>
      </w:pPr>
      <w:r>
        <w:t>(   ) b) To never go to a concert.</w:t>
      </w:r>
    </w:p>
    <w:p>
      <w:pPr>
        <w:spacing w:after="0"/>
        <w:ind w:left="454"/>
      </w:pPr>
      <w:r>
        <w:t>(   ) c) To go to a concert next time.</w:t>
      </w:r>
    </w:p>
    <w:p>
      <w:pPr>
        <w:pStyle w:val="Heading2"/>
      </w:pPr>
      <w:r>
        <w:t>2. Modals in context</w:t>
      </w:r>
    </w:p>
    <w:p>
      <w:r>
        <w:rPr>
          <w:i/>
        </w:rPr>
        <w:t>Complete with must, might, can't or should.</w:t>
      </w:r>
    </w:p>
    <w:p>
      <w:r>
        <w:rPr>
          <w:b/>
        </w:rPr>
        <w:t>Word bank:  must  |  might  |  can't  |  should</w:t>
      </w:r>
    </w:p>
    <w:p>
      <w:pPr>
        <w:keepNext/>
        <w:spacing w:before="120"/>
      </w:pPr>
      <w:r>
        <w:t>1. You ______________ be tired. You've been studying all day.</w:t>
      </w:r>
    </w:p>
    <w:p>
      <w:pPr>
        <w:keepNext/>
        <w:spacing w:before="120"/>
      </w:pPr>
      <w:r>
        <w:t>2. We ______________ go to the museum tomorrow if it doesn't rain. We aren't sure yet.</w:t>
      </w:r>
    </w:p>
    <w:p>
      <w:pPr>
        <w:keepNext/>
        <w:spacing w:before="120"/>
      </w:pPr>
      <w:r>
        <w:t>3. This ______________ be your book, Pedro. It has Maria's name on it!</w:t>
      </w:r>
    </w:p>
    <w:p>
      <w:pPr>
        <w:keepNext/>
        <w:spacing w:before="120"/>
      </w:pPr>
      <w:r>
        <w:t>4. You ______________ eat more vegetables. They're healthy.</w:t>
      </w:r>
    </w:p>
    <w:p>
      <w:pPr>
        <w:keepNext/>
        <w:spacing w:before="120"/>
      </w:pPr>
      <w:r>
        <w:t>5. She ______________ be at home. The lights are off and nobody answers the door.</w:t>
      </w:r>
    </w:p>
    <w:p>
      <w:pPr>
        <w:keepNext/>
        <w:spacing w:before="120"/>
      </w:pPr>
      <w:r>
        <w:t>6. You look sick. You ______________ see a doctor.</w:t>
      </w:r>
    </w:p>
    <w:p>
      <w:pPr>
        <w:pStyle w:val="Heading2"/>
      </w:pPr>
      <w:r>
        <w:t>3. If clauses</w:t>
      </w:r>
    </w:p>
    <w:p>
      <w:r>
        <w:rPr>
          <w:i/>
        </w:rPr>
        <w:t>Complete the conditional sentences with the correct form of the verbs.</w:t>
      </w:r>
    </w:p>
    <w:p>
      <w:pPr>
        <w:keepNext/>
        <w:spacing w:before="120"/>
      </w:pPr>
      <w:r>
        <w:t>1. If I have time this weekend, I ______________ (watch) a movie.</w:t>
      </w:r>
    </w:p>
    <w:p>
      <w:pPr>
        <w:keepNext/>
        <w:spacing w:before="120"/>
      </w:pPr>
      <w:r>
        <w:t>2. If I ______________ (be) invisible for one day, I would explore secret places.</w:t>
      </w:r>
    </w:p>
    <w:p>
      <w:pPr>
        <w:keepNext/>
        <w:spacing w:before="120"/>
      </w:pPr>
      <w:r>
        <w:t>3. If Alex studies tonight, Alex ______________ (do) well on the test.</w:t>
      </w:r>
    </w:p>
    <w:p>
      <w:pPr>
        <w:pStyle w:val="Heading2"/>
      </w:pPr>
      <w:r>
        <w:t>4. Your turn</w:t>
      </w:r>
    </w:p>
    <w:p>
      <w:r>
        <w:rPr>
          <w:i/>
        </w:rPr>
        <w:t>Finish the sentences with your own ideas.</w:t>
      </w:r>
    </w:p>
    <w:p>
      <w:pPr>
        <w:keepNext/>
        <w:spacing w:before="120"/>
      </w:pPr>
      <w:r>
        <w:t>1. If I have time this weekend, ...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pPr>
        <w:keepNext/>
        <w:spacing w:before="120"/>
      </w:pPr>
      <w:r>
        <w:t>2. If I were invisible for one day, ...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Text messages</w:t>
      </w:r>
    </w:p>
    <w:p>
      <w:pPr>
        <w:spacing w:after="0"/>
      </w:pPr>
      <w:r>
        <w:t>1) b) Alex's parents said Alex needs to study.</w:t>
      </w:r>
    </w:p>
    <w:p>
      <w:pPr>
        <w:spacing w:after="0"/>
      </w:pPr>
      <w:r>
        <w:t>2) a) Excited</w:t>
      </w:r>
    </w:p>
    <w:p>
      <w:pPr>
        <w:spacing w:after="0"/>
      </w:pPr>
      <w:r>
        <w:t>3) c) To go to a concert next time.</w:t>
      </w:r>
    </w:p>
    <w:p>
      <w:r>
        <w:rPr>
          <w:b/>
        </w:rPr>
        <w:t>2. Modals in context</w:t>
      </w:r>
    </w:p>
    <w:p>
      <w:pPr>
        <w:spacing w:after="0"/>
      </w:pPr>
      <w:r>
        <w:t>1) must</w:t>
      </w:r>
    </w:p>
    <w:p>
      <w:pPr>
        <w:spacing w:after="0"/>
      </w:pPr>
      <w:r>
        <w:t>2) might</w:t>
      </w:r>
    </w:p>
    <w:p>
      <w:pPr>
        <w:spacing w:after="0"/>
      </w:pPr>
      <w:r>
        <w:t>3) can't</w:t>
      </w:r>
    </w:p>
    <w:p>
      <w:pPr>
        <w:spacing w:after="0"/>
      </w:pPr>
      <w:r>
        <w:t>4) should</w:t>
      </w:r>
    </w:p>
    <w:p>
      <w:pPr>
        <w:spacing w:after="0"/>
      </w:pPr>
      <w:r>
        <w:t>5) can't</w:t>
      </w:r>
    </w:p>
    <w:p>
      <w:pPr>
        <w:spacing w:after="0"/>
      </w:pPr>
      <w:r>
        <w:t>6) should</w:t>
      </w:r>
    </w:p>
    <w:p>
      <w:r>
        <w:rPr>
          <w:b/>
        </w:rPr>
        <w:t>3. If clauses</w:t>
      </w:r>
    </w:p>
    <w:p>
      <w:pPr>
        <w:spacing w:after="0"/>
      </w:pPr>
      <w:r>
        <w:t>1) will watch</w:t>
      </w:r>
    </w:p>
    <w:p>
      <w:pPr>
        <w:spacing w:after="0"/>
      </w:pPr>
      <w:r>
        <w:t>2) were</w:t>
      </w:r>
    </w:p>
    <w:p>
      <w:pPr>
        <w:spacing w:after="0"/>
      </w:pPr>
      <w:r>
        <w:t>3) will do</w:t>
      </w:r>
    </w:p>
    <w:p>
      <w:r>
        <w:rPr>
          <w:b/>
        </w:rPr>
        <w:t>4. Your turn</w:t>
      </w:r>
    </w:p>
    <w:p>
      <w:pPr>
        <w:spacing w:after="0"/>
      </w:pPr>
      <w:r>
        <w:t>1) If I have time this weekend, I will visit my grandparents.</w:t>
      </w:r>
    </w:p>
    <w:p>
      <w:pPr>
        <w:spacing w:after="0"/>
      </w:pPr>
      <w:r>
        <w:t>2) If I were invisible for one day, I would walk around the city without anyone seeing me.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2025-12-26T00:00:00Z</dcterms:created>
  <dcterms:modified xsi:type="dcterms:W3CDTF">2025-12-26T00:00:00Z</dcterms:modified>
  <cp:category/>
</cp:coreProperties>
</file>