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Modal verbs e modal perfect (should have, might have, must have)</w:t>
      </w:r>
    </w:p>
    <w:p>
      <w:r>
        <w:rPr>
          <w:color w:val="6B6B6B"/>
          <w:sz w:val="18"/>
        </w:rPr>
        <w:t>2ª série e 3ª série · Modal verbs · BNCC: EM13LGG403</w:t>
      </w:r>
    </w:p>
    <w:p>
      <w:pPr>
        <w:pStyle w:val="Heading2"/>
      </w:pPr>
      <w:r>
        <w:t>1. Reading</w:t>
      </w:r>
    </w:p>
    <w:p>
      <w:r>
        <w:rPr>
          <w:i/>
        </w:rPr>
        <w:t>Read the messages and choose the correct answer.</w:t>
      </w:r>
    </w:p>
    <w:p>
      <w:r>
        <w:rPr>
          <w:b/>
        </w:rPr>
        <w:t>Ask Carol: my first job interview</w:t>
      </w:r>
    </w:p>
    <w:p>
      <w:pPr>
        <w:ind w:left="340"/>
      </w:pPr>
      <w:r>
        <w:t>Dear Carol,</w:t>
      </w:r>
    </w:p>
    <w:p>
      <w:pPr>
        <w:ind w:left="340"/>
      </w:pPr>
      <w:r>
        <w:t>Last week I had my first job interview at a tech company. I was so nervous that I arrived 20 minutes late because I took the wrong bus. I didn't check the route the night before. During the interview, I couldn't answer a question about my skills, and I forgot to ask anything about the company. I haven't heard from them yet. What should I do now? (Lucas, 18)</w:t>
      </w:r>
    </w:p>
    <w:p>
      <w:pPr>
        <w:ind w:left="340"/>
      </w:pPr>
      <w:r>
        <w:t>Dear Lucas,</w:t>
      </w:r>
    </w:p>
    <w:p>
      <w:pPr>
        <w:ind w:left="340"/>
      </w:pPr>
      <w:r>
        <w:t>Don't be so hard on yourself! You should have checked the route, of course, but everybody makes mistakes. If you apologized for being late, the interviewer might have appreciated your honesty. You must send a thank-you email today: it can make a difference. Next time, prepare answers about your skills, and you could also research the company in advance. You may not get this job, but you will certainly get better at interviews. (Carol)</w:t>
      </w:r>
    </w:p>
    <w:p>
      <w:pPr>
        <w:keepNext/>
        <w:spacing w:before="120"/>
      </w:pPr>
      <w:r>
        <w:t>1. Why was Lucas late for the interview?</w:t>
      </w:r>
    </w:p>
    <w:p>
      <w:pPr>
        <w:spacing w:after="0"/>
        <w:ind w:left="454"/>
      </w:pPr>
      <w:r>
        <w:t>(   ) a) He woke up late.</w:t>
      </w:r>
    </w:p>
    <w:p>
      <w:pPr>
        <w:spacing w:after="0"/>
        <w:ind w:left="454"/>
      </w:pPr>
      <w:r>
        <w:t>(   ) b) He took the wrong bus.</w:t>
      </w:r>
    </w:p>
    <w:p>
      <w:pPr>
        <w:spacing w:after="0"/>
        <w:ind w:left="454"/>
      </w:pPr>
      <w:r>
        <w:t>(   ) c) He forgot the address.</w:t>
      </w:r>
    </w:p>
    <w:p>
      <w:pPr>
        <w:spacing w:after="0"/>
        <w:ind w:left="454"/>
      </w:pPr>
      <w:r>
        <w:t>(   ) d) The interview started early.</w:t>
      </w:r>
    </w:p>
    <w:p>
      <w:pPr>
        <w:keepNext/>
        <w:spacing w:before="120"/>
      </w:pPr>
      <w:r>
        <w:t>2. "You should have checked the route" expresses:</w:t>
      </w:r>
    </w:p>
    <w:p>
      <w:pPr>
        <w:spacing w:after="0"/>
        <w:ind w:left="454"/>
      </w:pPr>
      <w:r>
        <w:t>(   ) a) an obligation in the future</w:t>
      </w:r>
    </w:p>
    <w:p>
      <w:pPr>
        <w:spacing w:after="0"/>
        <w:ind w:left="454"/>
      </w:pPr>
      <w:r>
        <w:t>(   ) b) a permission</w:t>
      </w:r>
    </w:p>
    <w:p>
      <w:pPr>
        <w:spacing w:after="0"/>
        <w:ind w:left="454"/>
      </w:pPr>
      <w:r>
        <w:t>(   ) c) a certainty about the present</w:t>
      </w:r>
    </w:p>
    <w:p>
      <w:pPr>
        <w:spacing w:after="0"/>
        <w:ind w:left="454"/>
      </w:pPr>
      <w:r>
        <w:t>(   ) d) a criticism about something in the past</w:t>
      </w:r>
    </w:p>
    <w:p>
      <w:pPr>
        <w:keepNext/>
        <w:spacing w:before="120"/>
      </w:pPr>
      <w:r>
        <w:t>3. "The interviewer might have appreciated your honesty" means that:</w:t>
      </w:r>
    </w:p>
    <w:p>
      <w:pPr>
        <w:spacing w:after="0"/>
        <w:ind w:left="454"/>
      </w:pPr>
      <w:r>
        <w:t>(   ) a) it is possible that the interviewer appreciated his honesty</w:t>
      </w:r>
    </w:p>
    <w:p>
      <w:pPr>
        <w:spacing w:after="0"/>
        <w:ind w:left="454"/>
      </w:pPr>
      <w:r>
        <w:t>(   ) b) it is certain that the interviewer appreciated his honesty</w:t>
      </w:r>
    </w:p>
    <w:p>
      <w:pPr>
        <w:spacing w:after="0"/>
        <w:ind w:left="454"/>
      </w:pPr>
      <w:r>
        <w:t>(   ) c) the interviewer must appreciate his honesty now</w:t>
      </w:r>
    </w:p>
    <w:p>
      <w:pPr>
        <w:spacing w:after="0"/>
        <w:ind w:left="454"/>
      </w:pPr>
      <w:r>
        <w:t>(   ) d) the interviewer didn't appreciate his honesty</w:t>
      </w:r>
    </w:p>
    <w:p>
      <w:pPr>
        <w:keepNext/>
        <w:spacing w:before="120"/>
      </w:pPr>
      <w:r>
        <w:t>4. What does Carol say Lucas must do?</w:t>
      </w:r>
    </w:p>
    <w:p>
      <w:pPr>
        <w:spacing w:after="0"/>
        <w:ind w:left="454"/>
      </w:pPr>
      <w:r>
        <w:t>(   ) a) Stop applying for other jobs.</w:t>
      </w:r>
    </w:p>
    <w:p>
      <w:pPr>
        <w:spacing w:after="0"/>
        <w:ind w:left="454"/>
      </w:pPr>
      <w:r>
        <w:t>(   ) b) Call the company every day.</w:t>
      </w:r>
    </w:p>
    <w:p>
      <w:pPr>
        <w:spacing w:after="0"/>
        <w:ind w:left="454"/>
      </w:pPr>
      <w:r>
        <w:t>(   ) c) Send a thank-you email today.</w:t>
      </w:r>
    </w:p>
    <w:p>
      <w:pPr>
        <w:spacing w:after="0"/>
        <w:ind w:left="454"/>
      </w:pPr>
      <w:r>
        <w:t>(   ) d) Go back to the company without an appointment.</w:t>
      </w:r>
    </w:p>
    <w:p>
      <w:pPr>
        <w:pStyle w:val="Heading2"/>
      </w:pPr>
      <w:r>
        <w:t>2. Choose the modal</w:t>
      </w:r>
    </w:p>
    <w:p>
      <w:r>
        <w:rPr>
          <w:i/>
        </w:rPr>
        <w:t>Complete the sentences with the modals in the box. Use each one once.</w:t>
      </w:r>
    </w:p>
    <w:p>
      <w:r>
        <w:rPr>
          <w:b/>
        </w:rPr>
        <w:t>Word bank:  must  |  mustn't  |  should  |  can  |  might  |  don't have to</w:t>
      </w:r>
    </w:p>
    <w:p>
      <w:pPr>
        <w:keepNext/>
        <w:spacing w:before="120"/>
      </w:pPr>
      <w:r>
        <w:t>1. It's against the rules: you ______________ use your phone during the exam.</w:t>
      </w:r>
    </w:p>
    <w:p>
      <w:pPr>
        <w:keepNext/>
        <w:spacing w:before="120"/>
      </w:pPr>
      <w:r>
        <w:t>2. Take an umbrella. It ______________ rain later; I'm not sure.</w:t>
      </w:r>
    </w:p>
    <w:p>
      <w:pPr>
        <w:keepNext/>
        <w:spacing w:before="120"/>
      </w:pPr>
      <w:r>
        <w:t>3. Tomorrow is a holiday, so we ______________ wake up early.</w:t>
      </w:r>
    </w:p>
    <w:p>
      <w:pPr>
        <w:keepNext/>
        <w:spacing w:before="120"/>
      </w:pPr>
      <w:r>
        <w:t>4. My little brother is only four, but he ______________ already read some words.</w:t>
      </w:r>
    </w:p>
    <w:p>
      <w:pPr>
        <w:keepNext/>
        <w:spacing w:before="120"/>
      </w:pPr>
      <w:r>
        <w:t>5. Everyone ______________ show an ID to enter the building. It's mandatory.</w:t>
      </w:r>
    </w:p>
    <w:p>
      <w:pPr>
        <w:keepNext/>
        <w:spacing w:before="120"/>
      </w:pPr>
      <w:r>
        <w:t>6. You have a fever. My advice: you ______________ stay home and rest.</w:t>
      </w:r>
    </w:p>
    <w:p>
      <w:pPr>
        <w:pStyle w:val="Heading2"/>
      </w:pPr>
      <w:r>
        <w:t>3. Modal perfect</w:t>
      </w:r>
    </w:p>
    <w:p>
      <w:r>
        <w:rPr>
          <w:i/>
        </w:rPr>
        <w:t>Complete with the modal in parentheses + have + past participle.</w:t>
      </w:r>
    </w:p>
    <w:p>
      <w:pPr>
        <w:keepNext/>
        <w:spacing w:before="120"/>
      </w:pPr>
      <w:r>
        <w:t>1. I failed the test. I ______________ more. (should / study)</w:t>
      </w:r>
    </w:p>
    <w:p>
      <w:pPr>
        <w:keepNext/>
        <w:spacing w:before="120"/>
      </w:pPr>
      <w:r>
        <w:t>2. The streets are all wet. It ______________ last night. (must / rain)</w:t>
      </w:r>
    </w:p>
    <w:p>
      <w:pPr>
        <w:keepNext/>
        <w:spacing w:before="120"/>
      </w:pPr>
      <w:r>
        <w:t>3. Ana isn't answering. She ______________ her phone at home. (might / forget)</w:t>
      </w:r>
    </w:p>
    <w:p>
      <w:pPr>
        <w:keepNext/>
        <w:spacing w:before="120"/>
      </w:pPr>
      <w:r>
        <w:t>4. He ______________ the money: he was with me all day. (couldn't / steal)</w:t>
      </w:r>
    </w:p>
    <w:p>
      <w:pPr>
        <w:keepNext/>
        <w:spacing w:before="120"/>
      </w:pPr>
      <w:r>
        <w:t>5. You ______________ me about the meeting! I missed it. (should / tell)</w:t>
      </w:r>
    </w:p>
    <w:p>
      <w:pPr>
        <w:pStyle w:val="Heading2"/>
      </w:pPr>
      <w:r>
        <w:t>4. True or false?</w:t>
      </w:r>
    </w:p>
    <w:p>
      <w:r>
        <w:rPr>
          <w:i/>
        </w:rPr>
        <w:t>Mark T (true) or F (false) about the grammar.</w:t>
      </w:r>
    </w:p>
    <w:p>
      <w:pPr>
        <w:keepNext/>
        <w:spacing w:before="120"/>
      </w:pPr>
      <w:r>
        <w:t>1. "Must have + past participle" expresses a strong deduction about the past.</w:t>
      </w:r>
    </w:p>
    <w:p>
      <w:pPr>
        <w:ind w:left="454"/>
      </w:pPr>
      <w:r>
        <w:t>(   ) True        (   ) False</w:t>
      </w:r>
    </w:p>
    <w:p>
      <w:pPr>
        <w:keepNext/>
        <w:spacing w:before="120"/>
      </w:pPr>
      <w:r>
        <w:t>2. "Don't have to" means that something is prohibited.</w:t>
      </w:r>
    </w:p>
    <w:p>
      <w:pPr>
        <w:ind w:left="454"/>
      </w:pPr>
      <w:r>
        <w:t>(   ) True        (   ) False</w:t>
      </w:r>
    </w:p>
    <w:p>
      <w:pPr>
        <w:keepNext/>
        <w:spacing w:before="120"/>
      </w:pPr>
      <w:r>
        <w:t>3. "Should have done" can express regret about something that didn't happen.</w:t>
      </w:r>
    </w:p>
    <w:p>
      <w:pPr>
        <w:ind w:left="454"/>
      </w:pPr>
      <w:r>
        <w:t>(   ) True        (   ) False</w:t>
      </w:r>
    </w:p>
    <w:p>
      <w:r>
        <w:br w:type="page"/>
      </w:r>
    </w:p>
    <w:p>
      <w:pPr>
        <w:pStyle w:val="Heading2"/>
      </w:pPr>
      <w:r>
        <w:t>Gabarito (Answer key)</w:t>
      </w:r>
    </w:p>
    <w:p>
      <w:r>
        <w:rPr>
          <w:b/>
        </w:rPr>
        <w:t>1. Reading</w:t>
      </w:r>
    </w:p>
    <w:p>
      <w:pPr>
        <w:spacing w:after="0"/>
      </w:pPr>
      <w:r>
        <w:t>1) b) He took the wrong bus.</w:t>
      </w:r>
    </w:p>
    <w:p>
      <w:pPr>
        <w:spacing w:after="0"/>
      </w:pPr>
      <w:r>
        <w:t>2) d) a criticism about something in the past</w:t>
      </w:r>
    </w:p>
    <w:p>
      <w:pPr>
        <w:spacing w:after="0"/>
      </w:pPr>
      <w:r>
        <w:t>3) a) it is possible that the interviewer appreciated his honesty</w:t>
      </w:r>
    </w:p>
    <w:p>
      <w:pPr>
        <w:spacing w:after="0"/>
      </w:pPr>
      <w:r>
        <w:t>4) c) Send a thank-you email today.</w:t>
      </w:r>
    </w:p>
    <w:p>
      <w:r>
        <w:rPr>
          <w:b/>
        </w:rPr>
        <w:t>2. Choose the modal</w:t>
      </w:r>
    </w:p>
    <w:p>
      <w:pPr>
        <w:spacing w:after="0"/>
      </w:pPr>
      <w:r>
        <w:t>1) mustn't</w:t>
      </w:r>
    </w:p>
    <w:p>
      <w:pPr>
        <w:spacing w:after="0"/>
      </w:pPr>
      <w:r>
        <w:t>2) might</w:t>
      </w:r>
    </w:p>
    <w:p>
      <w:pPr>
        <w:spacing w:after="0"/>
      </w:pPr>
      <w:r>
        <w:t>3) don't have to</w:t>
      </w:r>
    </w:p>
    <w:p>
      <w:pPr>
        <w:spacing w:after="0"/>
      </w:pPr>
      <w:r>
        <w:t>4) can</w:t>
      </w:r>
    </w:p>
    <w:p>
      <w:pPr>
        <w:spacing w:after="0"/>
      </w:pPr>
      <w:r>
        <w:t>5) must</w:t>
      </w:r>
    </w:p>
    <w:p>
      <w:pPr>
        <w:spacing w:after="0"/>
      </w:pPr>
      <w:r>
        <w:t>6) should</w:t>
      </w:r>
    </w:p>
    <w:p>
      <w:r>
        <w:rPr>
          <w:b/>
        </w:rPr>
        <w:t>3. Modal perfect</w:t>
      </w:r>
    </w:p>
    <w:p>
      <w:pPr>
        <w:spacing w:after="0"/>
      </w:pPr>
      <w:r>
        <w:t>1) should have studied</w:t>
      </w:r>
    </w:p>
    <w:p>
      <w:pPr>
        <w:spacing w:after="0"/>
      </w:pPr>
      <w:r>
        <w:t>2) must have rained</w:t>
      </w:r>
    </w:p>
    <w:p>
      <w:pPr>
        <w:spacing w:after="0"/>
      </w:pPr>
      <w:r>
        <w:t>3) might have forgotten</w:t>
      </w:r>
    </w:p>
    <w:p>
      <w:pPr>
        <w:spacing w:after="0"/>
      </w:pPr>
      <w:r>
        <w:t>4) couldn't have stolen</w:t>
      </w:r>
    </w:p>
    <w:p>
      <w:pPr>
        <w:spacing w:after="0"/>
      </w:pPr>
      <w:r>
        <w:t>5) should have told</w:t>
      </w:r>
    </w:p>
    <w:p>
      <w:r>
        <w:rPr>
          <w:b/>
        </w:rPr>
        <w:t>4. True or false?</w:t>
      </w:r>
    </w:p>
    <w:p>
      <w:pPr>
        <w:spacing w:after="0"/>
      </w:pPr>
      <w:r>
        <w:t>1) True</w:t>
      </w:r>
    </w:p>
    <w:p>
      <w:pPr>
        <w:spacing w:after="0"/>
      </w:pPr>
      <w:r>
        <w:t>2) False</w:t>
      </w:r>
    </w:p>
    <w:p>
      <w:pPr>
        <w:spacing w:after="0"/>
      </w:pPr>
      <w:r>
        <w:t>3) True</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2026-10-23T00:00:00Z</dcterms:created>
  <dcterms:modified xsi:type="dcterms:W3CDTF">2026-10-23T00:00:00Z</dcterms:modified>
  <cp:category/>
</cp:coreProperties>
</file>