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Tempos verbais, modais e conditionals</w:t>
      </w:r>
    </w:p>
    <w:p>
      <w:r>
        <w:rPr>
          <w:color w:val="6B6B6B"/>
          <w:sz w:val="18"/>
        </w:rPr>
        <w:t>8º ano e 9º ano · Modal verbs · BNCC: EF09LI15, EF09LI16</w:t>
      </w:r>
    </w:p>
    <w:p>
      <w:pPr>
        <w:pStyle w:val="Heading2"/>
      </w:pPr>
      <w:r>
        <w:t>1. Mixed tenses</w:t>
      </w:r>
    </w:p>
    <w:p>
      <w:r>
        <w:rPr>
          <w:i/>
        </w:rPr>
        <w:t>Complete with the correct form of the verb in parentheses.</w:t>
      </w:r>
    </w:p>
    <w:p>
      <w:pPr>
        <w:keepNext/>
        <w:spacing w:before="120"/>
      </w:pPr>
      <w:r>
        <w:t>1. I ______________ (study) English last night.</w:t>
      </w:r>
    </w:p>
    <w:p>
      <w:pPr>
        <w:keepNext/>
        <w:spacing w:before="120"/>
      </w:pPr>
      <w:r>
        <w:t>2. She ______________ (not / like) pizza when she was a child.</w:t>
      </w:r>
    </w:p>
    <w:p>
      <w:pPr>
        <w:keepNext/>
        <w:spacing w:before="120"/>
      </w:pPr>
      <w:r>
        <w:t>3. Right now, my sister ______________ (sleep).</w:t>
      </w:r>
    </w:p>
    <w:p>
      <w:pPr>
        <w:keepNext/>
        <w:spacing w:before="120"/>
      </w:pPr>
      <w:r>
        <w:t>4. Leo ______________ (visit) his grandparents every Sunday.</w:t>
      </w:r>
    </w:p>
    <w:p>
      <w:pPr>
        <w:pStyle w:val="Heading2"/>
      </w:pPr>
      <w:r>
        <w:t>2. Modal verbs</w:t>
      </w:r>
    </w:p>
    <w:p>
      <w:r>
        <w:rPr>
          <w:i/>
        </w:rPr>
        <w:t>Choose the correct modal verb.</w:t>
      </w:r>
    </w:p>
    <w:p>
      <w:pPr>
        <w:keepNext/>
        <w:spacing w:before="120"/>
      </w:pPr>
      <w:r>
        <w:t>1. You ___ wear a seatbelt in the car. It's the law.</w:t>
      </w:r>
    </w:p>
    <w:p>
      <w:pPr>
        <w:spacing w:after="0"/>
        <w:ind w:left="454"/>
      </w:pPr>
      <w:r>
        <w:t>(   ) a) might</w:t>
      </w:r>
    </w:p>
    <w:p>
      <w:pPr>
        <w:spacing w:after="0"/>
        <w:ind w:left="454"/>
      </w:pPr>
      <w:r>
        <w:t>(   ) b) must</w:t>
      </w:r>
    </w:p>
    <w:p>
      <w:pPr>
        <w:spacing w:after="0"/>
        <w:ind w:left="454"/>
      </w:pPr>
      <w:r>
        <w:t>(   ) c) may</w:t>
      </w:r>
    </w:p>
    <w:p>
      <w:pPr>
        <w:spacing w:after="0"/>
        <w:ind w:left="454"/>
      </w:pPr>
      <w:r>
        <w:t>(   ) d) could</w:t>
      </w:r>
    </w:p>
    <w:p>
      <w:pPr>
        <w:keepNext/>
        <w:spacing w:before="120"/>
      </w:pPr>
      <w:r>
        <w:t>2. Take an umbrella. It ___ rain later.</w:t>
      </w:r>
    </w:p>
    <w:p>
      <w:pPr>
        <w:spacing w:after="0"/>
        <w:ind w:left="454"/>
      </w:pPr>
      <w:r>
        <w:t>(   ) a) must</w:t>
      </w:r>
    </w:p>
    <w:p>
      <w:pPr>
        <w:spacing w:after="0"/>
        <w:ind w:left="454"/>
      </w:pPr>
      <w:r>
        <w:t>(   ) b) mustn't</w:t>
      </w:r>
    </w:p>
    <w:p>
      <w:pPr>
        <w:spacing w:after="0"/>
        <w:ind w:left="454"/>
      </w:pPr>
      <w:r>
        <w:t>(   ) c) might</w:t>
      </w:r>
    </w:p>
    <w:p>
      <w:pPr>
        <w:spacing w:after="0"/>
        <w:ind w:left="454"/>
      </w:pPr>
      <w:r>
        <w:t>(   ) d) has to</w:t>
      </w:r>
    </w:p>
    <w:p>
      <w:pPr>
        <w:keepNext/>
        <w:spacing w:before="120"/>
      </w:pPr>
      <w:r>
        <w:t>3. You look tired. You ___ go to bed early.</w:t>
      </w:r>
    </w:p>
    <w:p>
      <w:pPr>
        <w:spacing w:after="0"/>
        <w:ind w:left="454"/>
      </w:pPr>
      <w:r>
        <w:t>(   ) a) should</w:t>
      </w:r>
    </w:p>
    <w:p>
      <w:pPr>
        <w:spacing w:after="0"/>
        <w:ind w:left="454"/>
      </w:pPr>
      <w:r>
        <w:t>(   ) b) mustn't</w:t>
      </w:r>
    </w:p>
    <w:p>
      <w:pPr>
        <w:spacing w:after="0"/>
        <w:ind w:left="454"/>
      </w:pPr>
      <w:r>
        <w:t>(   ) c) can't</w:t>
      </w:r>
    </w:p>
    <w:p>
      <w:pPr>
        <w:spacing w:after="0"/>
        <w:ind w:left="454"/>
      </w:pPr>
      <w:r>
        <w:t>(   ) d) had</w:t>
      </w:r>
    </w:p>
    <w:p>
      <w:pPr>
        <w:keepNext/>
        <w:spacing w:before="120"/>
      </w:pPr>
      <w:r>
        <w:t>4. Students ___ use their phones during the test. It's not allowed.</w:t>
      </w:r>
    </w:p>
    <w:p>
      <w:pPr>
        <w:spacing w:after="0"/>
        <w:ind w:left="454"/>
      </w:pPr>
      <w:r>
        <w:t>(   ) a) should</w:t>
      </w:r>
    </w:p>
    <w:p>
      <w:pPr>
        <w:spacing w:after="0"/>
        <w:ind w:left="454"/>
      </w:pPr>
      <w:r>
        <w:t>(   ) b) have to</w:t>
      </w:r>
    </w:p>
    <w:p>
      <w:pPr>
        <w:spacing w:after="0"/>
        <w:ind w:left="454"/>
      </w:pPr>
      <w:r>
        <w:t>(   ) c) may</w:t>
      </w:r>
    </w:p>
    <w:p>
      <w:pPr>
        <w:spacing w:after="0"/>
        <w:ind w:left="454"/>
      </w:pPr>
      <w:r>
        <w:t>(   ) d) mustn't</w:t>
      </w:r>
    </w:p>
    <w:p>
      <w:pPr>
        <w:pStyle w:val="Heading2"/>
      </w:pPr>
      <w:r>
        <w:t>3. Conditionals</w:t>
      </w:r>
    </w:p>
    <w:p>
      <w:r>
        <w:rPr>
          <w:i/>
        </w:rPr>
        <w:t>Complete with the correct form of the verb in parentheses.</w:t>
      </w:r>
    </w:p>
    <w:p>
      <w:pPr>
        <w:keepNext/>
        <w:spacing w:before="120"/>
      </w:pPr>
      <w:r>
        <w:t>1. They ______________ (go) to the movies if they finish their homework.</w:t>
      </w:r>
    </w:p>
    <w:p>
      <w:pPr>
        <w:keepNext/>
        <w:spacing w:before="120"/>
      </w:pPr>
      <w:r>
        <w:t>2. If I ______________ (be) you, I would study harder.</w:t>
      </w:r>
    </w:p>
    <w:p>
      <w:pPr>
        <w:keepNext/>
        <w:spacing w:before="120"/>
      </w:pPr>
      <w:r>
        <w:t>3. If it ______________ (be) sunny tomorrow, we will go to the beach.</w:t>
      </w:r>
    </w:p>
    <w:p>
      <w:pPr>
        <w:keepNext/>
        <w:spacing w:before="120"/>
      </w:pPr>
      <w:r>
        <w:t>4. If she had a car, she ______________ (drive) to work.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Mixed tenses</w:t>
      </w:r>
    </w:p>
    <w:p>
      <w:pPr>
        <w:spacing w:after="0"/>
      </w:pPr>
      <w:r>
        <w:t>1) studied</w:t>
      </w:r>
    </w:p>
    <w:p>
      <w:pPr>
        <w:spacing w:after="0"/>
      </w:pPr>
      <w:r>
        <w:t>2) didn't like</w:t>
      </w:r>
    </w:p>
    <w:p>
      <w:pPr>
        <w:spacing w:after="0"/>
      </w:pPr>
      <w:r>
        <w:t>3) is sleeping</w:t>
      </w:r>
    </w:p>
    <w:p>
      <w:pPr>
        <w:spacing w:after="0"/>
      </w:pPr>
      <w:r>
        <w:t>4) visits</w:t>
      </w:r>
    </w:p>
    <w:p>
      <w:r>
        <w:rPr>
          <w:b/>
        </w:rPr>
        <w:t>2. Modal verbs</w:t>
      </w:r>
    </w:p>
    <w:p>
      <w:pPr>
        <w:spacing w:after="0"/>
      </w:pPr>
      <w:r>
        <w:t>1) b) must</w:t>
      </w:r>
    </w:p>
    <w:p>
      <w:pPr>
        <w:spacing w:after="0"/>
      </w:pPr>
      <w:r>
        <w:t>2) c) might</w:t>
      </w:r>
    </w:p>
    <w:p>
      <w:pPr>
        <w:spacing w:after="0"/>
      </w:pPr>
      <w:r>
        <w:t>3) a) should</w:t>
      </w:r>
    </w:p>
    <w:p>
      <w:pPr>
        <w:spacing w:after="0"/>
      </w:pPr>
      <w:r>
        <w:t>4) d) mustn't</w:t>
      </w:r>
    </w:p>
    <w:p>
      <w:r>
        <w:rPr>
          <w:b/>
        </w:rPr>
        <w:t>3. Conditionals</w:t>
      </w:r>
    </w:p>
    <w:p>
      <w:pPr>
        <w:spacing w:after="0"/>
      </w:pPr>
      <w:r>
        <w:t>1) will go</w:t>
      </w:r>
    </w:p>
    <w:p>
      <w:pPr>
        <w:spacing w:after="0"/>
      </w:pPr>
      <w:r>
        <w:t>2) were</w:t>
      </w:r>
    </w:p>
    <w:p>
      <w:pPr>
        <w:spacing w:after="0"/>
      </w:pPr>
      <w:r>
        <w:t>3) is</w:t>
      </w:r>
    </w:p>
    <w:p>
      <w:pPr>
        <w:spacing w:after="0"/>
      </w:pPr>
      <w:r>
        <w:t>4) would drive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