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To be, to have e modal verbs</w:t>
      </w:r>
    </w:p>
    <w:p>
      <w:r>
        <w:rPr>
          <w:color w:val="6B6B6B"/>
          <w:sz w:val="18"/>
        </w:rPr>
        <w:t>6º ano e 7º ano · Modal verbs · BNCC: EF06LI19, EF07LI20</w:t>
      </w:r>
    </w:p>
    <w:p>
      <w:pPr>
        <w:pStyle w:val="Heading2"/>
      </w:pPr>
      <w:r>
        <w:t>1. To be or to have?</w:t>
      </w:r>
    </w:p>
    <w:p>
      <w:r>
        <w:rPr>
          <w:i/>
        </w:rPr>
        <w:t>Complete with the correct form of to be (am, is, are) or to have (have, has).</w:t>
      </w:r>
    </w:p>
    <w:p>
      <w:r>
        <w:rPr>
          <w:b/>
        </w:rPr>
        <w:t>Word bank:  am  |  is  |  are  |  have  |  has</w:t>
      </w:r>
    </w:p>
    <w:p>
      <w:pPr>
        <w:keepNext/>
        <w:spacing w:before="120"/>
      </w:pPr>
      <w:r>
        <w:t>1. My best friend ______________ tall and very funny.</w:t>
      </w:r>
    </w:p>
    <w:p>
      <w:pPr>
        <w:keepNext/>
        <w:spacing w:before="120"/>
      </w:pPr>
      <w:r>
        <w:t>2. We ______________ three pets at home.</w:t>
      </w:r>
    </w:p>
    <w:p>
      <w:pPr>
        <w:keepNext/>
        <w:spacing w:before="120"/>
      </w:pPr>
      <w:r>
        <w:t>3. They ______________ very good at soccer.</w:t>
      </w:r>
    </w:p>
    <w:p>
      <w:pPr>
        <w:keepNext/>
        <w:spacing w:before="120"/>
      </w:pPr>
      <w:r>
        <w:t>4. She ______________ a big family in New York.</w:t>
      </w:r>
    </w:p>
    <w:p>
      <w:pPr>
        <w:keepNext/>
        <w:spacing w:before="120"/>
      </w:pPr>
      <w:r>
        <w:t>5. I ______________ eleven years old.</w:t>
      </w:r>
    </w:p>
    <w:p>
      <w:pPr>
        <w:keepNext/>
        <w:spacing w:before="120"/>
      </w:pPr>
      <w:r>
        <w:t>6. My brother ______________ a new bike.</w:t>
      </w:r>
    </w:p>
    <w:p>
      <w:pPr>
        <w:pStyle w:val="Heading2"/>
      </w:pPr>
      <w:r>
        <w:t>2. Modal verbs</w:t>
      </w:r>
    </w:p>
    <w:p>
      <w:r>
        <w:rPr>
          <w:i/>
        </w:rPr>
        <w:t>Read the context and choose the correct modal verb.</w:t>
      </w:r>
    </w:p>
    <w:p>
      <w:pPr>
        <w:keepNext/>
        <w:spacing w:before="120"/>
      </w:pPr>
      <w:r>
        <w:t>1. Mom's rule: you ___ do your homework before playing video games.</w:t>
      </w:r>
    </w:p>
    <w:p>
      <w:pPr>
        <w:spacing w:after="0"/>
        <w:ind w:left="454"/>
      </w:pPr>
      <w:r>
        <w:t>(   ) a) can</w:t>
      </w:r>
    </w:p>
    <w:p>
      <w:pPr>
        <w:spacing w:after="0"/>
        <w:ind w:left="454"/>
      </w:pPr>
      <w:r>
        <w:t>(   ) b) must</w:t>
      </w:r>
    </w:p>
    <w:p>
      <w:pPr>
        <w:spacing w:after="0"/>
        <w:ind w:left="454"/>
      </w:pPr>
      <w:r>
        <w:t>(   ) c) can't</w:t>
      </w:r>
    </w:p>
    <w:p>
      <w:pPr>
        <w:keepNext/>
        <w:spacing w:before="120"/>
      </w:pPr>
      <w:r>
        <w:t>2. I ___ swim very well. I take lessons every week.</w:t>
      </w:r>
    </w:p>
    <w:p>
      <w:pPr>
        <w:spacing w:after="0"/>
        <w:ind w:left="454"/>
      </w:pPr>
      <w:r>
        <w:t>(   ) a) can</w:t>
      </w:r>
    </w:p>
    <w:p>
      <w:pPr>
        <w:spacing w:after="0"/>
        <w:ind w:left="454"/>
      </w:pPr>
      <w:r>
        <w:t>(   ) b) must</w:t>
      </w:r>
    </w:p>
    <w:p>
      <w:pPr>
        <w:spacing w:after="0"/>
        <w:ind w:left="454"/>
      </w:pPr>
      <w:r>
        <w:t>(   ) c) mustn't</w:t>
      </w:r>
    </w:p>
    <w:p>
      <w:pPr>
        <w:keepNext/>
        <w:spacing w:before="120"/>
      </w:pPr>
      <w:r>
        <w:t>3. Doctors say we ___ eat more vegetables to be healthy.</w:t>
      </w:r>
    </w:p>
    <w:p>
      <w:pPr>
        <w:spacing w:after="0"/>
        <w:ind w:left="454"/>
      </w:pPr>
      <w:r>
        <w:t>(   ) a) can't</w:t>
      </w:r>
    </w:p>
    <w:p>
      <w:pPr>
        <w:spacing w:after="0"/>
        <w:ind w:left="454"/>
      </w:pPr>
      <w:r>
        <w:t>(   ) b) mustn't</w:t>
      </w:r>
    </w:p>
    <w:p>
      <w:pPr>
        <w:spacing w:after="0"/>
        <w:ind w:left="454"/>
      </w:pPr>
      <w:r>
        <w:t>(   ) c) should</w:t>
      </w:r>
    </w:p>
    <w:p>
      <w:pPr>
        <w:keepNext/>
        <w:spacing w:before="120"/>
      </w:pPr>
      <w:r>
        <w:t>4. It's a school rule: students ___ wear a uniform.</w:t>
      </w:r>
    </w:p>
    <w:p>
      <w:pPr>
        <w:spacing w:after="0"/>
        <w:ind w:left="454"/>
      </w:pPr>
      <w:r>
        <w:t>(   ) a) can't</w:t>
      </w:r>
    </w:p>
    <w:p>
      <w:pPr>
        <w:spacing w:after="0"/>
        <w:ind w:left="454"/>
      </w:pPr>
      <w:r>
        <w:t>(   ) b) must</w:t>
      </w:r>
    </w:p>
    <w:p>
      <w:pPr>
        <w:spacing w:after="0"/>
        <w:ind w:left="454"/>
      </w:pPr>
      <w:r>
        <w:t>(   ) c) shouldn't</w:t>
      </w:r>
    </w:p>
    <w:p>
      <w:pPr>
        <w:keepNext/>
        <w:spacing w:before="120"/>
      </w:pPr>
      <w:r>
        <w:t>5. Penguins are birds, but they ___ fly.</w:t>
      </w:r>
    </w:p>
    <w:p>
      <w:pPr>
        <w:spacing w:after="0"/>
        <w:ind w:left="454"/>
      </w:pPr>
      <w:r>
        <w:t>(   ) a) can</w:t>
      </w:r>
    </w:p>
    <w:p>
      <w:pPr>
        <w:spacing w:after="0"/>
        <w:ind w:left="454"/>
      </w:pPr>
      <w:r>
        <w:t>(   ) b) must</w:t>
      </w:r>
    </w:p>
    <w:p>
      <w:pPr>
        <w:spacing w:after="0"/>
        <w:ind w:left="454"/>
      </w:pPr>
      <w:r>
        <w:t>(   ) c) can't</w:t>
      </w:r>
    </w:p>
    <w:p>
      <w:pPr>
        <w:keepNext/>
        <w:spacing w:before="120"/>
      </w:pPr>
      <w:r>
        <w:t>6. You ___ run in the hallway. It's dangerous!</w:t>
      </w:r>
    </w:p>
    <w:p>
      <w:pPr>
        <w:spacing w:after="0"/>
        <w:ind w:left="454"/>
      </w:pPr>
      <w:r>
        <w:t>(   ) a) mustn't</w:t>
      </w:r>
    </w:p>
    <w:p>
      <w:pPr>
        <w:spacing w:after="0"/>
        <w:ind w:left="454"/>
      </w:pPr>
      <w:r>
        <w:t>(   ) b) can</w:t>
      </w:r>
    </w:p>
    <w:p>
      <w:pPr>
        <w:spacing w:after="0"/>
        <w:ind w:left="454"/>
      </w:pPr>
      <w:r>
        <w:t>(   ) c) must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To be or to have?</w:t>
      </w:r>
    </w:p>
    <w:p>
      <w:pPr>
        <w:spacing w:after="0"/>
      </w:pPr>
      <w:r>
        <w:t>1) is</w:t>
      </w:r>
    </w:p>
    <w:p>
      <w:pPr>
        <w:spacing w:after="0"/>
      </w:pPr>
      <w:r>
        <w:t>2) have</w:t>
      </w:r>
    </w:p>
    <w:p>
      <w:pPr>
        <w:spacing w:after="0"/>
      </w:pPr>
      <w:r>
        <w:t>3) are</w:t>
      </w:r>
    </w:p>
    <w:p>
      <w:pPr>
        <w:spacing w:after="0"/>
      </w:pPr>
      <w:r>
        <w:t>4) has</w:t>
      </w:r>
    </w:p>
    <w:p>
      <w:pPr>
        <w:spacing w:after="0"/>
      </w:pPr>
      <w:r>
        <w:t>5) am</w:t>
      </w:r>
    </w:p>
    <w:p>
      <w:pPr>
        <w:spacing w:after="0"/>
      </w:pPr>
      <w:r>
        <w:t>6) has</w:t>
      </w:r>
    </w:p>
    <w:p>
      <w:r>
        <w:rPr>
          <w:b/>
        </w:rPr>
        <w:t>2. Modal verbs</w:t>
      </w:r>
    </w:p>
    <w:p>
      <w:pPr>
        <w:spacing w:after="0"/>
      </w:pPr>
      <w:r>
        <w:t>1) b) must</w:t>
      </w:r>
    </w:p>
    <w:p>
      <w:pPr>
        <w:spacing w:after="0"/>
      </w:pPr>
      <w:r>
        <w:t>2) a) can</w:t>
      </w:r>
    </w:p>
    <w:p>
      <w:pPr>
        <w:spacing w:after="0"/>
      </w:pPr>
      <w:r>
        <w:t>3) c) should</w:t>
      </w:r>
    </w:p>
    <w:p>
      <w:pPr>
        <w:spacing w:after="0"/>
      </w:pPr>
      <w:r>
        <w:t>4) b) must</w:t>
      </w:r>
    </w:p>
    <w:p>
      <w:pPr>
        <w:spacing w:after="0"/>
      </w:pPr>
      <w:r>
        <w:t>5) c) can't</w:t>
      </w:r>
    </w:p>
    <w:p>
      <w:pPr>
        <w:spacing w:after="0"/>
      </w:pPr>
      <w:r>
        <w:t>6) a) mustn't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2025-08-18T00:00:00Z</dcterms:created>
  <dcterms:modified xsi:type="dcterms:W3CDTF">2025-08-18T00:00:00Z</dcterms:modified>
  <cp:category/>
</cp:coreProperties>
</file>