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Modal verbs e conditionals</w:t>
      </w:r>
    </w:p>
    <w:p>
      <w:r>
        <w:rPr>
          <w:color w:val="6B6B6B"/>
          <w:sz w:val="18"/>
        </w:rPr>
        <w:t>1ª série e 2ª série · Modal verbs · BNCC: EM13LGG403</w:t>
      </w:r>
    </w:p>
    <w:p>
      <w:pPr>
        <w:pStyle w:val="Heading2"/>
      </w:pPr>
      <w:r>
        <w:t>1. Modal verbs</w:t>
      </w:r>
    </w:p>
    <w:p>
      <w:r>
        <w:rPr>
          <w:i/>
        </w:rPr>
        <w:t>Choose the correct option to complete the sentences.</w:t>
      </w:r>
    </w:p>
    <w:p>
      <w:pPr>
        <w:keepNext/>
        <w:spacing w:before="120"/>
      </w:pPr>
      <w:r>
        <w:t>1. You ___ eat so much fast food. It's bad for your health.</w:t>
      </w:r>
    </w:p>
    <w:p>
      <w:pPr>
        <w:spacing w:after="0"/>
        <w:ind w:left="454"/>
      </w:pPr>
      <w:r>
        <w:t>(   ) a) can</w:t>
      </w:r>
    </w:p>
    <w:p>
      <w:pPr>
        <w:spacing w:after="0"/>
        <w:ind w:left="454"/>
      </w:pPr>
      <w:r>
        <w:t>(   ) b) may</w:t>
      </w:r>
    </w:p>
    <w:p>
      <w:pPr>
        <w:spacing w:after="0"/>
        <w:ind w:left="454"/>
      </w:pPr>
      <w:r>
        <w:t>(   ) c) shouldn't</w:t>
      </w:r>
    </w:p>
    <w:p>
      <w:pPr>
        <w:spacing w:after="0"/>
        <w:ind w:left="454"/>
      </w:pPr>
      <w:r>
        <w:t>(   ) d) will</w:t>
      </w:r>
    </w:p>
    <w:p>
      <w:pPr>
        <w:keepNext/>
        <w:spacing w:before="120"/>
      </w:pPr>
      <w:r>
        <w:t>2. I ___ speak French very well. I lived in Paris for years.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can</w:t>
      </w:r>
    </w:p>
    <w:p>
      <w:pPr>
        <w:spacing w:after="0"/>
        <w:ind w:left="454"/>
      </w:pPr>
      <w:r>
        <w:t>(   ) c) should</w:t>
      </w:r>
    </w:p>
    <w:p>
      <w:pPr>
        <w:spacing w:after="0"/>
        <w:ind w:left="454"/>
      </w:pPr>
      <w:r>
        <w:t>(   ) d) has to</w:t>
      </w:r>
    </w:p>
    <w:p>
      <w:pPr>
        <w:keepNext/>
        <w:spacing w:before="120"/>
      </w:pPr>
      <w:r>
        <w:t>3. It's a rule: students ___ bring their IDs to enter the exam room.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can</w:t>
      </w:r>
    </w:p>
    <w:p>
      <w:pPr>
        <w:spacing w:after="0"/>
        <w:ind w:left="454"/>
      </w:pPr>
      <w:r>
        <w:t>(   ) c) may</w:t>
      </w:r>
    </w:p>
    <w:p>
      <w:pPr>
        <w:spacing w:after="0"/>
        <w:ind w:left="454"/>
      </w:pPr>
      <w:r>
        <w:t>(   ) d) could</w:t>
      </w:r>
    </w:p>
    <w:p>
      <w:pPr>
        <w:keepNext/>
        <w:spacing w:before="120"/>
      </w:pPr>
      <w:r>
        <w:t>4. I'm not sure, but she ___ be at the library now.</w:t>
      </w:r>
    </w:p>
    <w:p>
      <w:pPr>
        <w:spacing w:after="0"/>
        <w:ind w:left="454"/>
      </w:pPr>
      <w:r>
        <w:t>(   ) a) can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has to</w:t>
      </w:r>
    </w:p>
    <w:p>
      <w:pPr>
        <w:spacing w:after="0"/>
        <w:ind w:left="454"/>
      </w:pPr>
      <w:r>
        <w:t>(   ) d) may</w:t>
      </w:r>
    </w:p>
    <w:p>
      <w:pPr>
        <w:keepNext/>
        <w:spacing w:before="120"/>
      </w:pPr>
      <w:r>
        <w:t>5. You ___ study harder if you want to pass the test.</w:t>
      </w:r>
    </w:p>
    <w:p>
      <w:pPr>
        <w:spacing w:after="0"/>
        <w:ind w:left="454"/>
      </w:pPr>
      <w:r>
        <w:t>(   ) a) may</w:t>
      </w:r>
    </w:p>
    <w:p>
      <w:pPr>
        <w:spacing w:after="0"/>
        <w:ind w:left="454"/>
      </w:pPr>
      <w:r>
        <w:t>(   ) b) should</w:t>
      </w:r>
    </w:p>
    <w:p>
      <w:pPr>
        <w:spacing w:after="0"/>
        <w:ind w:left="454"/>
      </w:pPr>
      <w:r>
        <w:t>(   ) c) mustn't</w:t>
      </w:r>
    </w:p>
    <w:p>
      <w:pPr>
        <w:spacing w:after="0"/>
        <w:ind w:left="454"/>
      </w:pPr>
      <w:r>
        <w:t>(   ) d) can't</w:t>
      </w:r>
    </w:p>
    <w:p>
      <w:pPr>
        <w:keepNext/>
        <w:spacing w:before="120"/>
      </w:pPr>
      <w:r>
        <w:t>6. We ___ go out tonight. We have a test tomorrow morning.</w:t>
      </w:r>
    </w:p>
    <w:p>
      <w:pPr>
        <w:spacing w:after="0"/>
        <w:ind w:left="454"/>
      </w:pPr>
      <w:r>
        <w:t>(   ) a) shouldn't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will</w:t>
      </w:r>
    </w:p>
    <w:p>
      <w:pPr>
        <w:spacing w:after="0"/>
        <w:ind w:left="454"/>
      </w:pPr>
      <w:r>
        <w:t>(   ) d) have to</w:t>
      </w:r>
    </w:p>
    <w:p>
      <w:pPr>
        <w:pStyle w:val="Heading2"/>
      </w:pPr>
      <w:r>
        <w:t>2. Conditional sentences</w:t>
      </w:r>
    </w:p>
    <w:p>
      <w:r>
        <w:rPr>
          <w:i/>
        </w:rPr>
        <w:t>Choose the best option to complete each sentence.</w:t>
      </w:r>
    </w:p>
    <w:p>
      <w:pPr>
        <w:keepNext/>
        <w:spacing w:before="120"/>
      </w:pPr>
      <w:r>
        <w:t>1. If I ___ (be) rich, I would travel the world.</w:t>
      </w:r>
    </w:p>
    <w:p>
      <w:pPr>
        <w:spacing w:after="0"/>
        <w:ind w:left="454"/>
      </w:pPr>
      <w:r>
        <w:t>(   ) a) am</w:t>
      </w:r>
    </w:p>
    <w:p>
      <w:pPr>
        <w:spacing w:after="0"/>
        <w:ind w:left="454"/>
      </w:pPr>
      <w:r>
        <w:t>(   ) b) will be</w:t>
      </w:r>
    </w:p>
    <w:p>
      <w:pPr>
        <w:spacing w:after="0"/>
        <w:ind w:left="454"/>
      </w:pPr>
      <w:r>
        <w:t>(   ) c) were</w:t>
      </w:r>
    </w:p>
    <w:p>
      <w:pPr>
        <w:spacing w:after="0"/>
        <w:ind w:left="454"/>
      </w:pPr>
      <w:r>
        <w:t>(   ) d) be</w:t>
      </w:r>
    </w:p>
    <w:p>
      <w:pPr>
        <w:keepNext/>
        <w:spacing w:before="120"/>
      </w:pPr>
      <w:r>
        <w:t>2. You will fail the exam if you ___ (not study).</w:t>
      </w:r>
    </w:p>
    <w:p>
      <w:pPr>
        <w:spacing w:after="0"/>
        <w:ind w:left="454"/>
      </w:pPr>
      <w:r>
        <w:t>(   ) a) don't study</w:t>
      </w:r>
    </w:p>
    <w:p>
      <w:pPr>
        <w:spacing w:after="0"/>
        <w:ind w:left="454"/>
      </w:pPr>
      <w:r>
        <w:t>(   ) b) won't study</w:t>
      </w:r>
    </w:p>
    <w:p>
      <w:pPr>
        <w:spacing w:after="0"/>
        <w:ind w:left="454"/>
      </w:pPr>
      <w:r>
        <w:t>(   ) c) didn't study</w:t>
      </w:r>
    </w:p>
    <w:p>
      <w:pPr>
        <w:spacing w:after="0"/>
        <w:ind w:left="454"/>
      </w:pPr>
      <w:r>
        <w:t>(   ) d) aren't studying</w:t>
      </w:r>
    </w:p>
    <w:p>
      <w:pPr>
        <w:keepNext/>
        <w:spacing w:before="120"/>
      </w:pPr>
      <w:r>
        <w:t>3. If they had left earlier, they ___ (arrive) on time.</w:t>
      </w:r>
    </w:p>
    <w:p>
      <w:pPr>
        <w:spacing w:after="0"/>
        <w:ind w:left="454"/>
      </w:pPr>
      <w:r>
        <w:t>(   ) a) will arrive</w:t>
      </w:r>
    </w:p>
    <w:p>
      <w:pPr>
        <w:spacing w:after="0"/>
        <w:ind w:left="454"/>
      </w:pPr>
      <w:r>
        <w:t>(   ) b) arrived</w:t>
      </w:r>
    </w:p>
    <w:p>
      <w:pPr>
        <w:spacing w:after="0"/>
        <w:ind w:left="454"/>
      </w:pPr>
      <w:r>
        <w:t>(   ) c) would arrive</w:t>
      </w:r>
    </w:p>
    <w:p>
      <w:pPr>
        <w:spacing w:after="0"/>
        <w:ind w:left="454"/>
      </w:pPr>
      <w:r>
        <w:t>(   ) d) would have arrived</w:t>
      </w:r>
    </w:p>
    <w:p>
      <w:pPr>
        <w:keepNext/>
        <w:spacing w:before="120"/>
      </w:pPr>
      <w:r>
        <w:t>4. If it rains, we ___ (stay) home and watch movies.</w:t>
      </w:r>
    </w:p>
    <w:p>
      <w:pPr>
        <w:spacing w:after="0"/>
        <w:ind w:left="454"/>
      </w:pPr>
      <w:r>
        <w:t>(   ) a) staying</w:t>
      </w:r>
    </w:p>
    <w:p>
      <w:pPr>
        <w:spacing w:after="0"/>
        <w:ind w:left="454"/>
      </w:pPr>
      <w:r>
        <w:t>(   ) b) will stay</w:t>
      </w:r>
    </w:p>
    <w:p>
      <w:pPr>
        <w:spacing w:after="0"/>
        <w:ind w:left="454"/>
      </w:pPr>
      <w:r>
        <w:t>(   ) c) stayed</w:t>
      </w:r>
    </w:p>
    <w:p>
      <w:pPr>
        <w:spacing w:after="0"/>
        <w:ind w:left="454"/>
      </w:pPr>
      <w:r>
        <w:t>(   ) d) would stay</w:t>
      </w:r>
    </w:p>
    <w:p>
      <w:pPr>
        <w:keepNext/>
        <w:spacing w:before="120"/>
      </w:pPr>
      <w:r>
        <w:t>5. She ___ (help) you if you had asked her.</w:t>
      </w:r>
    </w:p>
    <w:p>
      <w:pPr>
        <w:spacing w:after="0"/>
        <w:ind w:left="454"/>
      </w:pPr>
      <w:r>
        <w:t>(   ) a) would have helped</w:t>
      </w:r>
    </w:p>
    <w:p>
      <w:pPr>
        <w:spacing w:after="0"/>
        <w:ind w:left="454"/>
      </w:pPr>
      <w:r>
        <w:t>(   ) b) will help</w:t>
      </w:r>
    </w:p>
    <w:p>
      <w:pPr>
        <w:spacing w:after="0"/>
        <w:ind w:left="454"/>
      </w:pPr>
      <w:r>
        <w:t>(   ) c) would help</w:t>
      </w:r>
    </w:p>
    <w:p>
      <w:pPr>
        <w:spacing w:after="0"/>
        <w:ind w:left="454"/>
      </w:pPr>
      <w:r>
        <w:t>(   ) d) helps</w:t>
      </w:r>
    </w:p>
    <w:p>
      <w:pPr>
        <w:keepNext/>
        <w:spacing w:before="120"/>
      </w:pPr>
      <w:r>
        <w:t>6. If you heat ice, it ___ (melt).</w:t>
      </w:r>
    </w:p>
    <w:p>
      <w:pPr>
        <w:spacing w:after="0"/>
        <w:ind w:left="454"/>
      </w:pPr>
      <w:r>
        <w:t>(   ) a) melted</w:t>
      </w:r>
    </w:p>
    <w:p>
      <w:pPr>
        <w:spacing w:after="0"/>
        <w:ind w:left="454"/>
      </w:pPr>
      <w:r>
        <w:t>(   ) b) would melt</w:t>
      </w:r>
    </w:p>
    <w:p>
      <w:pPr>
        <w:spacing w:after="0"/>
        <w:ind w:left="454"/>
      </w:pPr>
      <w:r>
        <w:t>(   ) c) melts</w:t>
      </w:r>
    </w:p>
    <w:p>
      <w:pPr>
        <w:spacing w:after="0"/>
        <w:ind w:left="454"/>
      </w:pPr>
      <w:r>
        <w:t>(   ) d) would have melted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Modal verbs</w:t>
      </w:r>
    </w:p>
    <w:p>
      <w:pPr>
        <w:spacing w:after="0"/>
      </w:pPr>
      <w:r>
        <w:t>1) c) shouldn't</w:t>
      </w:r>
    </w:p>
    <w:p>
      <w:pPr>
        <w:spacing w:after="0"/>
      </w:pPr>
      <w:r>
        <w:t>2) b) can</w:t>
      </w:r>
    </w:p>
    <w:p>
      <w:pPr>
        <w:spacing w:after="0"/>
      </w:pPr>
      <w:r>
        <w:t>3) a) must</w:t>
      </w:r>
    </w:p>
    <w:p>
      <w:pPr>
        <w:spacing w:after="0"/>
      </w:pPr>
      <w:r>
        <w:t>4) d) may</w:t>
      </w:r>
    </w:p>
    <w:p>
      <w:pPr>
        <w:spacing w:after="0"/>
      </w:pPr>
      <w:r>
        <w:t>5) b) should</w:t>
      </w:r>
    </w:p>
    <w:p>
      <w:pPr>
        <w:spacing w:after="0"/>
      </w:pPr>
      <w:r>
        <w:t>6) a) shouldn't</w:t>
      </w:r>
    </w:p>
    <w:p>
      <w:r>
        <w:rPr>
          <w:b/>
        </w:rPr>
        <w:t>2. Conditional sentences</w:t>
      </w:r>
    </w:p>
    <w:p>
      <w:pPr>
        <w:spacing w:after="0"/>
      </w:pPr>
      <w:r>
        <w:t>1) c) were</w:t>
      </w:r>
    </w:p>
    <w:p>
      <w:pPr>
        <w:spacing w:after="0"/>
      </w:pPr>
      <w:r>
        <w:t>2) a) don't study</w:t>
      </w:r>
    </w:p>
    <w:p>
      <w:pPr>
        <w:spacing w:after="0"/>
      </w:pPr>
      <w:r>
        <w:t>3) d) would have arrived</w:t>
      </w:r>
    </w:p>
    <w:p>
      <w:pPr>
        <w:spacing w:after="0"/>
      </w:pPr>
      <w:r>
        <w:t>4) b) will stay</w:t>
      </w:r>
    </w:p>
    <w:p>
      <w:pPr>
        <w:spacing w:after="0"/>
      </w:pPr>
      <w:r>
        <w:t>5) a) would have helped</w:t>
      </w:r>
    </w:p>
    <w:p>
      <w:pPr>
        <w:spacing w:after="0"/>
      </w:pPr>
      <w:r>
        <w:t>6) c) melts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2025-08-22T00:00:00Z</dcterms:created>
  <dcterms:modified xsi:type="dcterms:W3CDTF">2025-08-22T00:00:00Z</dcterms:modified>
  <cp:category/>
</cp:coreProperties>
</file>