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Tempos verbais e condicionais</w:t>
      </w:r>
    </w:p>
    <w:p>
      <w:r>
        <w:rPr>
          <w:color w:val="6B6B6B"/>
          <w:sz w:val="18"/>
        </w:rPr>
        <w:t>2ª série e 3ª série · Conditionals (if clauses) · BNCC: EM13LGG403</w:t>
      </w:r>
    </w:p>
    <w:p>
      <w:pPr>
        <w:pStyle w:val="Heading2"/>
      </w:pPr>
      <w:r>
        <w:t>1. Mixed tenses</w:t>
      </w:r>
    </w:p>
    <w:p>
      <w:r>
        <w:rPr>
          <w:i/>
        </w:rPr>
        <w:t>Choose the correct verb tense to complete each sentence.</w:t>
      </w:r>
    </w:p>
    <w:p>
      <w:pPr>
        <w:keepNext/>
        <w:spacing w:before="120"/>
      </w:pPr>
      <w:r>
        <w:t>1. By the time we arrived at the theater, the movie ___.</w:t>
      </w:r>
    </w:p>
    <w:p>
      <w:pPr>
        <w:spacing w:after="0"/>
        <w:ind w:left="454"/>
      </w:pPr>
      <w:r>
        <w:t>(   ) a) has started</w:t>
      </w:r>
    </w:p>
    <w:p>
      <w:pPr>
        <w:spacing w:after="0"/>
        <w:ind w:left="454"/>
      </w:pPr>
      <w:r>
        <w:t>(   ) b) had started</w:t>
      </w:r>
    </w:p>
    <w:p>
      <w:pPr>
        <w:spacing w:after="0"/>
        <w:ind w:left="454"/>
      </w:pPr>
      <w:r>
        <w:t>(   ) c) starts</w:t>
      </w:r>
    </w:p>
    <w:p>
      <w:pPr>
        <w:keepNext/>
        <w:spacing w:before="120"/>
      </w:pPr>
      <w:r>
        <w:t>2. She ___ for her SAT exam since Monday.</w:t>
      </w:r>
    </w:p>
    <w:p>
      <w:pPr>
        <w:spacing w:after="0"/>
        <w:ind w:left="454"/>
      </w:pPr>
      <w:r>
        <w:t>(   ) a) has been studying</w:t>
      </w:r>
    </w:p>
    <w:p>
      <w:pPr>
        <w:spacing w:after="0"/>
        <w:ind w:left="454"/>
      </w:pPr>
      <w:r>
        <w:t>(   ) b) is studying</w:t>
      </w:r>
    </w:p>
    <w:p>
      <w:pPr>
        <w:spacing w:after="0"/>
        <w:ind w:left="454"/>
      </w:pPr>
      <w:r>
        <w:t>(   ) c) had studied</w:t>
      </w:r>
    </w:p>
    <w:p>
      <w:pPr>
        <w:keepNext/>
        <w:spacing w:before="120"/>
      </w:pPr>
      <w:r>
        <w:t>3. I ___ my keys, so I can't open the door.</w:t>
      </w:r>
    </w:p>
    <w:p>
      <w:pPr>
        <w:spacing w:after="0"/>
        <w:ind w:left="454"/>
      </w:pPr>
      <w:r>
        <w:t>(   ) a) lost</w:t>
      </w:r>
    </w:p>
    <w:p>
      <w:pPr>
        <w:spacing w:after="0"/>
        <w:ind w:left="454"/>
      </w:pPr>
      <w:r>
        <w:t>(   ) b) had lost</w:t>
      </w:r>
    </w:p>
    <w:p>
      <w:pPr>
        <w:spacing w:after="0"/>
        <w:ind w:left="454"/>
      </w:pPr>
      <w:r>
        <w:t>(   ) c) have lost</w:t>
      </w:r>
    </w:p>
    <w:p>
      <w:pPr>
        <w:keepNext/>
        <w:spacing w:before="120"/>
      </w:pPr>
      <w:r>
        <w:t>4. When I called him, he ___ dinner.</w:t>
      </w:r>
    </w:p>
    <w:p>
      <w:pPr>
        <w:spacing w:after="0"/>
        <w:ind w:left="454"/>
      </w:pPr>
      <w:r>
        <w:t>(   ) a) was having</w:t>
      </w:r>
    </w:p>
    <w:p>
      <w:pPr>
        <w:spacing w:after="0"/>
        <w:ind w:left="454"/>
      </w:pPr>
      <w:r>
        <w:t>(   ) b) has had</w:t>
      </w:r>
    </w:p>
    <w:p>
      <w:pPr>
        <w:spacing w:after="0"/>
        <w:ind w:left="454"/>
      </w:pPr>
      <w:r>
        <w:t>(   ) c) has been having</w:t>
      </w:r>
    </w:p>
    <w:p>
      <w:pPr>
        <w:keepNext/>
        <w:spacing w:before="120"/>
      </w:pPr>
      <w:r>
        <w:t>5. They ___ in Recife since 2015.</w:t>
      </w:r>
    </w:p>
    <w:p>
      <w:pPr>
        <w:spacing w:after="0"/>
        <w:ind w:left="454"/>
      </w:pPr>
      <w:r>
        <w:t>(   ) a) live</w:t>
      </w:r>
    </w:p>
    <w:p>
      <w:pPr>
        <w:spacing w:after="0"/>
        <w:ind w:left="454"/>
      </w:pPr>
      <w:r>
        <w:t>(   ) b) lived</w:t>
      </w:r>
    </w:p>
    <w:p>
      <w:pPr>
        <w:spacing w:after="0"/>
        <w:ind w:left="454"/>
      </w:pPr>
      <w:r>
        <w:t>(   ) c) have lived</w:t>
      </w:r>
    </w:p>
    <w:p>
      <w:pPr>
        <w:pStyle w:val="Heading2"/>
      </w:pPr>
      <w:r>
        <w:t>2. Conditionals</w:t>
      </w:r>
    </w:p>
    <w:p>
      <w:r>
        <w:rPr>
          <w:i/>
        </w:rPr>
        <w:t>Complete with the correct form of the verb in parentheses.</w:t>
      </w:r>
    </w:p>
    <w:p>
      <w:pPr>
        <w:keepNext/>
        <w:spacing w:before="120"/>
      </w:pPr>
      <w:r>
        <w:t>1. If I ______________ (be) rich, I would travel the world.</w:t>
      </w:r>
    </w:p>
    <w:p>
      <w:pPr>
        <w:keepNext/>
        <w:spacing w:before="120"/>
      </w:pPr>
      <w:r>
        <w:t>2. If he ______________ (study) last night, he would have passed the test.</w:t>
      </w:r>
    </w:p>
    <w:p>
      <w:pPr>
        <w:keepNext/>
        <w:spacing w:before="120"/>
      </w:pPr>
      <w:r>
        <w:t>3. If it rains tomorrow, we ______________ (stay) at home.</w:t>
      </w:r>
    </w:p>
    <w:p>
      <w:pPr>
        <w:keepNext/>
        <w:spacing w:before="120"/>
      </w:pPr>
      <w:r>
        <w:t>4. If she ______________ (have) more time, she would learn Japanese.</w:t>
      </w:r>
    </w:p>
    <w:p>
      <w:pPr>
        <w:keepNext/>
        <w:spacing w:before="120"/>
      </w:pPr>
      <w:r>
        <w:t>5. If we had left earlier, we ______________ (not / miss) the bus.</w:t>
      </w:r>
    </w:p>
    <w:p>
      <w:pPr>
        <w:pStyle w:val="Heading2"/>
      </w:pPr>
      <w:r>
        <w:t>3. Which conditional?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"If I had known, I would have helped you." This sentence talks about...</w:t>
      </w:r>
    </w:p>
    <w:p>
      <w:pPr>
        <w:spacing w:after="0"/>
        <w:ind w:left="454"/>
      </w:pPr>
      <w:r>
        <w:t>(   ) a) a real possibility in the future</w:t>
      </w:r>
    </w:p>
    <w:p>
      <w:pPr>
        <w:spacing w:after="0"/>
        <w:ind w:left="454"/>
      </w:pPr>
      <w:r>
        <w:t>(   ) b) an imaginary situation in the past</w:t>
      </w:r>
    </w:p>
    <w:p>
      <w:pPr>
        <w:spacing w:after="0"/>
        <w:ind w:left="454"/>
      </w:pPr>
      <w:r>
        <w:t>(   ) c) a general truth</w:t>
      </w:r>
    </w:p>
    <w:p>
      <w:pPr>
        <w:keepNext/>
        <w:spacing w:before="120"/>
      </w:pPr>
      <w:r>
        <w:t>2. If water reaches 100°C, it ___.</w:t>
      </w:r>
    </w:p>
    <w:p>
      <w:pPr>
        <w:spacing w:after="0"/>
        <w:ind w:left="454"/>
      </w:pPr>
      <w:r>
        <w:t>(   ) a) boils</w:t>
      </w:r>
    </w:p>
    <w:p>
      <w:pPr>
        <w:spacing w:after="0"/>
        <w:ind w:left="454"/>
      </w:pPr>
      <w:r>
        <w:t>(   ) b) would boil</w:t>
      </w:r>
    </w:p>
    <w:p>
      <w:pPr>
        <w:spacing w:after="0"/>
        <w:ind w:left="454"/>
      </w:pPr>
      <w:r>
        <w:t>(   ) c) would have boiled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Mixed tenses</w:t>
      </w:r>
    </w:p>
    <w:p>
      <w:pPr>
        <w:spacing w:after="0"/>
      </w:pPr>
      <w:r>
        <w:t>1) b) had started</w:t>
      </w:r>
    </w:p>
    <w:p>
      <w:pPr>
        <w:spacing w:after="0"/>
      </w:pPr>
      <w:r>
        <w:t>2) a) has been studying</w:t>
      </w:r>
    </w:p>
    <w:p>
      <w:pPr>
        <w:spacing w:after="0"/>
      </w:pPr>
      <w:r>
        <w:t>3) c) have lost</w:t>
      </w:r>
    </w:p>
    <w:p>
      <w:pPr>
        <w:spacing w:after="0"/>
      </w:pPr>
      <w:r>
        <w:t>4) a) was having</w:t>
      </w:r>
    </w:p>
    <w:p>
      <w:pPr>
        <w:spacing w:after="0"/>
      </w:pPr>
      <w:r>
        <w:t>5) c) have lived</w:t>
      </w:r>
    </w:p>
    <w:p>
      <w:r>
        <w:rPr>
          <w:b/>
        </w:rPr>
        <w:t>2. Conditionals</w:t>
      </w:r>
    </w:p>
    <w:p>
      <w:pPr>
        <w:spacing w:after="0"/>
      </w:pPr>
      <w:r>
        <w:t>1) were</w:t>
      </w:r>
    </w:p>
    <w:p>
      <w:pPr>
        <w:spacing w:after="0"/>
      </w:pPr>
      <w:r>
        <w:t>2) had studied</w:t>
      </w:r>
    </w:p>
    <w:p>
      <w:pPr>
        <w:spacing w:after="0"/>
      </w:pPr>
      <w:r>
        <w:t>3) will stay</w:t>
      </w:r>
    </w:p>
    <w:p>
      <w:pPr>
        <w:spacing w:after="0"/>
      </w:pPr>
      <w:r>
        <w:t>4) had</w:t>
      </w:r>
    </w:p>
    <w:p>
      <w:pPr>
        <w:spacing w:after="0"/>
      </w:pPr>
      <w:r>
        <w:t>5) wouldn't have missed</w:t>
      </w:r>
    </w:p>
    <w:p>
      <w:r>
        <w:rPr>
          <w:b/>
        </w:rPr>
        <w:t>3. Which conditional?</w:t>
      </w:r>
    </w:p>
    <w:p>
      <w:pPr>
        <w:spacing w:after="0"/>
      </w:pPr>
      <w:r>
        <w:t>1) b) an imaginary situation in the past</w:t>
      </w:r>
    </w:p>
    <w:p>
      <w:pPr>
        <w:spacing w:after="0"/>
      </w:pPr>
      <w:r>
        <w:t>2) a) boils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