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Mixed Skills: post de opinião, meio ambiente e e-mail</w:t>
      </w:r>
    </w:p>
    <w:p>
      <w:r>
        <w:rPr>
          <w:color w:val="6B6B6B"/>
          <w:sz w:val="18"/>
        </w:rPr>
        <w:t>1ª série e 2ª série · Reading comprehension (interpretação) · BNCC: EM13LGG302, EM13LGG301</w:t>
      </w:r>
    </w:p>
    <w:p>
      <w:pPr>
        <w:pStyle w:val="Heading2"/>
      </w:pPr>
      <w:r>
        <w:t>1. Reading: opinion post</w:t>
      </w:r>
    </w:p>
    <w:p>
      <w:r>
        <w:rPr>
          <w:i/>
        </w:rPr>
        <w:t>Read the post and choose the correct answer.</w:t>
      </w:r>
    </w:p>
    <w:p>
      <w:r>
        <w:rPr>
          <w:b/>
        </w:rPr>
        <w:t>Opinion post</w:t>
      </w:r>
    </w:p>
    <w:p>
      <w:pPr>
        <w:ind w:left="340"/>
      </w:pPr>
      <w:r>
        <w:t>Technology is amazing, but we need to use it wisely. Many teenagers spend too much time on social media. I believe balance is the key: enjoy your phone, but don't forget to live offline too.</w:t>
      </w:r>
    </w:p>
    <w:p>
      <w:pPr>
        <w:keepNext/>
        <w:spacing w:before="120"/>
      </w:pPr>
      <w:r>
        <w:t>1. What is the main idea of the text?</w:t>
      </w:r>
    </w:p>
    <w:p>
      <w:pPr>
        <w:spacing w:after="0"/>
        <w:ind w:left="454"/>
      </w:pPr>
      <w:r>
        <w:t>(   ) a) Teenagers should throw their phones away.</w:t>
      </w:r>
    </w:p>
    <w:p>
      <w:pPr>
        <w:spacing w:after="0"/>
        <w:ind w:left="454"/>
      </w:pPr>
      <w:r>
        <w:t>(   ) b) We should use technology in a balanced way.</w:t>
      </w:r>
    </w:p>
    <w:p>
      <w:pPr>
        <w:spacing w:after="0"/>
        <w:ind w:left="454"/>
      </w:pPr>
      <w:r>
        <w:t>(   ) c) Social media is the best way to live.</w:t>
      </w:r>
    </w:p>
    <w:p>
      <w:pPr>
        <w:keepNext/>
        <w:spacing w:before="120"/>
      </w:pPr>
      <w:r>
        <w:t>2. What does the author think about technology?</w:t>
      </w:r>
    </w:p>
    <w:p>
      <w:pPr>
        <w:spacing w:after="0"/>
        <w:ind w:left="454"/>
      </w:pPr>
      <w:r>
        <w:t>(   ) a) It is good, but it must be used wisely.</w:t>
      </w:r>
    </w:p>
    <w:p>
      <w:pPr>
        <w:spacing w:after="0"/>
        <w:ind w:left="454"/>
      </w:pPr>
      <w:r>
        <w:t>(   ) b) It is dangerous and useless.</w:t>
      </w:r>
    </w:p>
    <w:p>
      <w:pPr>
        <w:spacing w:after="0"/>
        <w:ind w:left="454"/>
      </w:pPr>
      <w:r>
        <w:t>(   ) c) It is only for adults.</w:t>
      </w:r>
    </w:p>
    <w:p>
      <w:pPr>
        <w:keepNext/>
        <w:spacing w:before="120"/>
      </w:pPr>
      <w:r>
        <w:t>3. Does the author support or criticize social media use?</w:t>
      </w:r>
    </w:p>
    <w:p>
      <w:pPr>
        <w:spacing w:after="0"/>
        <w:ind w:left="454"/>
      </w:pPr>
      <w:r>
        <w:t>(   ) a) Criticizes it completely</w:t>
      </w:r>
    </w:p>
    <w:p>
      <w:pPr>
        <w:spacing w:after="0"/>
        <w:ind w:left="454"/>
      </w:pPr>
      <w:r>
        <w:t>(   ) b) Supports it without limits</w:t>
      </w:r>
    </w:p>
    <w:p>
      <w:pPr>
        <w:spacing w:after="0"/>
        <w:ind w:left="454"/>
      </w:pPr>
      <w:r>
        <w:t>(   ) c) Supports it with moderation</w:t>
      </w:r>
    </w:p>
    <w:p>
      <w:pPr>
        <w:keepNext/>
        <w:spacing w:before="120"/>
      </w:pPr>
      <w:r>
        <w:t>4. Which part of the post clearly expresses the author's personal opinion?</w:t>
      </w:r>
    </w:p>
    <w:p>
      <w:pPr>
        <w:spacing w:after="0"/>
        <w:ind w:left="454"/>
      </w:pPr>
      <w:r>
        <w:t>(   ) a) "I believe balance is the key."</w:t>
      </w:r>
    </w:p>
    <w:p>
      <w:pPr>
        <w:spacing w:after="0"/>
        <w:ind w:left="454"/>
      </w:pPr>
      <w:r>
        <w:t>(   ) b) "Many teenagers spend..."</w:t>
      </w:r>
    </w:p>
    <w:p>
      <w:pPr>
        <w:spacing w:after="0"/>
        <w:ind w:left="454"/>
      </w:pPr>
      <w:r>
        <w:t>(   ) c) "...on social media."</w:t>
      </w:r>
    </w:p>
    <w:p>
      <w:pPr>
        <w:pStyle w:val="Heading2"/>
      </w:pPr>
      <w:r>
        <w:t>2. Vocabulary in context</w:t>
      </w:r>
    </w:p>
    <w:p>
      <w:r>
        <w:rPr>
          <w:i/>
        </w:rPr>
        <w:t>Complete the sentences with the words from the box.</w:t>
      </w:r>
    </w:p>
    <w:p>
      <w:r>
        <w:rPr>
          <w:b/>
        </w:rPr>
        <w:t>Word bank:  pollution  |  environment  |  reduce  |  recycle  |  waste</w:t>
      </w:r>
    </w:p>
    <w:p>
      <w:pPr>
        <w:keepNext/>
        <w:spacing w:before="120"/>
      </w:pPr>
      <w:r>
        <w:t>1. We need to ______________ the use of plastic to help the planet.</w:t>
      </w:r>
    </w:p>
    <w:p>
      <w:pPr>
        <w:keepNext/>
        <w:spacing w:before="120"/>
      </w:pPr>
      <w:r>
        <w:t>2. Factories often cause a lot of ______________.</w:t>
      </w:r>
    </w:p>
    <w:p>
      <w:pPr>
        <w:keepNext/>
        <w:spacing w:before="120"/>
      </w:pPr>
      <w:r>
        <w:t>3. To protect the ______________, we should plant more trees.</w:t>
      </w:r>
    </w:p>
    <w:p>
      <w:pPr>
        <w:keepNext/>
        <w:spacing w:before="120"/>
      </w:pPr>
      <w:r>
        <w:t>4. You can ______________ paper, glass, and metal.</w:t>
      </w:r>
    </w:p>
    <w:p>
      <w:pPr>
        <w:keepNext/>
        <w:spacing w:before="120"/>
      </w:pPr>
      <w:r>
        <w:t>5. Don't ______________ water when you brush your teeth.</w:t>
      </w:r>
    </w:p>
    <w:p>
      <w:pPr>
        <w:pStyle w:val="Heading2"/>
      </w:pPr>
      <w:r>
        <w:t>3. Word meaning</w:t>
      </w:r>
    </w:p>
    <w:p>
      <w:r>
        <w:rPr>
          <w:i/>
        </w:rPr>
        <w:t>Choose the correct translation.</w:t>
      </w:r>
    </w:p>
    <w:p>
      <w:pPr>
        <w:keepNext/>
        <w:spacing w:before="120"/>
      </w:pPr>
      <w:r>
        <w:t>1. wisely</w:t>
      </w:r>
    </w:p>
    <w:p>
      <w:pPr>
        <w:spacing w:after="0"/>
        <w:ind w:left="454"/>
      </w:pPr>
      <w:r>
        <w:t>(   ) a) rapidamente</w:t>
      </w:r>
    </w:p>
    <w:p>
      <w:pPr>
        <w:spacing w:after="0"/>
        <w:ind w:left="454"/>
      </w:pPr>
      <w:r>
        <w:t>(   ) b) com sabedoria</w:t>
      </w:r>
    </w:p>
    <w:p>
      <w:pPr>
        <w:spacing w:after="0"/>
        <w:ind w:left="454"/>
      </w:pPr>
      <w:r>
        <w:t>(   ) c) raramente</w:t>
      </w:r>
    </w:p>
    <w:p>
      <w:pPr>
        <w:keepNext/>
        <w:spacing w:before="120"/>
      </w:pPr>
      <w:r>
        <w:t>2. offline</w:t>
      </w:r>
    </w:p>
    <w:p>
      <w:pPr>
        <w:spacing w:after="0"/>
        <w:ind w:left="454"/>
      </w:pPr>
      <w:r>
        <w:t>(   ) a) sem estar conectado à internet</w:t>
      </w:r>
    </w:p>
    <w:p>
      <w:pPr>
        <w:spacing w:after="0"/>
        <w:ind w:left="454"/>
      </w:pPr>
      <w:r>
        <w:t>(   ) b) em uma fila</w:t>
      </w:r>
    </w:p>
    <w:p>
      <w:pPr>
        <w:spacing w:after="0"/>
        <w:ind w:left="454"/>
      </w:pPr>
      <w:r>
        <w:t>(   ) c) fora de casa</w:t>
      </w:r>
    </w:p>
    <w:p>
      <w:pPr>
        <w:pStyle w:val="Heading2"/>
      </w:pPr>
      <w:r>
        <w:t>4. Writing: e-mail to a friend</w:t>
      </w:r>
    </w:p>
    <w:p>
      <w:r>
        <w:rPr>
          <w:i/>
        </w:rPr>
        <w:t>Write a short e-mail (40–60 words).</w:t>
      </w:r>
    </w:p>
    <w:p>
      <w:pPr>
        <w:keepNext/>
        <w:spacing w:before="120"/>
      </w:pPr>
      <w:r>
        <w:t>1. You moved to a new city and want to tell a friend about it. Include: how you feel, one thing you like and one thing you miss.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Reading: opinion post</w:t>
      </w:r>
    </w:p>
    <w:p>
      <w:pPr>
        <w:spacing w:after="0"/>
      </w:pPr>
      <w:r>
        <w:t>1) b) We should use technology in a balanced way.</w:t>
      </w:r>
    </w:p>
    <w:p>
      <w:pPr>
        <w:spacing w:after="0"/>
      </w:pPr>
      <w:r>
        <w:t>2) a) It is good, but it must be used wisely.</w:t>
      </w:r>
    </w:p>
    <w:p>
      <w:pPr>
        <w:spacing w:after="0"/>
      </w:pPr>
      <w:r>
        <w:t>3) c) Supports it with moderation</w:t>
      </w:r>
    </w:p>
    <w:p>
      <w:pPr>
        <w:spacing w:after="0"/>
      </w:pPr>
      <w:r>
        <w:t>4) a) "I believe balance is the key."</w:t>
      </w:r>
    </w:p>
    <w:p>
      <w:r>
        <w:rPr>
          <w:b/>
        </w:rPr>
        <w:t>2. Vocabulary in context</w:t>
      </w:r>
    </w:p>
    <w:p>
      <w:pPr>
        <w:spacing w:after="0"/>
      </w:pPr>
      <w:r>
        <w:t>1) reduce</w:t>
      </w:r>
    </w:p>
    <w:p>
      <w:pPr>
        <w:spacing w:after="0"/>
      </w:pPr>
      <w:r>
        <w:t>2) pollution</w:t>
      </w:r>
    </w:p>
    <w:p>
      <w:pPr>
        <w:spacing w:after="0"/>
      </w:pPr>
      <w:r>
        <w:t>3) environment</w:t>
      </w:r>
    </w:p>
    <w:p>
      <w:pPr>
        <w:spacing w:after="0"/>
      </w:pPr>
      <w:r>
        <w:t>4) recycle</w:t>
      </w:r>
    </w:p>
    <w:p>
      <w:pPr>
        <w:spacing w:after="0"/>
      </w:pPr>
      <w:r>
        <w:t>5) waste</w:t>
      </w:r>
    </w:p>
    <w:p>
      <w:r>
        <w:rPr>
          <w:b/>
        </w:rPr>
        <w:t>3. Word meaning</w:t>
      </w:r>
    </w:p>
    <w:p>
      <w:pPr>
        <w:spacing w:after="0"/>
      </w:pPr>
      <w:r>
        <w:t>1) b) com sabedoria</w:t>
      </w:r>
    </w:p>
    <w:p>
      <w:pPr>
        <w:spacing w:after="0"/>
      </w:pPr>
      <w:r>
        <w:t>2) a) sem estar conectado à internet</w:t>
      </w:r>
    </w:p>
    <w:p>
      <w:r>
        <w:rPr>
          <w:b/>
        </w:rPr>
        <w:t>4. Writing: e-mail to a friend</w:t>
      </w:r>
    </w:p>
    <w:p>
      <w:pPr>
        <w:spacing w:after="0"/>
      </w:pPr>
      <w:r>
        <w:t>1) Hi Lucas, I just moved to Curitiba. I'm happy, but a bit nervous too. I really like the parks here — they're so green and calm! But I miss my family and friends a lot. Hope to talk to you soon! – João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