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D92D37"/>
          <w:sz w:val="20"/>
        </w:rPr>
        <w:t>SchoolWork · Atividades de Inglês</w:t>
      </w:r>
    </w:p>
    <w:p>
      <w:r>
        <w:t>Name: ____________________________________   Class: _______   Date: ___/___/______</w:t>
      </w:r>
    </w:p>
    <w:p>
      <w:pPr>
        <w:pStyle w:val="Heading1"/>
      </w:pPr>
      <w:r>
        <w:rPr>
          <w:color w:val="252525"/>
        </w:rPr>
        <w:t>The Great Gatsby: análise literária</w:t>
      </w:r>
    </w:p>
    <w:p>
      <w:r>
        <w:rPr>
          <w:color w:val="6B6B6B"/>
          <w:sz w:val="18"/>
        </w:rPr>
        <w:t>2ª série e 3ª série · Text genres (gêneros textuais) · BNCC: EM13LGG103, EM13LGG402</w:t>
      </w:r>
    </w:p>
    <w:p>
      <w:pPr>
        <w:pStyle w:val="Heading2"/>
      </w:pPr>
      <w:r>
        <w:t>1. Grammar check</w:t>
      </w:r>
    </w:p>
    <w:p>
      <w:r>
        <w:rPr>
          <w:i/>
        </w:rPr>
        <w:t>Choose the grammatically correct sentence.</w:t>
      </w:r>
    </w:p>
    <w:p>
      <w:pPr>
        <w:keepNext/>
        <w:spacing w:before="120"/>
      </w:pPr>
      <w:r>
        <w:t>1. Which sentence is correct?</w:t>
      </w:r>
    </w:p>
    <w:p>
      <w:pPr>
        <w:spacing w:after="0"/>
        <w:ind w:left="454"/>
      </w:pPr>
      <w:r>
        <w:t>(   ) a) She have been waiting for the bus for over an hour.</w:t>
      </w:r>
    </w:p>
    <w:p>
      <w:pPr>
        <w:spacing w:after="0"/>
        <w:ind w:left="454"/>
      </w:pPr>
      <w:r>
        <w:t>(   ) b) She has been waiting for the bus for over an hour.</w:t>
      </w:r>
    </w:p>
    <w:p>
      <w:pPr>
        <w:spacing w:after="0"/>
        <w:ind w:left="454"/>
      </w:pPr>
      <w:r>
        <w:t>(   ) c) She has been wait for the bus for over an hour.</w:t>
      </w:r>
    </w:p>
    <w:p>
      <w:pPr>
        <w:keepNext/>
        <w:spacing w:before="120"/>
      </w:pPr>
      <w:r>
        <w:t>2. Which sentence is correct?</w:t>
      </w:r>
    </w:p>
    <w:p>
      <w:pPr>
        <w:spacing w:after="0"/>
        <w:ind w:left="454"/>
      </w:pPr>
      <w:r>
        <w:t>(   ) a) He and his friends are going to the concert.</w:t>
      </w:r>
    </w:p>
    <w:p>
      <w:pPr>
        <w:spacing w:after="0"/>
        <w:ind w:left="454"/>
      </w:pPr>
      <w:r>
        <w:t>(   ) b) Him and his friends are going to the concert.</w:t>
      </w:r>
    </w:p>
    <w:p>
      <w:pPr>
        <w:spacing w:after="0"/>
        <w:ind w:left="454"/>
      </w:pPr>
      <w:r>
        <w:t>(   ) c) He and his friends is going to the concert.</w:t>
      </w:r>
    </w:p>
    <w:p>
      <w:pPr>
        <w:keepNext/>
        <w:spacing w:before="120"/>
      </w:pPr>
      <w:r>
        <w:t>3. Which sentence is correct?</w:t>
      </w:r>
    </w:p>
    <w:p>
      <w:pPr>
        <w:spacing w:after="0"/>
        <w:ind w:left="454"/>
      </w:pPr>
      <w:r>
        <w:t>(   ) a) They has lived here since 2015.</w:t>
      </w:r>
    </w:p>
    <w:p>
      <w:pPr>
        <w:spacing w:after="0"/>
        <w:ind w:left="454"/>
      </w:pPr>
      <w:r>
        <w:t>(   ) b) They have live here since 2015.</w:t>
      </w:r>
    </w:p>
    <w:p>
      <w:pPr>
        <w:spacing w:after="0"/>
        <w:ind w:left="454"/>
      </w:pPr>
      <w:r>
        <w:t>(   ) c) They have lived here since 2015.</w:t>
      </w:r>
    </w:p>
    <w:p>
      <w:pPr>
        <w:keepNext/>
        <w:spacing w:before="120"/>
      </w:pPr>
      <w:r>
        <w:t>4. Which sentence is correct?</w:t>
      </w:r>
    </w:p>
    <w:p>
      <w:pPr>
        <w:spacing w:after="0"/>
        <w:ind w:left="454"/>
      </w:pPr>
      <w:r>
        <w:t>(   ) a) Me and Julia were late.</w:t>
      </w:r>
    </w:p>
    <w:p>
      <w:pPr>
        <w:spacing w:after="0"/>
        <w:ind w:left="454"/>
      </w:pPr>
      <w:r>
        <w:t>(   ) b) Julia and I were late.</w:t>
      </w:r>
    </w:p>
    <w:p>
      <w:pPr>
        <w:spacing w:after="0"/>
        <w:ind w:left="454"/>
      </w:pPr>
      <w:r>
        <w:t>(   ) c) Julia and me was late.</w:t>
      </w:r>
    </w:p>
    <w:p>
      <w:pPr>
        <w:pStyle w:val="Heading2"/>
      </w:pPr>
      <w:r>
        <w:t>2. Literary analysis</w:t>
      </w:r>
    </w:p>
    <w:p>
      <w:r>
        <w:rPr>
          <w:i/>
        </w:rPr>
        <w:t>Read the excerpt and choose the correct answer.</w:t>
      </w:r>
    </w:p>
    <w:p>
      <w:r>
        <w:rPr>
          <w:b/>
        </w:rPr>
        <w:t>The Great Gatsby (1925)</w:t>
      </w:r>
    </w:p>
    <w:p>
      <w:pPr>
        <w:ind w:left="340"/>
      </w:pPr>
      <w:r>
        <w:t>In his blue gardens men and girls came and went like moths among the whisperings and the champagne and the stars. At high tide in the afternoon I watched his guests diving from the tower of his raft, or taking the sun on the hot sand of his beach while his two motor-boats slit the waters of the Sound, drawing aquaplanes over cataracts of foam.</w:t>
      </w:r>
    </w:p>
    <w:p>
      <w:r>
        <w:rPr>
          <w:sz w:val="17"/>
        </w:rPr>
        <w:t>F. Scott Fitzgerald, The Great Gatsby, chapter 3 (domínio público)</w:t>
      </w:r>
    </w:p>
    <w:p>
      <w:pPr>
        <w:keepNext/>
        <w:spacing w:before="120"/>
      </w:pPr>
      <w:r>
        <w:t>1. Which themes are present in this excerpt?</w:t>
      </w:r>
    </w:p>
    <w:p>
      <w:pPr>
        <w:spacing w:after="0"/>
        <w:ind w:left="454"/>
      </w:pPr>
      <w:r>
        <w:t>(   ) a) Poverty and hard work</w:t>
      </w:r>
    </w:p>
    <w:p>
      <w:pPr>
        <w:spacing w:after="0"/>
        <w:ind w:left="454"/>
      </w:pPr>
      <w:r>
        <w:t>(   ) b) Wealth, luxury and carefree enjoyment</w:t>
      </w:r>
    </w:p>
    <w:p>
      <w:pPr>
        <w:spacing w:after="0"/>
        <w:ind w:left="454"/>
      </w:pPr>
      <w:r>
        <w:t>(   ) c) War and violence</w:t>
      </w:r>
    </w:p>
    <w:p>
      <w:pPr>
        <w:spacing w:after="0"/>
        <w:ind w:left="454"/>
      </w:pPr>
      <w:r>
        <w:t>(   ) d) School life and friendship</w:t>
      </w:r>
    </w:p>
    <w:p>
      <w:pPr>
        <w:keepNext/>
        <w:spacing w:before="120"/>
      </w:pPr>
      <w:r>
        <w:t>2. "men and girls came and went like moths" is an example of…</w:t>
      </w:r>
    </w:p>
    <w:p>
      <w:pPr>
        <w:spacing w:after="0"/>
        <w:ind w:left="454"/>
      </w:pPr>
      <w:r>
        <w:t>(   ) a) a metaphor</w:t>
      </w:r>
    </w:p>
    <w:p>
      <w:pPr>
        <w:spacing w:after="0"/>
        <w:ind w:left="454"/>
      </w:pPr>
      <w:r>
        <w:t>(   ) b) a hyperbole</w:t>
      </w:r>
    </w:p>
    <w:p>
      <w:pPr>
        <w:spacing w:after="0"/>
        <w:ind w:left="454"/>
      </w:pPr>
      <w:r>
        <w:t>(   ) c) a simile</w:t>
      </w:r>
    </w:p>
    <w:p>
      <w:pPr>
        <w:spacing w:after="0"/>
        <w:ind w:left="454"/>
      </w:pPr>
      <w:r>
        <w:t>(   ) d) an onomatopoeia</w:t>
      </w:r>
    </w:p>
    <w:p>
      <w:pPr>
        <w:keepNext/>
        <w:spacing w:before="120"/>
      </w:pPr>
      <w:r>
        <w:t>3. Why does the narrator compare the guests to moths?</w:t>
      </w:r>
    </w:p>
    <w:p>
      <w:pPr>
        <w:spacing w:after="0"/>
        <w:ind w:left="454"/>
      </w:pPr>
      <w:r>
        <w:t>(   ) a) Because they were attracted to Gatsby's lights and parties and didn't stay long</w:t>
      </w:r>
    </w:p>
    <w:p>
      <w:pPr>
        <w:spacing w:after="0"/>
        <w:ind w:left="454"/>
      </w:pPr>
      <w:r>
        <w:t>(   ) b) Because they were dressed in grey</w:t>
      </w:r>
    </w:p>
    <w:p>
      <w:pPr>
        <w:spacing w:after="0"/>
        <w:ind w:left="454"/>
      </w:pPr>
      <w:r>
        <w:t>(   ) c) Because they were afraid of the dark</w:t>
      </w:r>
    </w:p>
    <w:p>
      <w:pPr>
        <w:spacing w:after="0"/>
        <w:ind w:left="454"/>
      </w:pPr>
      <w:r>
        <w:t>(   ) d) Because they lived in the garden</w:t>
      </w:r>
    </w:p>
    <w:p>
      <w:pPr>
        <w:keepNext/>
        <w:spacing w:before="120"/>
      </w:pPr>
      <w:r>
        <w:t>4. Which of these shows that Gatsby is rich?</w:t>
      </w:r>
    </w:p>
    <w:p>
      <w:pPr>
        <w:spacing w:after="0"/>
        <w:ind w:left="454"/>
      </w:pPr>
      <w:r>
        <w:t>(   ) a) He has no guests.</w:t>
      </w:r>
    </w:p>
    <w:p>
      <w:pPr>
        <w:spacing w:after="0"/>
        <w:ind w:left="454"/>
      </w:pPr>
      <w:r>
        <w:t>(   ) b) He works at the beach.</w:t>
      </w:r>
    </w:p>
    <w:p>
      <w:pPr>
        <w:spacing w:after="0"/>
        <w:ind w:left="454"/>
      </w:pPr>
      <w:r>
        <w:t>(   ) c) He has a raft with a tower, a private beach and two motor-boats.</w:t>
      </w:r>
    </w:p>
    <w:p>
      <w:pPr>
        <w:spacing w:after="0"/>
        <w:ind w:left="454"/>
      </w:pPr>
      <w:r>
        <w:t>(   ) d) He lives in a small apartment.</w:t>
      </w:r>
    </w:p>
    <w:p>
      <w:pPr>
        <w:keepNext/>
        <w:spacing w:before="120"/>
      </w:pPr>
      <w:r>
        <w:t>5. In the excerpt, the word "whisperings" helps create…</w:t>
      </w:r>
    </w:p>
    <w:p>
      <w:pPr>
        <w:spacing w:after="0"/>
        <w:ind w:left="454"/>
      </w:pPr>
      <w:r>
        <w:t>(   ) a) a sound image of quiet conversations</w:t>
      </w:r>
    </w:p>
    <w:p>
      <w:pPr>
        <w:spacing w:after="0"/>
        <w:ind w:left="454"/>
      </w:pPr>
      <w:r>
        <w:t>(   ) b) a description of the weather</w:t>
      </w:r>
    </w:p>
    <w:p>
      <w:pPr>
        <w:spacing w:after="0"/>
        <w:ind w:left="454"/>
      </w:pPr>
      <w:r>
        <w:t>(   ) c) a list of drinks</w:t>
      </w:r>
    </w:p>
    <w:p>
      <w:pPr>
        <w:spacing w:after="0"/>
        <w:ind w:left="454"/>
      </w:pPr>
      <w:r>
        <w:t>(   ) d) a sad tone of loss</w:t>
      </w:r>
    </w:p>
    <w:p>
      <w:pPr>
        <w:pStyle w:val="Heading2"/>
      </w:pPr>
      <w:r>
        <w:t>3. Your analysis</w:t>
      </w:r>
    </w:p>
    <w:p>
      <w:r>
        <w:rPr>
          <w:i/>
        </w:rPr>
        <w:t>Answer in English (3–5 lines).</w:t>
      </w:r>
    </w:p>
    <w:p>
      <w:pPr>
        <w:keepNext/>
        <w:spacing w:before="120"/>
      </w:pPr>
      <w:r>
        <w:t>1. What impression of Gatsby's parties does the excerpt give? Use words from the text.</w:t>
      </w:r>
    </w:p>
    <w:p>
      <w:r>
        <w:t>______________________________________________________________________________</w:t>
      </w:r>
    </w:p>
    <w:p>
      <w:r>
        <w:t>______________________________________________________________________________</w:t>
      </w:r>
    </w:p>
    <w:p>
      <w:r>
        <w:br w:type="page"/>
      </w:r>
    </w:p>
    <w:p>
      <w:pPr>
        <w:pStyle w:val="Heading2"/>
      </w:pPr>
      <w:r>
        <w:t>Gabarito (Answer key)</w:t>
      </w:r>
    </w:p>
    <w:p>
      <w:r>
        <w:rPr>
          <w:b/>
        </w:rPr>
        <w:t>1. Grammar check</w:t>
      </w:r>
    </w:p>
    <w:p>
      <w:pPr>
        <w:spacing w:after="0"/>
      </w:pPr>
      <w:r>
        <w:t>1) b) She has been waiting for the bus for over an hour.</w:t>
      </w:r>
    </w:p>
    <w:p>
      <w:pPr>
        <w:spacing w:after="0"/>
      </w:pPr>
      <w:r>
        <w:t>2) a) He and his friends are going to the concert.</w:t>
      </w:r>
    </w:p>
    <w:p>
      <w:pPr>
        <w:spacing w:after="0"/>
      </w:pPr>
      <w:r>
        <w:t>3) c) They have lived here since 2015.</w:t>
      </w:r>
    </w:p>
    <w:p>
      <w:pPr>
        <w:spacing w:after="0"/>
      </w:pPr>
      <w:r>
        <w:t>4) b) Julia and I were late.</w:t>
      </w:r>
    </w:p>
    <w:p>
      <w:r>
        <w:rPr>
          <w:b/>
        </w:rPr>
        <w:t>2. Literary analysis</w:t>
      </w:r>
    </w:p>
    <w:p>
      <w:pPr>
        <w:spacing w:after="0"/>
      </w:pPr>
      <w:r>
        <w:t>1) b) Wealth, luxury and carefree enjoyment</w:t>
      </w:r>
    </w:p>
    <w:p>
      <w:pPr>
        <w:spacing w:after="0"/>
      </w:pPr>
      <w:r>
        <w:t>2) c) a simile</w:t>
      </w:r>
    </w:p>
    <w:p>
      <w:pPr>
        <w:spacing w:after="0"/>
      </w:pPr>
      <w:r>
        <w:t>3) a) Because they were attracted to Gatsby's lights and parties and didn't stay long</w:t>
      </w:r>
    </w:p>
    <w:p>
      <w:pPr>
        <w:spacing w:after="0"/>
      </w:pPr>
      <w:r>
        <w:t>4) c) He has a raft with a tower, a private beach and two motor-boats.</w:t>
      </w:r>
    </w:p>
    <w:p>
      <w:pPr>
        <w:spacing w:after="0"/>
      </w:pPr>
      <w:r>
        <w:t>5) a) a sound image of quiet conversations</w:t>
      </w:r>
    </w:p>
    <w:p>
      <w:r>
        <w:rPr>
          <w:b/>
        </w:rPr>
        <w:t>3. Your analysis</w:t>
      </w:r>
    </w:p>
    <w:p>
      <w:pPr>
        <w:spacing w:after="0"/>
      </w:pPr>
      <w:r>
        <w:t>1) The parties seem glamorous and full of life: there are gardens, champagne, music and guests diving and sunbathing. However, comparing the guests to moths suggests that they are only attracted by the lights and the luxury and that their presence is temporary and superficial.</w:t>
      </w:r>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7"/>
      </w:rPr>
      <w:t>Atividade gratuita · atividades.schoolwork.com.br · Mais materiais em schoolwork.com.br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2024-04-02T00:00:00Z</dcterms:created>
  <dcterms:modified xsi:type="dcterms:W3CDTF">2024-04-02T00:00:00Z</dcterms:modified>
  <cp:category/>
</cp:coreProperties>
</file>