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Figuras de linguagem e vocabulário avançado</w:t>
      </w:r>
    </w:p>
    <w:p>
      <w:r>
        <w:rPr>
          <w:color w:val="6B6B6B"/>
          <w:sz w:val="18"/>
        </w:rPr>
        <w:t>2ª série e 3ª série · Text genres (gêneros textuais) · BNCC: EM13LGG103</w:t>
      </w:r>
    </w:p>
    <w:p>
      <w:pPr>
        <w:pStyle w:val="Heading2"/>
      </w:pPr>
      <w:r>
        <w:t>1. Advanced vocabulary</w:t>
      </w:r>
    </w:p>
    <w:p>
      <w:r>
        <w:rPr>
          <w:i/>
        </w:rPr>
        <w:t>Complete the sentences with the correct word from the box.</w:t>
      </w:r>
    </w:p>
    <w:p>
      <w:r>
        <w:rPr>
          <w:b/>
        </w:rPr>
        <w:t>Word bank:  aberration  |  cognizant  |  enigmatic  |  fortuitous  |  pragmatic</w:t>
      </w:r>
    </w:p>
    <w:p>
      <w:pPr>
        <w:keepNext/>
        <w:spacing w:before="120"/>
      </w:pPr>
      <w:r>
        <w:t>1. The sudden drop in temperature was an ______________ for this time of year.</w:t>
      </w:r>
    </w:p>
    <w:p>
      <w:pPr>
        <w:keepNext/>
        <w:spacing w:before="120"/>
      </w:pPr>
      <w:r>
        <w:t>2. You must be ______________ of the potential risks involved in this experiment.</w:t>
      </w:r>
    </w:p>
    <w:p>
      <w:pPr>
        <w:keepNext/>
        <w:spacing w:before="120"/>
      </w:pPr>
      <w:r>
        <w:t>3. The ancient artifact remained ______________, puzzling archaeologists for decades.</w:t>
      </w:r>
    </w:p>
    <w:p>
      <w:pPr>
        <w:keepNext/>
        <w:spacing w:before="120"/>
      </w:pPr>
      <w:r>
        <w:t>4. Their meeting was ______________, leading to a long and successful partnership.</w:t>
      </w:r>
    </w:p>
    <w:p>
      <w:pPr>
        <w:keepNext/>
        <w:spacing w:before="120"/>
      </w:pPr>
      <w:r>
        <w:t>5. Her ______________ approach to problem-solving made her an effective leader.</w:t>
      </w:r>
    </w:p>
    <w:p>
      <w:pPr>
        <w:pStyle w:val="Heading2"/>
      </w:pPr>
      <w:r>
        <w:t>2. Word meaning</w:t>
      </w:r>
    </w:p>
    <w:p>
      <w:r>
        <w:rPr>
          <w:i/>
        </w:rPr>
        <w:t>Choose the best meaning for each word.</w:t>
      </w:r>
    </w:p>
    <w:p>
      <w:pPr>
        <w:keepNext/>
        <w:spacing w:before="120"/>
      </w:pPr>
      <w:r>
        <w:t>1. cognizant</w:t>
      </w:r>
    </w:p>
    <w:p>
      <w:pPr>
        <w:spacing w:after="0"/>
        <w:ind w:left="454"/>
      </w:pPr>
      <w:r>
        <w:t>(   ) a) unaware</w:t>
      </w:r>
    </w:p>
    <w:p>
      <w:pPr>
        <w:spacing w:after="0"/>
        <w:ind w:left="454"/>
      </w:pPr>
      <w:r>
        <w:t>(   ) b) aware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2. fortuitous</w:t>
      </w:r>
    </w:p>
    <w:p>
      <w:pPr>
        <w:spacing w:after="0"/>
        <w:ind w:left="454"/>
      </w:pPr>
      <w:r>
        <w:t>(   ) a) happening by lucky chance</w:t>
      </w:r>
    </w:p>
    <w:p>
      <w:pPr>
        <w:spacing w:after="0"/>
        <w:ind w:left="454"/>
      </w:pPr>
      <w:r>
        <w:t>(   ) b) carefully planned</w:t>
      </w:r>
    </w:p>
    <w:p>
      <w:pPr>
        <w:spacing w:after="0"/>
        <w:ind w:left="454"/>
      </w:pPr>
      <w:r>
        <w:t>(   ) c) very strong</w:t>
      </w:r>
    </w:p>
    <w:p>
      <w:pPr>
        <w:keepNext/>
        <w:spacing w:before="120"/>
      </w:pPr>
      <w:r>
        <w:t>3. pragmatic</w:t>
      </w:r>
    </w:p>
    <w:p>
      <w:pPr>
        <w:spacing w:after="0"/>
        <w:ind w:left="454"/>
      </w:pPr>
      <w:r>
        <w:t>(   ) a) dreamy and unrealistic</w:t>
      </w:r>
    </w:p>
    <w:p>
      <w:pPr>
        <w:spacing w:after="0"/>
        <w:ind w:left="454"/>
      </w:pPr>
      <w:r>
        <w:t>(   ) b) rude</w:t>
      </w:r>
    </w:p>
    <w:p>
      <w:pPr>
        <w:spacing w:after="0"/>
        <w:ind w:left="454"/>
      </w:pPr>
      <w:r>
        <w:t>(   ) c) practical and realistic</w:t>
      </w:r>
    </w:p>
    <w:p>
      <w:pPr>
        <w:pStyle w:val="Heading2"/>
      </w:pPr>
      <w:r>
        <w:t>3. Literary devices</w:t>
      </w:r>
    </w:p>
    <w:p>
      <w:r>
        <w:rPr>
          <w:i/>
        </w:rPr>
        <w:t>Identify the literary device in each sentence.</w:t>
      </w:r>
    </w:p>
    <w:p>
      <w:pPr>
        <w:keepNext/>
        <w:spacing w:before="120"/>
      </w:pPr>
      <w:r>
        <w:t>1. "Time is a thief that steals our moments."</w:t>
      </w:r>
    </w:p>
    <w:p>
      <w:pPr>
        <w:spacing w:after="0"/>
        <w:ind w:left="454"/>
      </w:pPr>
      <w:r>
        <w:t>(   ) a) simile</w:t>
      </w:r>
    </w:p>
    <w:p>
      <w:pPr>
        <w:spacing w:after="0"/>
        <w:ind w:left="454"/>
      </w:pPr>
      <w:r>
        <w:t>(   ) b) metaphor</w:t>
      </w:r>
    </w:p>
    <w:p>
      <w:pPr>
        <w:spacing w:after="0"/>
        <w:ind w:left="454"/>
      </w:pPr>
      <w:r>
        <w:t>(   ) c) hyperbole</w:t>
      </w:r>
    </w:p>
    <w:p>
      <w:pPr>
        <w:spacing w:after="0"/>
        <w:ind w:left="454"/>
      </w:pPr>
      <w:r>
        <w:t>(   ) d) personification</w:t>
      </w:r>
    </w:p>
    <w:p>
      <w:pPr>
        <w:keepNext/>
        <w:spacing w:before="120"/>
      </w:pPr>
      <w:r>
        <w:t>2. "Her smile was as bright as the sun."</w:t>
      </w:r>
    </w:p>
    <w:p>
      <w:pPr>
        <w:spacing w:after="0"/>
        <w:ind w:left="454"/>
      </w:pPr>
      <w:r>
        <w:t>(   ) a) simile</w:t>
      </w:r>
    </w:p>
    <w:p>
      <w:pPr>
        <w:spacing w:after="0"/>
        <w:ind w:left="454"/>
      </w:pPr>
      <w:r>
        <w:t>(   ) b) metaphor</w:t>
      </w:r>
    </w:p>
    <w:p>
      <w:pPr>
        <w:spacing w:after="0"/>
        <w:ind w:left="454"/>
      </w:pPr>
      <w:r>
        <w:t>(   ) c) hyperbole</w:t>
      </w:r>
    </w:p>
    <w:p>
      <w:pPr>
        <w:spacing w:after="0"/>
        <w:ind w:left="454"/>
      </w:pPr>
      <w:r>
        <w:t>(   ) d) personification</w:t>
      </w:r>
    </w:p>
    <w:p>
      <w:pPr>
        <w:keepNext/>
        <w:spacing w:before="120"/>
      </w:pPr>
      <w:r>
        <w:t>3. "I've told you a million times to close the door!"</w:t>
      </w:r>
    </w:p>
    <w:p>
      <w:pPr>
        <w:spacing w:after="0"/>
        <w:ind w:left="454"/>
      </w:pPr>
      <w:r>
        <w:t>(   ) a) simile</w:t>
      </w:r>
    </w:p>
    <w:p>
      <w:pPr>
        <w:spacing w:after="0"/>
        <w:ind w:left="454"/>
      </w:pPr>
      <w:r>
        <w:t>(   ) b) metaphor</w:t>
      </w:r>
    </w:p>
    <w:p>
      <w:pPr>
        <w:spacing w:after="0"/>
        <w:ind w:left="454"/>
      </w:pPr>
      <w:r>
        <w:t>(   ) c) hyperbole</w:t>
      </w:r>
    </w:p>
    <w:p>
      <w:pPr>
        <w:spacing w:after="0"/>
        <w:ind w:left="454"/>
      </w:pPr>
      <w:r>
        <w:t>(   ) d) personification</w:t>
      </w:r>
    </w:p>
    <w:p>
      <w:pPr>
        <w:keepNext/>
        <w:spacing w:before="120"/>
      </w:pPr>
      <w:r>
        <w:t>4. "The wind whispered through the trees."</w:t>
      </w:r>
    </w:p>
    <w:p>
      <w:pPr>
        <w:spacing w:after="0"/>
        <w:ind w:left="454"/>
      </w:pPr>
      <w:r>
        <w:t>(   ) a) simile</w:t>
      </w:r>
    </w:p>
    <w:p>
      <w:pPr>
        <w:spacing w:after="0"/>
        <w:ind w:left="454"/>
      </w:pPr>
      <w:r>
        <w:t>(   ) b) metaphor</w:t>
      </w:r>
    </w:p>
    <w:p>
      <w:pPr>
        <w:spacing w:after="0"/>
        <w:ind w:left="454"/>
      </w:pPr>
      <w:r>
        <w:t>(   ) c) hyperbole</w:t>
      </w:r>
    </w:p>
    <w:p>
      <w:pPr>
        <w:spacing w:after="0"/>
        <w:ind w:left="454"/>
      </w:pPr>
      <w:r>
        <w:t>(   ) d) personification</w:t>
      </w:r>
    </w:p>
    <w:p>
      <w:pPr>
        <w:keepNext/>
        <w:spacing w:before="120"/>
      </w:pPr>
      <w:r>
        <w:t>5. "He runs like the wind."</w:t>
      </w:r>
    </w:p>
    <w:p>
      <w:pPr>
        <w:spacing w:after="0"/>
        <w:ind w:left="454"/>
      </w:pPr>
      <w:r>
        <w:t>(   ) a) simile</w:t>
      </w:r>
    </w:p>
    <w:p>
      <w:pPr>
        <w:spacing w:after="0"/>
        <w:ind w:left="454"/>
      </w:pPr>
      <w:r>
        <w:t>(   ) b) metaphor</w:t>
      </w:r>
    </w:p>
    <w:p>
      <w:pPr>
        <w:spacing w:after="0"/>
        <w:ind w:left="454"/>
      </w:pPr>
      <w:r>
        <w:t>(   ) c) hyperbole</w:t>
      </w:r>
    </w:p>
    <w:p>
      <w:pPr>
        <w:spacing w:after="0"/>
        <w:ind w:left="454"/>
      </w:pPr>
      <w:r>
        <w:t>(   ) d) personification</w:t>
      </w:r>
    </w:p>
    <w:p>
      <w:pPr>
        <w:keepNext/>
        <w:spacing w:before="120"/>
      </w:pPr>
      <w:r>
        <w:t>6. "The classroom was a zoo after the break."</w:t>
      </w:r>
    </w:p>
    <w:p>
      <w:pPr>
        <w:spacing w:after="0"/>
        <w:ind w:left="454"/>
      </w:pPr>
      <w:r>
        <w:t>(   ) a) simile</w:t>
      </w:r>
    </w:p>
    <w:p>
      <w:pPr>
        <w:spacing w:after="0"/>
        <w:ind w:left="454"/>
      </w:pPr>
      <w:r>
        <w:t>(   ) b) metaphor</w:t>
      </w:r>
    </w:p>
    <w:p>
      <w:pPr>
        <w:spacing w:after="0"/>
        <w:ind w:left="454"/>
      </w:pPr>
      <w:r>
        <w:t>(   ) c) hyperbole</w:t>
      </w:r>
    </w:p>
    <w:p>
      <w:pPr>
        <w:spacing w:after="0"/>
        <w:ind w:left="454"/>
      </w:pPr>
      <w:r>
        <w:t>(   ) d) personification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Advanced vocabulary</w:t>
      </w:r>
    </w:p>
    <w:p>
      <w:pPr>
        <w:spacing w:after="0"/>
      </w:pPr>
      <w:r>
        <w:t>1) aberration</w:t>
      </w:r>
    </w:p>
    <w:p>
      <w:pPr>
        <w:spacing w:after="0"/>
      </w:pPr>
      <w:r>
        <w:t>2) cognizant</w:t>
      </w:r>
    </w:p>
    <w:p>
      <w:pPr>
        <w:spacing w:after="0"/>
      </w:pPr>
      <w:r>
        <w:t>3) enigmatic</w:t>
      </w:r>
    </w:p>
    <w:p>
      <w:pPr>
        <w:spacing w:after="0"/>
      </w:pPr>
      <w:r>
        <w:t>4) fortuitous</w:t>
      </w:r>
    </w:p>
    <w:p>
      <w:pPr>
        <w:spacing w:after="0"/>
      </w:pPr>
      <w:r>
        <w:t>5) pragmatic</w:t>
      </w:r>
    </w:p>
    <w:p>
      <w:r>
        <w:rPr>
          <w:b/>
        </w:rPr>
        <w:t>2. Word meaning</w:t>
      </w:r>
    </w:p>
    <w:p>
      <w:pPr>
        <w:spacing w:after="0"/>
      </w:pPr>
      <w:r>
        <w:t>1) b) aware</w:t>
      </w:r>
    </w:p>
    <w:p>
      <w:pPr>
        <w:spacing w:after="0"/>
      </w:pPr>
      <w:r>
        <w:t>2) a) happening by lucky chance</w:t>
      </w:r>
    </w:p>
    <w:p>
      <w:pPr>
        <w:spacing w:after="0"/>
      </w:pPr>
      <w:r>
        <w:t>3) c) practical and realistic</w:t>
      </w:r>
    </w:p>
    <w:p>
      <w:r>
        <w:rPr>
          <w:b/>
        </w:rPr>
        <w:t>3. Literary devices</w:t>
      </w:r>
    </w:p>
    <w:p>
      <w:pPr>
        <w:spacing w:after="0"/>
      </w:pPr>
      <w:r>
        <w:t>1) b) metaphor</w:t>
      </w:r>
    </w:p>
    <w:p>
      <w:pPr>
        <w:spacing w:after="0"/>
      </w:pPr>
      <w:r>
        <w:t>2) a) simile</w:t>
      </w:r>
    </w:p>
    <w:p>
      <w:pPr>
        <w:spacing w:after="0"/>
      </w:pPr>
      <w:r>
        <w:t>3) c) hyperbole</w:t>
      </w:r>
    </w:p>
    <w:p>
      <w:pPr>
        <w:spacing w:after="0"/>
      </w:pPr>
      <w:r>
        <w:t>4) d) personification</w:t>
      </w:r>
    </w:p>
    <w:p>
      <w:pPr>
        <w:spacing w:after="0"/>
      </w:pPr>
      <w:r>
        <w:t>5) a) simile</w:t>
      </w:r>
    </w:p>
    <w:p>
      <w:pPr>
        <w:spacing w:after="0"/>
      </w:pPr>
      <w:r>
        <w:t>6) b) metaphor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2024-03-21T00:00:00Z</dcterms:created>
  <dcterms:modified xsi:type="dcterms:W3CDTF">2024-03-21T00:00:00Z</dcterms:modified>
  <cp:category/>
</cp:coreProperties>
</file>