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Letters A and B: as letras A e B</w:t>
      </w:r>
    </w:p>
    <w:p>
      <w:r>
        <w:rPr>
          <w:color w:val="6B6B6B"/>
          <w:sz w:val="18"/>
        </w:rPr>
        <w:t>4 anos e 5 anos · Alphabet (alfabeto)</w:t>
      </w:r>
    </w:p>
    <w:p>
      <w:pPr>
        <w:pStyle w:val="Heading2"/>
      </w:pPr>
      <w:r>
        <w:t>1. A or B?</w:t>
      </w:r>
    </w:p>
    <w:p>
      <w:r>
        <w:rPr>
          <w:i/>
        </w:rPr>
        <w:t>Com que letra a palavra começa? (What letter does it start with?)</w:t>
      </w:r>
    </w:p>
    <w:p>
      <w:pPr>
        <w:keepNext/>
        <w:spacing w:before="120"/>
      </w:pPr>
      <w:r>
        <w:t>1. 🍎  apple</w:t>
      </w:r>
    </w:p>
    <w:p>
      <w:pPr>
        <w:spacing w:after="0"/>
        <w:ind w:left="454"/>
      </w:pPr>
      <w:r>
        <w:t>(   ) a) A</w:t>
      </w:r>
    </w:p>
    <w:p>
      <w:pPr>
        <w:spacing w:after="0"/>
        <w:ind w:left="454"/>
      </w:pPr>
      <w:r>
        <w:t>(   ) b) B</w:t>
      </w:r>
    </w:p>
    <w:p>
      <w:pPr>
        <w:keepNext/>
        <w:spacing w:before="120"/>
      </w:pPr>
      <w:r>
        <w:t>2. 🐻  bear</w:t>
      </w:r>
    </w:p>
    <w:p>
      <w:pPr>
        <w:spacing w:after="0"/>
        <w:ind w:left="454"/>
      </w:pPr>
      <w:r>
        <w:t>(   ) a) A</w:t>
      </w:r>
    </w:p>
    <w:p>
      <w:pPr>
        <w:spacing w:after="0"/>
        <w:ind w:left="454"/>
      </w:pPr>
      <w:r>
        <w:t>(   ) b) B</w:t>
      </w:r>
    </w:p>
    <w:p>
      <w:pPr>
        <w:keepNext/>
        <w:spacing w:before="120"/>
      </w:pPr>
      <w:r>
        <w:t>3. ⚽  ball</w:t>
      </w:r>
    </w:p>
    <w:p>
      <w:pPr>
        <w:spacing w:after="0"/>
        <w:ind w:left="454"/>
      </w:pPr>
      <w:r>
        <w:t>(   ) a) A</w:t>
      </w:r>
    </w:p>
    <w:p>
      <w:pPr>
        <w:spacing w:after="0"/>
        <w:ind w:left="454"/>
      </w:pPr>
      <w:r>
        <w:t>(   ) b) B</w:t>
      </w:r>
    </w:p>
    <w:p>
      <w:pPr>
        <w:keepNext/>
        <w:spacing w:before="120"/>
      </w:pPr>
      <w:r>
        <w:t>4. 🐜  ant</w:t>
      </w:r>
    </w:p>
    <w:p>
      <w:pPr>
        <w:spacing w:after="0"/>
        <w:ind w:left="454"/>
      </w:pPr>
      <w:r>
        <w:t>(   ) a) A</w:t>
      </w:r>
    </w:p>
    <w:p>
      <w:pPr>
        <w:spacing w:after="0"/>
        <w:ind w:left="454"/>
      </w:pPr>
      <w:r>
        <w:t>(   ) b) B</w:t>
      </w:r>
    </w:p>
    <w:p>
      <w:pPr>
        <w:keepNext/>
        <w:spacing w:before="120"/>
      </w:pPr>
      <w:r>
        <w:t>5. 🍌  banana</w:t>
      </w:r>
    </w:p>
    <w:p>
      <w:pPr>
        <w:spacing w:after="0"/>
        <w:ind w:left="454"/>
      </w:pPr>
      <w:r>
        <w:t>(   ) a) A</w:t>
      </w:r>
    </w:p>
    <w:p>
      <w:pPr>
        <w:spacing w:after="0"/>
        <w:ind w:left="454"/>
      </w:pPr>
      <w:r>
        <w:t>(   ) b) B</w:t>
      </w:r>
    </w:p>
    <w:p>
      <w:pPr>
        <w:keepNext/>
        <w:spacing w:before="120"/>
      </w:pPr>
      <w:r>
        <w:t>6. ✈️  airplane</w:t>
      </w:r>
    </w:p>
    <w:p>
      <w:pPr>
        <w:spacing w:after="0"/>
        <w:ind w:left="454"/>
      </w:pPr>
      <w:r>
        <w:t>(   ) a) A</w:t>
      </w:r>
    </w:p>
    <w:p>
      <w:pPr>
        <w:spacing w:after="0"/>
        <w:ind w:left="454"/>
      </w:pPr>
      <w:r>
        <w:t>(   ) b) B</w:t>
      </w:r>
    </w:p>
    <w:p>
      <w:pPr>
        <w:keepNext/>
        <w:spacing w:before="120"/>
      </w:pPr>
      <w:r>
        <w:t>7. 🐝  bee</w:t>
      </w:r>
    </w:p>
    <w:p>
      <w:pPr>
        <w:spacing w:after="0"/>
        <w:ind w:left="454"/>
      </w:pPr>
      <w:r>
        <w:t>(   ) a) A</w:t>
      </w:r>
    </w:p>
    <w:p>
      <w:pPr>
        <w:spacing w:after="0"/>
        <w:ind w:left="454"/>
      </w:pPr>
      <w:r>
        <w:t>(   ) b) B</w:t>
      </w:r>
    </w:p>
    <w:p>
      <w:pPr>
        <w:keepNext/>
        <w:spacing w:before="120"/>
      </w:pPr>
      <w:r>
        <w:t>8. 🐊  alligator</w:t>
      </w:r>
    </w:p>
    <w:p>
      <w:pPr>
        <w:spacing w:after="0"/>
        <w:ind w:left="454"/>
      </w:pPr>
      <w:r>
        <w:t>(   ) a) A</w:t>
      </w:r>
    </w:p>
    <w:p>
      <w:pPr>
        <w:spacing w:after="0"/>
        <w:ind w:left="454"/>
      </w:pPr>
      <w:r>
        <w:t>(   ) b) B</w:t>
      </w:r>
    </w:p>
    <w:p>
      <w:pPr>
        <w:keepNext/>
        <w:spacing w:before="120"/>
      </w:pPr>
      <w:r>
        <w:t>9. 🚌  bus</w:t>
      </w:r>
    </w:p>
    <w:p>
      <w:pPr>
        <w:spacing w:after="0"/>
        <w:ind w:left="454"/>
      </w:pPr>
      <w:r>
        <w:t>(   ) a) A</w:t>
      </w:r>
    </w:p>
    <w:p>
      <w:pPr>
        <w:spacing w:after="0"/>
        <w:ind w:left="454"/>
      </w:pPr>
      <w:r>
        <w:t>(   ) b) B</w:t>
      </w:r>
    </w:p>
    <w:p>
      <w:pPr>
        <w:pStyle w:val="Heading2"/>
      </w:pPr>
      <w:r>
        <w:t>2. Find the letter</w:t>
      </w:r>
    </w:p>
    <w:p>
      <w:r>
        <w:rPr>
          <w:i/>
        </w:rPr>
        <w:t>Encontre a letra que a professora pede. (Find the letter.)</w:t>
      </w:r>
    </w:p>
    <w:p>
      <w:pPr>
        <w:keepNext/>
        <w:spacing w:before="120"/>
      </w:pPr>
      <w:r>
        <w:t>1. 🔤  Qual é a letra b minúscula? (lowercase b)</w:t>
      </w:r>
    </w:p>
    <w:p>
      <w:pPr>
        <w:spacing w:after="0"/>
        <w:ind w:left="454"/>
      </w:pPr>
      <w:r>
        <w:t>(   ) a) d</w:t>
      </w:r>
    </w:p>
    <w:p>
      <w:pPr>
        <w:spacing w:after="0"/>
        <w:ind w:left="454"/>
      </w:pPr>
      <w:r>
        <w:t>(   ) b) b</w:t>
      </w:r>
    </w:p>
    <w:p>
      <w:pPr>
        <w:spacing w:after="0"/>
        <w:ind w:left="454"/>
      </w:pPr>
      <w:r>
        <w:t>(   ) c) p</w:t>
      </w:r>
    </w:p>
    <w:p>
      <w:pPr>
        <w:keepNext/>
        <w:spacing w:before="120"/>
      </w:pPr>
      <w:r>
        <w:t>2. 🔤  Qual é a letra A maiúscula? (uppercase A)</w:t>
      </w:r>
    </w:p>
    <w:p>
      <w:pPr>
        <w:spacing w:after="0"/>
        <w:ind w:left="454"/>
      </w:pPr>
      <w:r>
        <w:t>(   ) a) A</w:t>
      </w:r>
    </w:p>
    <w:p>
      <w:pPr>
        <w:spacing w:after="0"/>
        <w:ind w:left="454"/>
      </w:pPr>
      <w:r>
        <w:t>(   ) b) H</w:t>
      </w:r>
    </w:p>
    <w:p>
      <w:pPr>
        <w:spacing w:after="0"/>
        <w:ind w:left="454"/>
      </w:pPr>
      <w:r>
        <w:t>(   ) c) V</w:t>
      </w:r>
    </w:p>
    <w:p>
      <w:pPr>
        <w:keepNext/>
        <w:spacing w:before="120"/>
      </w:pPr>
      <w:r>
        <w:t>3. 🔤  Qual é a letra a minúscula? (lowercase a)</w:t>
      </w:r>
    </w:p>
    <w:p>
      <w:pPr>
        <w:spacing w:after="0"/>
        <w:ind w:left="454"/>
      </w:pPr>
      <w:r>
        <w:t>(   ) a) o</w:t>
      </w:r>
    </w:p>
    <w:p>
      <w:pPr>
        <w:spacing w:after="0"/>
        <w:ind w:left="454"/>
      </w:pPr>
      <w:r>
        <w:t>(   ) b) e</w:t>
      </w:r>
    </w:p>
    <w:p>
      <w:pPr>
        <w:spacing w:after="0"/>
        <w:ind w:left="454"/>
      </w:pPr>
      <w:r>
        <w:t>(   ) c) a</w:t>
      </w:r>
    </w:p>
    <w:p>
      <w:pPr>
        <w:keepNext/>
        <w:spacing w:before="120"/>
      </w:pPr>
      <w:r>
        <w:t>4. 🔤  Qual é a letra B maiúscula? (uppercase B)</w:t>
      </w:r>
    </w:p>
    <w:p>
      <w:pPr>
        <w:spacing w:after="0"/>
        <w:ind w:left="454"/>
      </w:pPr>
      <w:r>
        <w:t>(   ) a) R</w:t>
      </w:r>
    </w:p>
    <w:p>
      <w:pPr>
        <w:spacing w:after="0"/>
        <w:ind w:left="454"/>
      </w:pPr>
      <w:r>
        <w:t>(   ) b) P</w:t>
      </w:r>
    </w:p>
    <w:p>
      <w:pPr>
        <w:spacing w:after="0"/>
        <w:ind w:left="454"/>
      </w:pPr>
      <w:r>
        <w:t>(   ) c) B</w:t>
      </w:r>
    </w:p>
    <w:p>
      <w:pPr>
        <w:pStyle w:val="Heading2"/>
      </w:pPr>
      <w:r>
        <w:t>3. Yes or no?</w:t>
      </w:r>
    </w:p>
    <w:p>
      <w:r>
        <w:rPr>
          <w:i/>
        </w:rPr>
        <w:t>Ouça a frase. Está certo? (Yes = sim / No = não)</w:t>
      </w:r>
    </w:p>
    <w:p>
      <w:pPr>
        <w:keepNext/>
        <w:spacing w:before="120"/>
      </w:pPr>
      <w:r>
        <w:t>1. 🐻  Bear starts with B.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🍎  Apple starts with B.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🐜  Ant starts with A.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4. 🎈  Balloon starts with A.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A or B?</w:t>
      </w:r>
    </w:p>
    <w:p>
      <w:pPr>
        <w:spacing w:after="0"/>
      </w:pPr>
      <w:r>
        <w:t>1) a) A</w:t>
      </w:r>
    </w:p>
    <w:p>
      <w:pPr>
        <w:spacing w:after="0"/>
      </w:pPr>
      <w:r>
        <w:t>2) b) B</w:t>
      </w:r>
    </w:p>
    <w:p>
      <w:pPr>
        <w:spacing w:after="0"/>
      </w:pPr>
      <w:r>
        <w:t>3) b) B</w:t>
      </w:r>
    </w:p>
    <w:p>
      <w:pPr>
        <w:spacing w:after="0"/>
      </w:pPr>
      <w:r>
        <w:t>4) a) A</w:t>
      </w:r>
    </w:p>
    <w:p>
      <w:pPr>
        <w:spacing w:after="0"/>
      </w:pPr>
      <w:r>
        <w:t>5) b) B</w:t>
      </w:r>
    </w:p>
    <w:p>
      <w:pPr>
        <w:spacing w:after="0"/>
      </w:pPr>
      <w:r>
        <w:t>6) a) A</w:t>
      </w:r>
    </w:p>
    <w:p>
      <w:pPr>
        <w:spacing w:after="0"/>
      </w:pPr>
      <w:r>
        <w:t>7) b) B</w:t>
      </w:r>
    </w:p>
    <w:p>
      <w:pPr>
        <w:spacing w:after="0"/>
      </w:pPr>
      <w:r>
        <w:t>8) a) A</w:t>
      </w:r>
    </w:p>
    <w:p>
      <w:pPr>
        <w:spacing w:after="0"/>
      </w:pPr>
      <w:r>
        <w:t>9) b) B</w:t>
      </w:r>
    </w:p>
    <w:p>
      <w:r>
        <w:rPr>
          <w:b/>
        </w:rPr>
        <w:t>2. Find the letter</w:t>
      </w:r>
    </w:p>
    <w:p>
      <w:pPr>
        <w:spacing w:after="0"/>
      </w:pPr>
      <w:r>
        <w:t>1) b) b</w:t>
      </w:r>
    </w:p>
    <w:p>
      <w:pPr>
        <w:spacing w:after="0"/>
      </w:pPr>
      <w:r>
        <w:t>2) a) A</w:t>
      </w:r>
    </w:p>
    <w:p>
      <w:pPr>
        <w:spacing w:after="0"/>
      </w:pPr>
      <w:r>
        <w:t>3) c) a</w:t>
      </w:r>
    </w:p>
    <w:p>
      <w:pPr>
        <w:spacing w:after="0"/>
      </w:pPr>
      <w:r>
        <w:t>4) c) B</w:t>
      </w:r>
    </w:p>
    <w:p>
      <w:r>
        <w:rPr>
          <w:b/>
        </w:rPr>
        <w:t>3.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p>
      <w:pPr>
        <w:spacing w:after="0"/>
      </w:pPr>
      <w:r>
        <w:t>4) No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