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Jobs: as profissões em inglês</w:t>
      </w:r>
    </w:p>
    <w:p>
      <w:r>
        <w:rPr>
          <w:color w:val="6B6B6B"/>
          <w:sz w:val="18"/>
        </w:rPr>
        <w:t>4º ano e 5º ano · Jobs (profissões)</w:t>
      </w:r>
    </w:p>
    <w:p>
      <w:pPr>
        <w:pStyle w:val="Heading2"/>
      </w:pPr>
      <w:r>
        <w:t>1. Who is it?</w:t>
      </w:r>
    </w:p>
    <w:p>
      <w:r>
        <w:rPr>
          <w:i/>
        </w:rPr>
        <w:t>Read the description and choose the job.</w:t>
      </w:r>
    </w:p>
    <w:p>
      <w:pPr>
        <w:keepNext/>
        <w:spacing w:before="120"/>
      </w:pPr>
      <w:r>
        <w:t>1. 🩺  This person helps sick people in a hospital.</w:t>
      </w:r>
    </w:p>
    <w:p>
      <w:pPr>
        <w:spacing w:after="0"/>
        <w:ind w:left="454"/>
      </w:pPr>
      <w:r>
        <w:t>(   ) a) a teacher</w:t>
      </w:r>
    </w:p>
    <w:p>
      <w:pPr>
        <w:spacing w:after="0"/>
        <w:ind w:left="454"/>
      </w:pPr>
      <w:r>
        <w:t>(   ) b) a doctor</w:t>
      </w:r>
    </w:p>
    <w:p>
      <w:pPr>
        <w:spacing w:after="0"/>
        <w:ind w:left="454"/>
      </w:pPr>
      <w:r>
        <w:t>(   ) c) a chef</w:t>
      </w:r>
    </w:p>
    <w:p>
      <w:pPr>
        <w:keepNext/>
        <w:spacing w:before="120"/>
      </w:pPr>
      <w:r>
        <w:t>2. 👩‍🏫  This person teaches students at school.</w:t>
      </w:r>
    </w:p>
    <w:p>
      <w:pPr>
        <w:spacing w:after="0"/>
        <w:ind w:left="454"/>
      </w:pPr>
      <w:r>
        <w:t>(   ) a) a teacher</w:t>
      </w:r>
    </w:p>
    <w:p>
      <w:pPr>
        <w:spacing w:after="0"/>
        <w:ind w:left="454"/>
      </w:pPr>
      <w:r>
        <w:t>(   ) b) a farmer</w:t>
      </w:r>
    </w:p>
    <w:p>
      <w:pPr>
        <w:spacing w:after="0"/>
        <w:ind w:left="454"/>
      </w:pPr>
      <w:r>
        <w:t>(   ) c) a pilot</w:t>
      </w:r>
    </w:p>
    <w:p>
      <w:pPr>
        <w:keepNext/>
        <w:spacing w:before="120"/>
      </w:pPr>
      <w:r>
        <w:t>3. 👨‍🍳  This person cooks food in a restaurant.</w:t>
      </w:r>
    </w:p>
    <w:p>
      <w:pPr>
        <w:spacing w:after="0"/>
        <w:ind w:left="454"/>
      </w:pPr>
      <w:r>
        <w:t>(   ) a) a firefighter</w:t>
      </w:r>
    </w:p>
    <w:p>
      <w:pPr>
        <w:spacing w:after="0"/>
        <w:ind w:left="454"/>
      </w:pPr>
      <w:r>
        <w:t>(   ) b) a dentist</w:t>
      </w:r>
    </w:p>
    <w:p>
      <w:pPr>
        <w:spacing w:after="0"/>
        <w:ind w:left="454"/>
      </w:pPr>
      <w:r>
        <w:t>(   ) c) a chef</w:t>
      </w:r>
    </w:p>
    <w:p>
      <w:pPr>
        <w:keepNext/>
        <w:spacing w:before="120"/>
      </w:pPr>
      <w:r>
        <w:t>4. 🚒  This person puts out fires.</w:t>
      </w:r>
    </w:p>
    <w:p>
      <w:pPr>
        <w:spacing w:after="0"/>
        <w:ind w:left="454"/>
      </w:pPr>
      <w:r>
        <w:t>(   ) a) a firefighter</w:t>
      </w:r>
    </w:p>
    <w:p>
      <w:pPr>
        <w:spacing w:after="0"/>
        <w:ind w:left="454"/>
      </w:pPr>
      <w:r>
        <w:t>(   ) b) a vet</w:t>
      </w:r>
    </w:p>
    <w:p>
      <w:pPr>
        <w:spacing w:after="0"/>
        <w:ind w:left="454"/>
      </w:pPr>
      <w:r>
        <w:t>(   ) c) a singer</w:t>
      </w:r>
    </w:p>
    <w:p>
      <w:pPr>
        <w:keepNext/>
        <w:spacing w:before="120"/>
      </w:pPr>
      <w:r>
        <w:t>5. ✈️  This person flies planes.</w:t>
      </w:r>
    </w:p>
    <w:p>
      <w:pPr>
        <w:spacing w:after="0"/>
        <w:ind w:left="454"/>
      </w:pPr>
      <w:r>
        <w:t>(   ) a) a driver</w:t>
      </w:r>
    </w:p>
    <w:p>
      <w:pPr>
        <w:spacing w:after="0"/>
        <w:ind w:left="454"/>
      </w:pPr>
      <w:r>
        <w:t>(   ) b) a pilot</w:t>
      </w:r>
    </w:p>
    <w:p>
      <w:pPr>
        <w:spacing w:after="0"/>
        <w:ind w:left="454"/>
      </w:pPr>
      <w:r>
        <w:t>(   ) c) a nurse</w:t>
      </w:r>
    </w:p>
    <w:p>
      <w:pPr>
        <w:keepNext/>
        <w:spacing w:before="120"/>
      </w:pPr>
      <w:r>
        <w:t>6. 🐕  This person takes care of sick animals.</w:t>
      </w:r>
    </w:p>
    <w:p>
      <w:pPr>
        <w:spacing w:after="0"/>
        <w:ind w:left="454"/>
      </w:pPr>
      <w:r>
        <w:t>(   ) a) a police officer</w:t>
      </w:r>
    </w:p>
    <w:p>
      <w:pPr>
        <w:spacing w:after="0"/>
        <w:ind w:left="454"/>
      </w:pPr>
      <w:r>
        <w:t>(   ) b) a farmer</w:t>
      </w:r>
    </w:p>
    <w:p>
      <w:pPr>
        <w:spacing w:after="0"/>
        <w:ind w:left="454"/>
      </w:pPr>
      <w:r>
        <w:t>(   ) c) a vet</w:t>
      </w:r>
    </w:p>
    <w:p>
      <w:pPr>
        <w:pStyle w:val="Heading2"/>
      </w:pPr>
      <w:r>
        <w:t>2. Where do they work?</w:t>
      </w:r>
    </w:p>
    <w:p>
      <w:r>
        <w:rPr>
          <w:i/>
        </w:rPr>
        <w:t>Complete with the words from the box.</w:t>
      </w:r>
    </w:p>
    <w:p>
      <w:r>
        <w:rPr>
          <w:b/>
        </w:rPr>
        <w:t>Word bank:  hospital  |  school  |  farm  |  police station</w:t>
      </w:r>
    </w:p>
    <w:p>
      <w:pPr>
        <w:keepNext/>
        <w:spacing w:before="120"/>
      </w:pPr>
      <w:r>
        <w:t>1. 🚜  A farmer works on a ______________.</w:t>
      </w:r>
    </w:p>
    <w:p>
      <w:pPr>
        <w:keepNext/>
        <w:spacing w:before="120"/>
      </w:pPr>
      <w:r>
        <w:t>2. 👩‍⚕️  A nurse works in a ______________.</w:t>
      </w:r>
    </w:p>
    <w:p>
      <w:pPr>
        <w:keepNext/>
        <w:spacing w:before="120"/>
      </w:pPr>
      <w:r>
        <w:t>3. 👮  A police officer works at a ______________.</w:t>
      </w:r>
    </w:p>
    <w:p>
      <w:pPr>
        <w:keepNext/>
        <w:spacing w:before="120"/>
      </w:pPr>
      <w:r>
        <w:t>4. 📚  A teacher works at a ______________.</w:t>
      </w:r>
    </w:p>
    <w:p>
      <w:pPr>
        <w:pStyle w:val="Heading2"/>
      </w:pPr>
      <w:r>
        <w:t>3. Reading</w:t>
      </w:r>
    </w:p>
    <w:p>
      <w:r>
        <w:rPr>
          <w:i/>
        </w:rPr>
        <w:t>Read the text. Then mark True or False.</w:t>
      </w:r>
    </w:p>
    <w:p>
      <w:r>
        <w:rPr>
          <w:b/>
        </w:rPr>
        <w:t>My family's jobs</w:t>
      </w:r>
    </w:p>
    <w:p>
      <w:pPr>
        <w:ind w:left="340"/>
      </w:pPr>
      <w:r>
        <w:t>Hi! I'm Gabriel. My mom is a dentist. She works in a clinic downtown. My dad is a bus driver. He drives a big yellow bus. My aunt Clara is a vet, and she loves animals. And me? I want to be a scientist!</w:t>
      </w:r>
    </w:p>
    <w:p>
      <w:pPr>
        <w:keepNext/>
        <w:spacing w:before="120"/>
      </w:pPr>
      <w:r>
        <w:t>1. 🦷  Gabriel's mom is a dentist.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2. 🚌  His dad is a pilot.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3. 🐶  Aunt Clara takes care of animals.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4. 🔬  Gabriel wants to be a teacher.</w:t>
      </w:r>
    </w:p>
    <w:p>
      <w:pPr>
        <w:ind w:left="454"/>
      </w:pPr>
      <w:r>
        <w:t>(   ) True        (   ) False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Who is it?</w:t>
      </w:r>
    </w:p>
    <w:p>
      <w:pPr>
        <w:spacing w:after="0"/>
      </w:pPr>
      <w:r>
        <w:t>1) b) a doctor</w:t>
      </w:r>
    </w:p>
    <w:p>
      <w:pPr>
        <w:spacing w:after="0"/>
      </w:pPr>
      <w:r>
        <w:t>2) a) a teacher</w:t>
      </w:r>
    </w:p>
    <w:p>
      <w:pPr>
        <w:spacing w:after="0"/>
      </w:pPr>
      <w:r>
        <w:t>3) c) a chef</w:t>
      </w:r>
    </w:p>
    <w:p>
      <w:pPr>
        <w:spacing w:after="0"/>
      </w:pPr>
      <w:r>
        <w:t>4) a) a firefighter</w:t>
      </w:r>
    </w:p>
    <w:p>
      <w:pPr>
        <w:spacing w:after="0"/>
      </w:pPr>
      <w:r>
        <w:t>5) b) a pilot</w:t>
      </w:r>
    </w:p>
    <w:p>
      <w:pPr>
        <w:spacing w:after="0"/>
      </w:pPr>
      <w:r>
        <w:t>6) c) a vet</w:t>
      </w:r>
    </w:p>
    <w:p>
      <w:r>
        <w:rPr>
          <w:b/>
        </w:rPr>
        <w:t>2. Where do they work?</w:t>
      </w:r>
    </w:p>
    <w:p>
      <w:pPr>
        <w:spacing w:after="0"/>
      </w:pPr>
      <w:r>
        <w:t>1) farm</w:t>
      </w:r>
    </w:p>
    <w:p>
      <w:pPr>
        <w:spacing w:after="0"/>
      </w:pPr>
      <w:r>
        <w:t>2) hospital</w:t>
      </w:r>
    </w:p>
    <w:p>
      <w:pPr>
        <w:spacing w:after="0"/>
      </w:pPr>
      <w:r>
        <w:t>3) police station</w:t>
      </w:r>
    </w:p>
    <w:p>
      <w:pPr>
        <w:spacing w:after="0"/>
      </w:pPr>
      <w:r>
        <w:t>4) school</w:t>
      </w:r>
    </w:p>
    <w:p>
      <w:r>
        <w:rPr>
          <w:b/>
        </w:rPr>
        <w:t>3. Reading</w:t>
      </w:r>
    </w:p>
    <w:p>
      <w:pPr>
        <w:spacing w:after="0"/>
      </w:pPr>
      <w:r>
        <w:t>1) True</w:t>
      </w:r>
    </w:p>
    <w:p>
      <w:pPr>
        <w:spacing w:after="0"/>
      </w:pPr>
      <w:r>
        <w:t>2) False</w:t>
      </w:r>
    </w:p>
    <w:p>
      <w:pPr>
        <w:spacing w:after="0"/>
      </w:pPr>
      <w:r>
        <w:t>3) True</w:t>
      </w:r>
    </w:p>
    <w:p>
      <w:pPr>
        <w:spacing w:after="0"/>
      </w:pPr>
      <w:r>
        <w:t>4) False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2026-10-23T00:00:00Z</dcterms:created>
  <dcterms:modified xsi:type="dcterms:W3CDTF">2026-10-23T00:00:00Z</dcterms:modified>
  <cp:category/>
</cp:coreProperties>
</file>