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It's ou its? Whose ou who's? Gramática e pontuação</w:t>
      </w:r>
    </w:p>
    <w:p>
      <w:r>
        <w:rPr>
          <w:color w:val="6B6B6B"/>
          <w:sz w:val="18"/>
        </w:rPr>
        <w:t>1ª série e 2ª série · Possessive adjectives and pronouns · BNCC: EM13LGG103</w:t>
      </w:r>
    </w:p>
    <w:p>
      <w:pPr>
        <w:pStyle w:val="Heading2"/>
      </w:pPr>
      <w:r>
        <w:t>1. Find the correct sentence</w:t>
      </w:r>
    </w:p>
    <w:p>
      <w:r>
        <w:rPr>
          <w:i/>
        </w:rPr>
        <w:t>Choose the sentence with correct grammar and punctuation.</w:t>
      </w:r>
    </w:p>
    <w:p>
      <w:pPr>
        <w:keepNext/>
        <w:spacing w:before="120"/>
      </w:pPr>
      <w:r>
        <w:t>1. "Its a beautiful day, isnt it."</w:t>
      </w:r>
    </w:p>
    <w:p>
      <w:pPr>
        <w:spacing w:after="0"/>
        <w:ind w:left="454"/>
      </w:pPr>
      <w:r>
        <w:t>(   ) a) Its a beautiful day, isn't it?</w:t>
      </w:r>
    </w:p>
    <w:p>
      <w:pPr>
        <w:spacing w:after="0"/>
        <w:ind w:left="454"/>
      </w:pPr>
      <w:r>
        <w:t>(   ) b) It's a beautiful day, isn't it?</w:t>
      </w:r>
    </w:p>
    <w:p>
      <w:pPr>
        <w:spacing w:after="0"/>
        <w:ind w:left="454"/>
      </w:pPr>
      <w:r>
        <w:t>(   ) c) It's a beautiful day, isnt it.</w:t>
      </w:r>
    </w:p>
    <w:p>
      <w:pPr>
        <w:spacing w:after="0"/>
        <w:ind w:left="454"/>
      </w:pPr>
      <w:r>
        <w:t>(   ) d) Its' a beautiful day, is'nt it?</w:t>
      </w:r>
    </w:p>
    <w:p>
      <w:pPr>
        <w:keepNext/>
        <w:spacing w:before="120"/>
      </w:pPr>
      <w:r>
        <w:t>2. "Who's jacket is this?"</w:t>
      </w:r>
    </w:p>
    <w:p>
      <w:pPr>
        <w:spacing w:after="0"/>
        <w:ind w:left="454"/>
      </w:pPr>
      <w:r>
        <w:t>(   ) a) Whose jacket is this?</w:t>
      </w:r>
    </w:p>
    <w:p>
      <w:pPr>
        <w:spacing w:after="0"/>
        <w:ind w:left="454"/>
      </w:pPr>
      <w:r>
        <w:t>(   ) b) Who's jacket is this.</w:t>
      </w:r>
    </w:p>
    <w:p>
      <w:pPr>
        <w:spacing w:after="0"/>
        <w:ind w:left="454"/>
      </w:pPr>
      <w:r>
        <w:t>(   ) c) Whos jacket is this?</w:t>
      </w:r>
    </w:p>
    <w:p>
      <w:pPr>
        <w:keepNext/>
        <w:spacing w:before="120"/>
      </w:pPr>
      <w:r>
        <w:t>3. "Their going to the party tonight."</w:t>
      </w:r>
    </w:p>
    <w:p>
      <w:pPr>
        <w:spacing w:after="0"/>
        <w:ind w:left="454"/>
      </w:pPr>
      <w:r>
        <w:t>(   ) a) There going to the party tonight.</w:t>
      </w:r>
    </w:p>
    <w:p>
      <w:pPr>
        <w:spacing w:after="0"/>
        <w:ind w:left="454"/>
      </w:pPr>
      <w:r>
        <w:t>(   ) b) Their going to the party tonight?</w:t>
      </w:r>
    </w:p>
    <w:p>
      <w:pPr>
        <w:spacing w:after="0"/>
        <w:ind w:left="454"/>
      </w:pPr>
      <w:r>
        <w:t>(   ) c) They're going to the party tonight.</w:t>
      </w:r>
    </w:p>
    <w:p>
      <w:pPr>
        <w:keepNext/>
        <w:spacing w:before="120"/>
      </w:pPr>
      <w:r>
        <w:t>4. "The company changed it's logo."</w:t>
      </w:r>
    </w:p>
    <w:p>
      <w:pPr>
        <w:spacing w:after="0"/>
        <w:ind w:left="454"/>
      </w:pPr>
      <w:r>
        <w:t>(   ) a) The company changed its logo.</w:t>
      </w:r>
    </w:p>
    <w:p>
      <w:pPr>
        <w:spacing w:after="0"/>
        <w:ind w:left="454"/>
      </w:pPr>
      <w:r>
        <w:t>(   ) b) The company changed its' logo.</w:t>
      </w:r>
    </w:p>
    <w:p>
      <w:pPr>
        <w:spacing w:after="0"/>
        <w:ind w:left="454"/>
      </w:pPr>
      <w:r>
        <w:t>(   ) c) The company changed it is logo.</w:t>
      </w:r>
    </w:p>
    <w:p>
      <w:pPr>
        <w:keepNext/>
        <w:spacing w:before="120"/>
      </w:pPr>
      <w:r>
        <w:t>5. "Your late again!"</w:t>
      </w:r>
    </w:p>
    <w:p>
      <w:pPr>
        <w:spacing w:after="0"/>
        <w:ind w:left="454"/>
      </w:pPr>
      <w:r>
        <w:t>(   ) a) Your late again?</w:t>
      </w:r>
    </w:p>
    <w:p>
      <w:pPr>
        <w:spacing w:after="0"/>
        <w:ind w:left="454"/>
      </w:pPr>
      <w:r>
        <w:t>(   ) b) You're late again!</w:t>
      </w:r>
    </w:p>
    <w:p>
      <w:pPr>
        <w:spacing w:after="0"/>
        <w:ind w:left="454"/>
      </w:pPr>
      <w:r>
        <w:t>(   ) c) Youre late again!</w:t>
      </w:r>
    </w:p>
    <w:p>
      <w:pPr>
        <w:pStyle w:val="Heading2"/>
      </w:pPr>
      <w:r>
        <w:t>2. Possessive or contraction?</w:t>
      </w:r>
    </w:p>
    <w:p>
      <w:r>
        <w:rPr>
          <w:i/>
        </w:rPr>
        <w:t>Complete each sentence with a word from the box.</w:t>
      </w:r>
    </w:p>
    <w:p>
      <w:r>
        <w:rPr>
          <w:b/>
        </w:rPr>
        <w:t>Word bank:  its  |  it's  |  whose  |  who's  |  their  |  they're  |  your  |  you're</w:t>
      </w:r>
    </w:p>
    <w:p>
      <w:pPr>
        <w:keepNext/>
        <w:spacing w:before="120"/>
      </w:pPr>
      <w:r>
        <w:t>1. The dog is wagging ______________ tail.</w:t>
      </w:r>
    </w:p>
    <w:p>
      <w:pPr>
        <w:keepNext/>
        <w:spacing w:before="120"/>
      </w:pPr>
      <w:r>
        <w:t>2. Take an umbrella because ______________ raining.</w:t>
      </w:r>
    </w:p>
    <w:p>
      <w:pPr>
        <w:keepNext/>
        <w:spacing w:before="120"/>
      </w:pPr>
      <w:r>
        <w:t>3. Do you know ______________ calling me at this hour?</w:t>
      </w:r>
    </w:p>
    <w:p>
      <w:pPr>
        <w:keepNext/>
        <w:spacing w:before="120"/>
      </w:pPr>
      <w:r>
        <w:t>4. Do you know ______________ phone this is?</w:t>
      </w:r>
    </w:p>
    <w:p>
      <w:pPr>
        <w:keepNext/>
        <w:spacing w:before="120"/>
      </w:pPr>
      <w:r>
        <w:t>5. The students forgot ______________ books at home.</w:t>
      </w:r>
    </w:p>
    <w:p>
      <w:pPr>
        <w:keepNext/>
        <w:spacing w:before="120"/>
      </w:pPr>
      <w:r>
        <w:t>6. Be careful when you play with them: ______________ very good at chess!</w:t>
      </w:r>
    </w:p>
    <w:p>
      <w:pPr>
        <w:keepNext/>
        <w:spacing w:before="120"/>
      </w:pPr>
      <w:r>
        <w:t>7. Is this ______________ backpack?</w:t>
      </w:r>
    </w:p>
    <w:p>
      <w:pPr>
        <w:keepNext/>
        <w:spacing w:before="120"/>
      </w:pPr>
      <w:r>
        <w:t>8. I think ______________ right about that.</w:t>
      </w:r>
    </w:p>
    <w:p>
      <w:pPr>
        <w:pStyle w:val="Heading2"/>
      </w:pPr>
      <w:r>
        <w:t>3. Punctuation check</w:t>
      </w:r>
    </w:p>
    <w:p>
      <w:r>
        <w:rPr>
          <w:i/>
        </w:rPr>
        <w:t>Is the punctuation correct? True or false?</w:t>
      </w:r>
    </w:p>
    <w:p>
      <w:pPr>
        <w:keepNext/>
        <w:spacing w:before="120"/>
      </w:pPr>
      <w:r>
        <w:t>1. "Where are you from?"</w:t>
      </w:r>
    </w:p>
    <w:p>
      <w:pPr>
        <w:ind w:left="454"/>
      </w:pPr>
      <w:r>
        <w:t>(   ) True        (   ) False</w:t>
      </w:r>
    </w:p>
    <w:p>
      <w:pPr>
        <w:keepNext/>
        <w:spacing w:before="120"/>
      </w:pPr>
      <w:r>
        <w:t>2. "She doesnt like coffee."</w:t>
      </w:r>
    </w:p>
    <w:p>
      <w:pPr>
        <w:ind w:left="454"/>
      </w:pPr>
      <w:r>
        <w:t>(   ) True        (   ) False</w:t>
      </w:r>
    </w:p>
    <w:p>
      <w:pPr>
        <w:keepNext/>
        <w:spacing w:before="120"/>
      </w:pPr>
      <w:r>
        <w:t>3. "You're coming with us, aren't you?"</w:t>
      </w:r>
    </w:p>
    <w:p>
      <w:pPr>
        <w:ind w:left="454"/>
      </w:pPr>
      <w:r>
        <w:t>(   ) True        (   ) False</w:t>
      </w:r>
    </w:p>
    <w:p>
      <w:pPr>
        <w:pStyle w:val="Heading2"/>
      </w:pPr>
      <w:r>
        <w:t>4. Writing</w:t>
      </w:r>
    </w:p>
    <w:p>
      <w:r>
        <w:rPr>
          <w:i/>
        </w:rPr>
        <w:t>Write a short argumentative paragraph (5 to 8 sentences).</w:t>
      </w:r>
    </w:p>
    <w:p>
      <w:pPr>
        <w:keepNext/>
        <w:spacing w:before="120"/>
      </w:pPr>
      <w:r>
        <w:t>1. Is globalization beneficial or harmful to cultural diversity? Give your opinion with at least one argument and one example.</w:t>
      </w:r>
    </w:p>
    <w:p>
      <w:r>
        <w:t>______________________________________________________________________________</w:t>
      </w:r>
    </w:p>
    <w:p>
      <w:r>
        <w:t>______________________________________________________________________________</w:t>
      </w:r>
    </w:p>
    <w:p>
      <w:r>
        <w:br w:type="page"/>
      </w:r>
    </w:p>
    <w:p>
      <w:pPr>
        <w:pStyle w:val="Heading2"/>
      </w:pPr>
      <w:r>
        <w:t>Gabarito (Answer key)</w:t>
      </w:r>
    </w:p>
    <w:p>
      <w:r>
        <w:rPr>
          <w:b/>
        </w:rPr>
        <w:t>1. Find the correct sentence</w:t>
      </w:r>
    </w:p>
    <w:p>
      <w:pPr>
        <w:spacing w:after="0"/>
      </w:pPr>
      <w:r>
        <w:t>1) b) It's a beautiful day, isn't it?</w:t>
      </w:r>
    </w:p>
    <w:p>
      <w:pPr>
        <w:spacing w:after="0"/>
      </w:pPr>
      <w:r>
        <w:t>2) a) Whose jacket is this?</w:t>
      </w:r>
    </w:p>
    <w:p>
      <w:pPr>
        <w:spacing w:after="0"/>
      </w:pPr>
      <w:r>
        <w:t>3) c) They're going to the party tonight.</w:t>
      </w:r>
    </w:p>
    <w:p>
      <w:pPr>
        <w:spacing w:after="0"/>
      </w:pPr>
      <w:r>
        <w:t>4) a) The company changed its logo.</w:t>
      </w:r>
    </w:p>
    <w:p>
      <w:pPr>
        <w:spacing w:after="0"/>
      </w:pPr>
      <w:r>
        <w:t>5) b) You're late again!</w:t>
      </w:r>
    </w:p>
    <w:p>
      <w:r>
        <w:rPr>
          <w:b/>
        </w:rPr>
        <w:t>2. Possessive or contraction?</w:t>
      </w:r>
    </w:p>
    <w:p>
      <w:pPr>
        <w:spacing w:after="0"/>
      </w:pPr>
      <w:r>
        <w:t>1) its</w:t>
      </w:r>
    </w:p>
    <w:p>
      <w:pPr>
        <w:spacing w:after="0"/>
      </w:pPr>
      <w:r>
        <w:t>2) it's</w:t>
      </w:r>
    </w:p>
    <w:p>
      <w:pPr>
        <w:spacing w:after="0"/>
      </w:pPr>
      <w:r>
        <w:t>3) who's</w:t>
      </w:r>
    </w:p>
    <w:p>
      <w:pPr>
        <w:spacing w:after="0"/>
      </w:pPr>
      <w:r>
        <w:t>4) whose</w:t>
      </w:r>
    </w:p>
    <w:p>
      <w:pPr>
        <w:spacing w:after="0"/>
      </w:pPr>
      <w:r>
        <w:t>5) their</w:t>
      </w:r>
    </w:p>
    <w:p>
      <w:pPr>
        <w:spacing w:after="0"/>
      </w:pPr>
      <w:r>
        <w:t>6) they're</w:t>
      </w:r>
    </w:p>
    <w:p>
      <w:pPr>
        <w:spacing w:after="0"/>
      </w:pPr>
      <w:r>
        <w:t>7) your</w:t>
      </w:r>
    </w:p>
    <w:p>
      <w:pPr>
        <w:spacing w:after="0"/>
      </w:pPr>
      <w:r>
        <w:t>8) you're</w:t>
      </w:r>
    </w:p>
    <w:p>
      <w:r>
        <w:rPr>
          <w:b/>
        </w:rPr>
        <w:t>3. Punctuation check</w:t>
      </w:r>
    </w:p>
    <w:p>
      <w:pPr>
        <w:spacing w:after="0"/>
      </w:pPr>
      <w:r>
        <w:t>1) True</w:t>
      </w:r>
    </w:p>
    <w:p>
      <w:pPr>
        <w:spacing w:after="0"/>
      </w:pPr>
      <w:r>
        <w:t>2) False</w:t>
      </w:r>
    </w:p>
    <w:p>
      <w:pPr>
        <w:spacing w:after="0"/>
      </w:pPr>
      <w:r>
        <w:t>3) True</w:t>
      </w:r>
    </w:p>
    <w:p>
      <w:r>
        <w:rPr>
          <w:b/>
        </w:rPr>
        <w:t>4. Writing</w:t>
      </w:r>
    </w:p>
    <w:p>
      <w:pPr>
        <w:spacing w:after="0"/>
      </w:pPr>
      <w:r>
        <w:t>1) Free answer. Example: Globalization can be both. It helps people learn about other cultures through the internet, music and travel. However, it can also make local traditions disappear, because global brands and the same movies are everywhere. For example, many young people prefer fast food to traditional dishes. In my opinion, we should enjoy global culture but also value and protect our own traditions.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2024-04-29T00:00:00Z</dcterms:created>
  <dcterms:modified xsi:type="dcterms:W3CDTF">2024-04-29T00:00:00Z</dcterms:modified>
  <cp:category/>
</cp:coreProperties>
</file>