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My house: cômodos e objetos da casa</w:t>
      </w:r>
    </w:p>
    <w:p>
      <w:r>
        <w:rPr>
          <w:color w:val="6B6B6B"/>
          <w:sz w:val="18"/>
        </w:rPr>
        <w:t>3º ano e 4º ano · House (casa)</w:t>
      </w:r>
    </w:p>
    <w:p>
      <w:pPr>
        <w:pStyle w:val="Heading2"/>
      </w:pPr>
      <w:r>
        <w:t>1. Rooms</w:t>
      </w:r>
    </w:p>
    <w:p>
      <w:r>
        <w:rPr>
          <w:i/>
        </w:rPr>
        <w:t>Escolha o nome do cômodo em inglês. (Choose the room.)</w:t>
      </w:r>
    </w:p>
    <w:p>
      <w:pPr>
        <w:keepNext/>
        <w:spacing w:before="120"/>
      </w:pPr>
      <w:r>
        <w:t>1. 🛏️  quarto</w:t>
      </w:r>
    </w:p>
    <w:p>
      <w:pPr>
        <w:spacing w:after="0"/>
        <w:ind w:left="454"/>
      </w:pPr>
      <w:r>
        <w:t>(   ) a) kitchen</w:t>
      </w:r>
    </w:p>
    <w:p>
      <w:pPr>
        <w:spacing w:after="0"/>
        <w:ind w:left="454"/>
      </w:pPr>
      <w:r>
        <w:t>(   ) b) bedroom</w:t>
      </w:r>
    </w:p>
    <w:p>
      <w:pPr>
        <w:spacing w:after="0"/>
        <w:ind w:left="454"/>
      </w:pPr>
      <w:r>
        <w:t>(   ) c) garage</w:t>
      </w:r>
    </w:p>
    <w:p>
      <w:pPr>
        <w:keepNext/>
        <w:spacing w:before="120"/>
      </w:pPr>
      <w:r>
        <w:t>2. 🍳  cozinha</w:t>
      </w:r>
    </w:p>
    <w:p>
      <w:pPr>
        <w:spacing w:after="0"/>
        <w:ind w:left="454"/>
      </w:pPr>
      <w:r>
        <w:t>(   ) a) kitchen</w:t>
      </w:r>
    </w:p>
    <w:p>
      <w:pPr>
        <w:spacing w:after="0"/>
        <w:ind w:left="454"/>
      </w:pPr>
      <w:r>
        <w:t>(   ) b) bathroom</w:t>
      </w:r>
    </w:p>
    <w:p>
      <w:pPr>
        <w:spacing w:after="0"/>
        <w:ind w:left="454"/>
      </w:pPr>
      <w:r>
        <w:t>(   ) c) living room</w:t>
      </w:r>
    </w:p>
    <w:p>
      <w:pPr>
        <w:keepNext/>
        <w:spacing w:before="120"/>
      </w:pPr>
      <w:r>
        <w:t>3. 🛁  banheiro</w:t>
      </w:r>
    </w:p>
    <w:p>
      <w:pPr>
        <w:spacing w:after="0"/>
        <w:ind w:left="454"/>
      </w:pPr>
      <w:r>
        <w:t>(   ) a) bedroom</w:t>
      </w:r>
    </w:p>
    <w:p>
      <w:pPr>
        <w:spacing w:after="0"/>
        <w:ind w:left="454"/>
      </w:pPr>
      <w:r>
        <w:t>(   ) b) garden</w:t>
      </w:r>
    </w:p>
    <w:p>
      <w:pPr>
        <w:spacing w:after="0"/>
        <w:ind w:left="454"/>
      </w:pPr>
      <w:r>
        <w:t>(   ) c) bathroom</w:t>
      </w:r>
    </w:p>
    <w:p>
      <w:pPr>
        <w:keepNext/>
        <w:spacing w:before="120"/>
      </w:pPr>
      <w:r>
        <w:t>4. 🛋️  sala de estar</w:t>
      </w:r>
    </w:p>
    <w:p>
      <w:pPr>
        <w:spacing w:after="0"/>
        <w:ind w:left="454"/>
      </w:pPr>
      <w:r>
        <w:t>(   ) a) living room</w:t>
      </w:r>
    </w:p>
    <w:p>
      <w:pPr>
        <w:spacing w:after="0"/>
        <w:ind w:left="454"/>
      </w:pPr>
      <w:r>
        <w:t>(   ) b) kitchen</w:t>
      </w:r>
    </w:p>
    <w:p>
      <w:pPr>
        <w:spacing w:after="0"/>
        <w:ind w:left="454"/>
      </w:pPr>
      <w:r>
        <w:t>(   ) c) garage</w:t>
      </w:r>
    </w:p>
    <w:p>
      <w:pPr>
        <w:keepNext/>
        <w:spacing w:before="120"/>
      </w:pPr>
      <w:r>
        <w:t>5. 🌷  jardim</w:t>
      </w:r>
    </w:p>
    <w:p>
      <w:pPr>
        <w:spacing w:after="0"/>
        <w:ind w:left="454"/>
      </w:pPr>
      <w:r>
        <w:t>(   ) a) bathroom</w:t>
      </w:r>
    </w:p>
    <w:p>
      <w:pPr>
        <w:spacing w:after="0"/>
        <w:ind w:left="454"/>
      </w:pPr>
      <w:r>
        <w:t>(   ) b) garden</w:t>
      </w:r>
    </w:p>
    <w:p>
      <w:pPr>
        <w:spacing w:after="0"/>
        <w:ind w:left="454"/>
      </w:pPr>
      <w:r>
        <w:t>(   ) c) bedroom</w:t>
      </w:r>
    </w:p>
    <w:p>
      <w:pPr>
        <w:pStyle w:val="Heading2"/>
      </w:pPr>
      <w:r>
        <w:t>2. Where is it?</w:t>
      </w:r>
    </w:p>
    <w:p>
      <w:r>
        <w:rPr>
          <w:i/>
        </w:rPr>
        <w:t>Em que cômodo fica o objeto? Use o banco. (Complete with the room.)</w:t>
      </w:r>
    </w:p>
    <w:p>
      <w:r>
        <w:rPr>
          <w:b/>
        </w:rPr>
        <w:t>Word bank:  kitchen  |  bedroom  |  bathroom  |  living room  |  garage</w:t>
      </w:r>
    </w:p>
    <w:p>
      <w:pPr>
        <w:keepNext/>
        <w:spacing w:before="120"/>
      </w:pPr>
      <w:r>
        <w:t>1. 🛏️  The bed is in the ______________.</w:t>
      </w:r>
    </w:p>
    <w:p>
      <w:pPr>
        <w:keepNext/>
        <w:spacing w:before="120"/>
      </w:pPr>
      <w:r>
        <w:t>2. 🍳  The frying pan is in the ______________.</w:t>
      </w:r>
    </w:p>
    <w:p>
      <w:pPr>
        <w:keepNext/>
        <w:spacing w:before="120"/>
      </w:pPr>
      <w:r>
        <w:t>3. 🚿  The shower is in the ______________.</w:t>
      </w:r>
    </w:p>
    <w:p>
      <w:pPr>
        <w:keepNext/>
        <w:spacing w:before="120"/>
      </w:pPr>
      <w:r>
        <w:t>4. 🛋️  The sofa is in the ______________.</w:t>
      </w:r>
    </w:p>
    <w:p>
      <w:pPr>
        <w:keepNext/>
        <w:spacing w:before="120"/>
      </w:pPr>
      <w:r>
        <w:t>5. 🚗  The car is in the ______________.</w:t>
      </w:r>
    </w:p>
    <w:p>
      <w:pPr>
        <w:pStyle w:val="Heading2"/>
      </w:pPr>
      <w:r>
        <w:t>3. True or false?</w:t>
      </w:r>
    </w:p>
    <w:p>
      <w:r>
        <w:rPr>
          <w:i/>
        </w:rPr>
        <w:t>A frase está certa? Marque True (verdadeiro) ou False (falso).</w:t>
      </w:r>
    </w:p>
    <w:p>
      <w:pPr>
        <w:keepNext/>
        <w:spacing w:before="120"/>
      </w:pPr>
      <w:r>
        <w:t>1. 🛁  We take a bath in the bathroom.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🍳  We sleep in the kitchen.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📺  We watch TV in the living room.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Rooms</w:t>
      </w:r>
    </w:p>
    <w:p>
      <w:pPr>
        <w:spacing w:after="0"/>
      </w:pPr>
      <w:r>
        <w:t>1) b) bedroom</w:t>
      </w:r>
    </w:p>
    <w:p>
      <w:pPr>
        <w:spacing w:after="0"/>
      </w:pPr>
      <w:r>
        <w:t>2) a) kitchen</w:t>
      </w:r>
    </w:p>
    <w:p>
      <w:pPr>
        <w:spacing w:after="0"/>
      </w:pPr>
      <w:r>
        <w:t>3) c) bathroom</w:t>
      </w:r>
    </w:p>
    <w:p>
      <w:pPr>
        <w:spacing w:after="0"/>
      </w:pPr>
      <w:r>
        <w:t>4) a) living room</w:t>
      </w:r>
    </w:p>
    <w:p>
      <w:pPr>
        <w:spacing w:after="0"/>
      </w:pPr>
      <w:r>
        <w:t>5) b) garden</w:t>
      </w:r>
    </w:p>
    <w:p>
      <w:r>
        <w:rPr>
          <w:b/>
        </w:rPr>
        <w:t>2. Where is it?</w:t>
      </w:r>
    </w:p>
    <w:p>
      <w:pPr>
        <w:spacing w:after="0"/>
      </w:pPr>
      <w:r>
        <w:t>1) bedroom</w:t>
      </w:r>
    </w:p>
    <w:p>
      <w:pPr>
        <w:spacing w:after="0"/>
      </w:pPr>
      <w:r>
        <w:t>2) kitchen</w:t>
      </w:r>
    </w:p>
    <w:p>
      <w:pPr>
        <w:spacing w:after="0"/>
      </w:pPr>
      <w:r>
        <w:t>3) bathroom</w:t>
      </w:r>
    </w:p>
    <w:p>
      <w:pPr>
        <w:spacing w:after="0"/>
      </w:pPr>
      <w:r>
        <w:t>4) living room</w:t>
      </w:r>
    </w:p>
    <w:p>
      <w:pPr>
        <w:spacing w:after="0"/>
      </w:pPr>
      <w:r>
        <w:t>5) garage</w:t>
      </w:r>
    </w:p>
    <w:p>
      <w:r>
        <w:rPr>
          <w:b/>
        </w:rPr>
        <w:t>3.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True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