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Homophones e plurais</w:t>
      </w:r>
    </w:p>
    <w:p>
      <w:r>
        <w:rPr>
          <w:color w:val="6B6B6B"/>
          <w:sz w:val="18"/>
        </w:rPr>
        <w:t>5º ano e 6º ano · Plural of nouns</w:t>
      </w:r>
    </w:p>
    <w:p>
      <w:pPr>
        <w:pStyle w:val="Heading2"/>
      </w:pPr>
      <w:r>
        <w:t>1. Homophones</w:t>
      </w:r>
    </w:p>
    <w:p>
      <w:r>
        <w:rPr>
          <w:i/>
        </w:rPr>
        <w:t>Homophones are words with the same sound and different meanings. Choose the correct word.</w:t>
      </w:r>
    </w:p>
    <w:p>
      <w:pPr>
        <w:keepNext/>
        <w:spacing w:before="120"/>
      </w:pPr>
      <w:r>
        <w:t>1. She smelled the pink ___ in the garden.</w:t>
      </w:r>
    </w:p>
    <w:p>
      <w:pPr>
        <w:spacing w:after="0"/>
        <w:ind w:left="454"/>
      </w:pPr>
      <w:r>
        <w:t>(   ) a) flour</w:t>
      </w:r>
    </w:p>
    <w:p>
      <w:pPr>
        <w:spacing w:after="0"/>
        <w:ind w:left="454"/>
      </w:pPr>
      <w:r>
        <w:t>(   ) b) flower</w:t>
      </w:r>
    </w:p>
    <w:p>
      <w:pPr>
        <w:keepNext/>
        <w:spacing w:before="120"/>
      </w:pPr>
      <w:r>
        <w:t>2. The baker used the white ___ to make bread.</w:t>
      </w:r>
    </w:p>
    <w:p>
      <w:pPr>
        <w:spacing w:after="0"/>
        <w:ind w:left="454"/>
      </w:pPr>
      <w:r>
        <w:t>(   ) a) flour</w:t>
      </w:r>
    </w:p>
    <w:p>
      <w:pPr>
        <w:spacing w:after="0"/>
        <w:ind w:left="454"/>
      </w:pPr>
      <w:r>
        <w:t>(   ) b) flower</w:t>
      </w:r>
    </w:p>
    <w:p>
      <w:pPr>
        <w:keepNext/>
        <w:spacing w:before="120"/>
      </w:pPr>
      <w:r>
        <w:t>3. The sky is very ___ today.</w:t>
      </w:r>
    </w:p>
    <w:p>
      <w:pPr>
        <w:spacing w:after="0"/>
        <w:ind w:left="454"/>
      </w:pPr>
      <w:r>
        <w:t>(   ) a) blue</w:t>
      </w:r>
    </w:p>
    <w:p>
      <w:pPr>
        <w:spacing w:after="0"/>
        <w:ind w:left="454"/>
      </w:pPr>
      <w:r>
        <w:t>(   ) b) blew</w:t>
      </w:r>
    </w:p>
    <w:p>
      <w:pPr>
        <w:keepNext/>
        <w:spacing w:before="120"/>
      </w:pPr>
      <w:r>
        <w:t>4. He ___ out the candles on his birthday cake.</w:t>
      </w:r>
    </w:p>
    <w:p>
      <w:pPr>
        <w:spacing w:after="0"/>
        <w:ind w:left="454"/>
      </w:pPr>
      <w:r>
        <w:t>(   ) a) blue</w:t>
      </w:r>
    </w:p>
    <w:p>
      <w:pPr>
        <w:spacing w:after="0"/>
        <w:ind w:left="454"/>
      </w:pPr>
      <w:r>
        <w:t>(   ) b) blew</w:t>
      </w:r>
    </w:p>
    <w:p>
      <w:pPr>
        <w:keepNext/>
        <w:spacing w:before="120"/>
      </w:pPr>
      <w:r>
        <w:t>5. We can ___ the mountains from my window.</w:t>
      </w:r>
    </w:p>
    <w:p>
      <w:pPr>
        <w:spacing w:after="0"/>
        <w:ind w:left="454"/>
      </w:pPr>
      <w:r>
        <w:t>(   ) a) sea</w:t>
      </w:r>
    </w:p>
    <w:p>
      <w:pPr>
        <w:spacing w:after="0"/>
        <w:ind w:left="454"/>
      </w:pPr>
      <w:r>
        <w:t>(   ) b) see</w:t>
      </w:r>
    </w:p>
    <w:p>
      <w:pPr>
        <w:keepNext/>
        <w:spacing w:before="120"/>
      </w:pPr>
      <w:r>
        <w:t>6. I bought ___ apples at the market.</w:t>
      </w:r>
    </w:p>
    <w:p>
      <w:pPr>
        <w:spacing w:after="0"/>
        <w:ind w:left="454"/>
      </w:pPr>
      <w:r>
        <w:t>(   ) a) to</w:t>
      </w:r>
    </w:p>
    <w:p>
      <w:pPr>
        <w:spacing w:after="0"/>
        <w:ind w:left="454"/>
      </w:pPr>
      <w:r>
        <w:t>(   ) b) two</w:t>
      </w:r>
    </w:p>
    <w:p>
      <w:pPr>
        <w:spacing w:after="0"/>
        <w:ind w:left="454"/>
      </w:pPr>
      <w:r>
        <w:t>(   ) c) too</w:t>
      </w:r>
    </w:p>
    <w:p>
      <w:pPr>
        <w:keepNext/>
        <w:spacing w:before="120"/>
      </w:pPr>
      <w:r>
        <w:t>7. This is ___ house. They live here.</w:t>
      </w:r>
    </w:p>
    <w:p>
      <w:pPr>
        <w:spacing w:after="0"/>
        <w:ind w:left="454"/>
      </w:pPr>
      <w:r>
        <w:t>(   ) a) there</w:t>
      </w:r>
    </w:p>
    <w:p>
      <w:pPr>
        <w:spacing w:after="0"/>
        <w:ind w:left="454"/>
      </w:pPr>
      <w:r>
        <w:t>(   ) b) they're</w:t>
      </w:r>
    </w:p>
    <w:p>
      <w:pPr>
        <w:spacing w:after="0"/>
        <w:ind w:left="454"/>
      </w:pPr>
      <w:r>
        <w:t>(   ) c) their</w:t>
      </w:r>
    </w:p>
    <w:p>
      <w:pPr>
        <w:keepNext/>
        <w:spacing w:before="120"/>
      </w:pPr>
      <w:r>
        <w:t>8. I have a ___ in my left foot. It hurts!</w:t>
      </w:r>
    </w:p>
    <w:p>
      <w:pPr>
        <w:spacing w:after="0"/>
        <w:ind w:left="454"/>
      </w:pPr>
      <w:r>
        <w:t>(   ) a) pain</w:t>
      </w:r>
    </w:p>
    <w:p>
      <w:pPr>
        <w:spacing w:after="0"/>
        <w:ind w:left="454"/>
      </w:pPr>
      <w:r>
        <w:t>(   ) b) pane</w:t>
      </w:r>
    </w:p>
    <w:p>
      <w:pPr>
        <w:pStyle w:val="Heading2"/>
      </w:pPr>
      <w:r>
        <w:t>2. Plural forms</w:t>
      </w:r>
    </w:p>
    <w:p>
      <w:r>
        <w:rPr>
          <w:i/>
        </w:rPr>
        <w:t>Write the plural form of each noun.</w:t>
      </w:r>
    </w:p>
    <w:p>
      <w:pPr>
        <w:keepNext/>
        <w:spacing w:before="120"/>
      </w:pPr>
      <w:r>
        <w:t>1. cat → ______________</w:t>
      </w:r>
    </w:p>
    <w:p>
      <w:pPr>
        <w:keepNext/>
        <w:spacing w:before="120"/>
      </w:pPr>
      <w:r>
        <w:t>2. bus → ______________</w:t>
      </w:r>
    </w:p>
    <w:p>
      <w:pPr>
        <w:keepNext/>
        <w:spacing w:before="120"/>
      </w:pPr>
      <w:r>
        <w:t>3. city → ______________</w:t>
      </w:r>
    </w:p>
    <w:p>
      <w:pPr>
        <w:keepNext/>
        <w:spacing w:before="120"/>
      </w:pPr>
      <w:r>
        <w:t>4. watch → ______________</w:t>
      </w:r>
    </w:p>
    <w:p>
      <w:pPr>
        <w:keepNext/>
        <w:spacing w:before="120"/>
      </w:pPr>
      <w:r>
        <w:t>5. toy → ______________</w:t>
      </w:r>
    </w:p>
    <w:p>
      <w:pPr>
        <w:keepNext/>
        <w:spacing w:before="120"/>
      </w:pPr>
      <w:r>
        <w:t>6. family → ______________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Homophones</w:t>
      </w:r>
    </w:p>
    <w:p>
      <w:pPr>
        <w:spacing w:after="0"/>
      </w:pPr>
      <w:r>
        <w:t>1) b) flower</w:t>
      </w:r>
    </w:p>
    <w:p>
      <w:pPr>
        <w:spacing w:after="0"/>
      </w:pPr>
      <w:r>
        <w:t>2) a) flour</w:t>
      </w:r>
    </w:p>
    <w:p>
      <w:pPr>
        <w:spacing w:after="0"/>
      </w:pPr>
      <w:r>
        <w:t>3) a) blue</w:t>
      </w:r>
    </w:p>
    <w:p>
      <w:pPr>
        <w:spacing w:after="0"/>
      </w:pPr>
      <w:r>
        <w:t>4) b) blew</w:t>
      </w:r>
    </w:p>
    <w:p>
      <w:pPr>
        <w:spacing w:after="0"/>
      </w:pPr>
      <w:r>
        <w:t>5) b) see</w:t>
      </w:r>
    </w:p>
    <w:p>
      <w:pPr>
        <w:spacing w:after="0"/>
      </w:pPr>
      <w:r>
        <w:t>6) b) two</w:t>
      </w:r>
    </w:p>
    <w:p>
      <w:pPr>
        <w:spacing w:after="0"/>
      </w:pPr>
      <w:r>
        <w:t>7) c) their</w:t>
      </w:r>
    </w:p>
    <w:p>
      <w:pPr>
        <w:spacing w:after="0"/>
      </w:pPr>
      <w:r>
        <w:t>8) a) pain</w:t>
      </w:r>
    </w:p>
    <w:p>
      <w:r>
        <w:rPr>
          <w:b/>
        </w:rPr>
        <w:t>2. Plural forms</w:t>
      </w:r>
    </w:p>
    <w:p>
      <w:pPr>
        <w:spacing w:after="0"/>
      </w:pPr>
      <w:r>
        <w:t>1) cats</w:t>
      </w:r>
    </w:p>
    <w:p>
      <w:pPr>
        <w:spacing w:after="0"/>
      </w:pPr>
      <w:r>
        <w:t>2) buses</w:t>
      </w:r>
    </w:p>
    <w:p>
      <w:pPr>
        <w:spacing w:after="0"/>
      </w:pPr>
      <w:r>
        <w:t>3) cities</w:t>
      </w:r>
    </w:p>
    <w:p>
      <w:pPr>
        <w:spacing w:after="0"/>
      </w:pPr>
      <w:r>
        <w:t>4) watches</w:t>
      </w:r>
    </w:p>
    <w:p>
      <w:pPr>
        <w:spacing w:after="0"/>
      </w:pPr>
      <w:r>
        <w:t>5) toys</w:t>
      </w:r>
    </w:p>
    <w:p>
      <w:pPr>
        <w:spacing w:after="0"/>
      </w:pPr>
      <w:r>
        <w:t>6) families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2024-09-23T00:00:00Z</dcterms:created>
  <dcterms:modified xsi:type="dcterms:W3CDTF">2024-09-23T00:00:00Z</dcterms:modified>
  <cp:category/>
</cp:coreProperties>
</file>