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Greetings e verb to be</w:t>
      </w:r>
    </w:p>
    <w:p>
      <w:r>
        <w:rPr>
          <w:color w:val="6B6B6B"/>
          <w:sz w:val="18"/>
        </w:rPr>
        <w:t>1º ano e 2º ano · Greetings (cumprimentos)</w:t>
      </w:r>
    </w:p>
    <w:p>
      <w:pPr>
        <w:pStyle w:val="Heading2"/>
      </w:pPr>
      <w:r>
        <w:t>1. Greetings</w:t>
      </w:r>
    </w:p>
    <w:p>
      <w:r>
        <w:rPr>
          <w:i/>
        </w:rPr>
        <w:t>Complete o diálogo com o cumprimento certo. (Complete the dialogue.)</w:t>
      </w:r>
    </w:p>
    <w:p>
      <w:r>
        <w:rPr>
          <w:b/>
        </w:rPr>
        <w:t>Word bank:  Hello  |  Good morning  |  How are you  |  Goodbye  |  Good night</w:t>
      </w:r>
    </w:p>
    <w:p>
      <w:pPr>
        <w:keepNext/>
        <w:spacing w:before="120"/>
      </w:pPr>
      <w:r>
        <w:t>1. 🌅  Teacher (8 o'clock in the morning): "______________, class!"</w:t>
      </w:r>
    </w:p>
    <w:p>
      <w:pPr>
        <w:keepNext/>
        <w:spacing w:before="120"/>
      </w:pPr>
      <w:r>
        <w:t>2. 🙋  Students: "______________, teacher!"</w:t>
      </w:r>
    </w:p>
    <w:p>
      <w:pPr>
        <w:keepNext/>
        <w:spacing w:before="120"/>
      </w:pPr>
      <w:r>
        <w:t>3. 🙂  Teacher: "______________, children?" Students: "I'm fine, thank you!"</w:t>
      </w:r>
    </w:p>
    <w:p>
      <w:pPr>
        <w:keepNext/>
        <w:spacing w:before="120"/>
      </w:pPr>
      <w:r>
        <w:t>4. 👋  Teacher: "See you tomorrow! ______________!"</w:t>
      </w:r>
    </w:p>
    <w:p>
      <w:pPr>
        <w:keepNext/>
        <w:spacing w:before="120"/>
      </w:pPr>
      <w:r>
        <w:t>5. 🌙  It's 9 p.m. Time to sleep! "______________, Mom!"</w:t>
      </w:r>
    </w:p>
    <w:p>
      <w:pPr>
        <w:pStyle w:val="Heading2"/>
      </w:pPr>
      <w:r>
        <w:t>2. Am, is or are?</w:t>
      </w:r>
    </w:p>
    <w:p>
      <w:r>
        <w:rPr>
          <w:i/>
        </w:rPr>
        <w:t>Complete com am, is ou are. (Complete with am, is or are.)</w:t>
      </w:r>
    </w:p>
    <w:p>
      <w:r>
        <w:rPr>
          <w:b/>
        </w:rPr>
        <w:t>Word bank:  am  |  is  |  are</w:t>
      </w:r>
    </w:p>
    <w:p>
      <w:pPr>
        <w:keepNext/>
        <w:spacing w:before="120"/>
      </w:pPr>
      <w:r>
        <w:t>1. 🧑‍🎓  I ______________ a student.</w:t>
      </w:r>
    </w:p>
    <w:p>
      <w:pPr>
        <w:keepNext/>
        <w:spacing w:before="120"/>
      </w:pPr>
      <w:r>
        <w:t>2. 🤝  You ______________ my friend.</w:t>
      </w:r>
    </w:p>
    <w:p>
      <w:pPr>
        <w:keepNext/>
        <w:spacing w:before="120"/>
      </w:pPr>
      <w:r>
        <w:t>3. 👦  He ______________ a boy.</w:t>
      </w:r>
    </w:p>
    <w:p>
      <w:pPr>
        <w:keepNext/>
        <w:spacing w:before="120"/>
      </w:pPr>
      <w:r>
        <w:t>4. 👧  She ______________ a girl.</w:t>
      </w:r>
    </w:p>
    <w:p>
      <w:pPr>
        <w:keepNext/>
        <w:spacing w:before="120"/>
      </w:pPr>
      <w:r>
        <w:t>5. 😄  We ______________ happy.</w:t>
      </w:r>
    </w:p>
    <w:p>
      <w:pPr>
        <w:keepNext/>
        <w:spacing w:before="120"/>
      </w:pPr>
      <w:r>
        <w:t>6. 🐱  It ______________ a cat.</w:t>
      </w:r>
    </w:p>
    <w:p>
      <w:pPr>
        <w:pStyle w:val="Heading2"/>
      </w:pPr>
      <w:r>
        <w:t>3. Choose the word</w:t>
      </w:r>
    </w:p>
    <w:p>
      <w:r>
        <w:rPr>
          <w:i/>
        </w:rPr>
        <w:t>Escolha a palavra certa. (Choose the correct word.)</w:t>
      </w:r>
    </w:p>
    <w:p>
      <w:pPr>
        <w:keepNext/>
        <w:spacing w:before="120"/>
      </w:pPr>
      <w:r>
        <w:t>1. 👦  I am a ___.</w:t>
      </w:r>
    </w:p>
    <w:p>
      <w:pPr>
        <w:spacing w:after="0"/>
        <w:ind w:left="454"/>
      </w:pPr>
      <w:r>
        <w:t>(   ) a) boy</w:t>
      </w:r>
    </w:p>
    <w:p>
      <w:pPr>
        <w:spacing w:after="0"/>
        <w:ind w:left="454"/>
      </w:pPr>
      <w:r>
        <w:t>(   ) b) book</w:t>
      </w:r>
    </w:p>
    <w:p>
      <w:pPr>
        <w:keepNext/>
        <w:spacing w:before="120"/>
      </w:pPr>
      <w:r>
        <w:t>2. 😊  She is ___.</w:t>
      </w:r>
    </w:p>
    <w:p>
      <w:pPr>
        <w:spacing w:after="0"/>
        <w:ind w:left="454"/>
      </w:pPr>
      <w:r>
        <w:t>(   ) a) table</w:t>
      </w:r>
    </w:p>
    <w:p>
      <w:pPr>
        <w:spacing w:after="0"/>
        <w:ind w:left="454"/>
      </w:pPr>
      <w:r>
        <w:t>(   ) b) happy</w:t>
      </w:r>
    </w:p>
    <w:p>
      <w:pPr>
        <w:keepNext/>
        <w:spacing w:before="120"/>
      </w:pPr>
      <w:r>
        <w:t>3. 🧒  He is ___.</w:t>
      </w:r>
    </w:p>
    <w:p>
      <w:pPr>
        <w:spacing w:after="0"/>
        <w:ind w:left="454"/>
      </w:pPr>
      <w:r>
        <w:t>(   ) a) a chair</w:t>
      </w:r>
    </w:p>
    <w:p>
      <w:pPr>
        <w:spacing w:after="0"/>
        <w:ind w:left="454"/>
      </w:pPr>
      <w:r>
        <w:t>(   ) b) my friend</w:t>
      </w:r>
    </w:p>
    <w:p>
      <w:pPr>
        <w:keepNext/>
        <w:spacing w:before="120"/>
      </w:pPr>
      <w:r>
        <w:t>4. 🐶  It is a ___.</w:t>
      </w:r>
    </w:p>
    <w:p>
      <w:pPr>
        <w:spacing w:after="0"/>
        <w:ind w:left="454"/>
      </w:pPr>
      <w:r>
        <w:t>(   ) a) dog</w:t>
      </w:r>
    </w:p>
    <w:p>
      <w:pPr>
        <w:spacing w:after="0"/>
        <w:ind w:left="454"/>
      </w:pPr>
      <w:r>
        <w:t>(   ) b) teacher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Greetings</w:t>
      </w:r>
    </w:p>
    <w:p>
      <w:pPr>
        <w:spacing w:after="0"/>
      </w:pPr>
      <w:r>
        <w:t>1) Good morning</w:t>
      </w:r>
    </w:p>
    <w:p>
      <w:pPr>
        <w:spacing w:after="0"/>
      </w:pPr>
      <w:r>
        <w:t>2) Good morning</w:t>
      </w:r>
    </w:p>
    <w:p>
      <w:pPr>
        <w:spacing w:after="0"/>
      </w:pPr>
      <w:r>
        <w:t>3) How are you</w:t>
      </w:r>
    </w:p>
    <w:p>
      <w:pPr>
        <w:spacing w:after="0"/>
      </w:pPr>
      <w:r>
        <w:t>4) Goodbye</w:t>
      </w:r>
    </w:p>
    <w:p>
      <w:pPr>
        <w:spacing w:after="0"/>
      </w:pPr>
      <w:r>
        <w:t>5) Good night</w:t>
      </w:r>
    </w:p>
    <w:p>
      <w:r>
        <w:rPr>
          <w:b/>
        </w:rPr>
        <w:t>2. Am, is or are?</w:t>
      </w:r>
    </w:p>
    <w:p>
      <w:pPr>
        <w:spacing w:after="0"/>
      </w:pPr>
      <w:r>
        <w:t>1) am</w:t>
      </w:r>
    </w:p>
    <w:p>
      <w:pPr>
        <w:spacing w:after="0"/>
      </w:pPr>
      <w:r>
        <w:t>2) are</w:t>
      </w:r>
    </w:p>
    <w:p>
      <w:pPr>
        <w:spacing w:after="0"/>
      </w:pPr>
      <w:r>
        <w:t>3) is</w:t>
      </w:r>
    </w:p>
    <w:p>
      <w:pPr>
        <w:spacing w:after="0"/>
      </w:pPr>
      <w:r>
        <w:t>4) is</w:t>
      </w:r>
    </w:p>
    <w:p>
      <w:pPr>
        <w:spacing w:after="0"/>
      </w:pPr>
      <w:r>
        <w:t>5) are</w:t>
      </w:r>
    </w:p>
    <w:p>
      <w:pPr>
        <w:spacing w:after="0"/>
      </w:pPr>
      <w:r>
        <w:t>6) is</w:t>
      </w:r>
    </w:p>
    <w:p>
      <w:r>
        <w:rPr>
          <w:b/>
        </w:rPr>
        <w:t>3. Choose the word</w:t>
      </w:r>
    </w:p>
    <w:p>
      <w:pPr>
        <w:spacing w:after="0"/>
      </w:pPr>
      <w:r>
        <w:t>1) a) boy</w:t>
      </w:r>
    </w:p>
    <w:p>
      <w:pPr>
        <w:spacing w:after="0"/>
      </w:pPr>
      <w:r>
        <w:t>2) b) happy</w:t>
      </w:r>
    </w:p>
    <w:p>
      <w:pPr>
        <w:spacing w:after="0"/>
      </w:pPr>
      <w:r>
        <w:t>3) b) my friend</w:t>
      </w:r>
    </w:p>
    <w:p>
      <w:pPr>
        <w:spacing w:after="0"/>
      </w:pPr>
      <w:r>
        <w:t>4) a) dog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2026-08-01T00:00:00Z</dcterms:created>
  <dcterms:modified xsi:type="dcterms:W3CDTF">2026-08-01T00:00:00Z</dcterms:modified>
  <cp:category/>
</cp:coreProperties>
</file>