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Greetings: hello, goodbye e good morning</w:t>
      </w:r>
    </w:p>
    <w:p>
      <w:r>
        <w:rPr>
          <w:color w:val="6B6B6B"/>
          <w:sz w:val="18"/>
        </w:rPr>
        <w:t>3 anos e 4 anos · Greetings (cumprimentos)</w:t>
      </w:r>
    </w:p>
    <w:p>
      <w:pPr>
        <w:pStyle w:val="Heading2"/>
      </w:pPr>
      <w:r>
        <w:t>1. What do we say?</w:t>
      </w:r>
    </w:p>
    <w:p>
      <w:r>
        <w:rPr>
          <w:i/>
        </w:rPr>
        <w:t>A professora diz em português. O que a gente fala em inglês? (Listen and choose.)</w:t>
      </w:r>
    </w:p>
    <w:p>
      <w:pPr>
        <w:keepNext/>
        <w:spacing w:before="120"/>
      </w:pPr>
      <w:r>
        <w:t>1. 🌅  Bom dia!</w:t>
      </w:r>
    </w:p>
    <w:p>
      <w:pPr>
        <w:spacing w:after="0"/>
        <w:ind w:left="454"/>
      </w:pPr>
      <w:r>
        <w:t>(   ) a) Good morning!</w:t>
      </w:r>
    </w:p>
    <w:p>
      <w:pPr>
        <w:spacing w:after="0"/>
        <w:ind w:left="454"/>
      </w:pPr>
      <w:r>
        <w:t>(   ) b) Good night!</w:t>
      </w:r>
    </w:p>
    <w:p>
      <w:pPr>
        <w:keepNext/>
        <w:spacing w:before="120"/>
      </w:pPr>
      <w:r>
        <w:t>2. 🌙  Boa noite! Hora de dormir.</w:t>
      </w:r>
    </w:p>
    <w:p>
      <w:pPr>
        <w:spacing w:after="0"/>
        <w:ind w:left="454"/>
      </w:pPr>
      <w:r>
        <w:t>(   ) a) Hello!</w:t>
      </w:r>
    </w:p>
    <w:p>
      <w:pPr>
        <w:spacing w:after="0"/>
        <w:ind w:left="454"/>
      </w:pPr>
      <w:r>
        <w:t>(   ) b) Good night!</w:t>
      </w:r>
    </w:p>
    <w:p>
      <w:pPr>
        <w:keepNext/>
        <w:spacing w:before="120"/>
      </w:pPr>
      <w:r>
        <w:t>3. 👋  Olá! Oi!</w:t>
      </w:r>
    </w:p>
    <w:p>
      <w:pPr>
        <w:spacing w:after="0"/>
        <w:ind w:left="454"/>
      </w:pPr>
      <w:r>
        <w:t>(   ) a) Hello!</w:t>
      </w:r>
    </w:p>
    <w:p>
      <w:pPr>
        <w:spacing w:after="0"/>
        <w:ind w:left="454"/>
      </w:pPr>
      <w:r>
        <w:t>(   ) b) Thank you!</w:t>
      </w:r>
    </w:p>
    <w:p>
      <w:pPr>
        <w:keepNext/>
        <w:spacing w:before="120"/>
      </w:pPr>
      <w:r>
        <w:t>4. 🏠  Tchau! Vou para casa.</w:t>
      </w:r>
    </w:p>
    <w:p>
      <w:pPr>
        <w:spacing w:after="0"/>
        <w:ind w:left="454"/>
      </w:pPr>
      <w:r>
        <w:t>(   ) a) Good morning!</w:t>
      </w:r>
    </w:p>
    <w:p>
      <w:pPr>
        <w:spacing w:after="0"/>
        <w:ind w:left="454"/>
      </w:pPr>
      <w:r>
        <w:t>(   ) b) Goodbye!</w:t>
      </w:r>
    </w:p>
    <w:p>
      <w:pPr>
        <w:keepNext/>
        <w:spacing w:before="120"/>
      </w:pPr>
      <w:r>
        <w:t>5. 🎁  Obrigado! Obrigada!</w:t>
      </w:r>
    </w:p>
    <w:p>
      <w:pPr>
        <w:spacing w:after="0"/>
        <w:ind w:left="454"/>
      </w:pPr>
      <w:r>
        <w:t>(   ) a) Thank you!</w:t>
      </w:r>
    </w:p>
    <w:p>
      <w:pPr>
        <w:spacing w:after="0"/>
        <w:ind w:left="454"/>
      </w:pPr>
      <w:r>
        <w:t>(   ) b) Goodbye!</w:t>
      </w:r>
    </w:p>
    <w:p>
      <w:pPr>
        <w:keepNext/>
        <w:spacing w:before="120"/>
      </w:pPr>
      <w:r>
        <w:t>6. ☀️  Boa tarde!</w:t>
      </w:r>
    </w:p>
    <w:p>
      <w:pPr>
        <w:spacing w:after="0"/>
        <w:ind w:left="454"/>
      </w:pPr>
      <w:r>
        <w:t>(   ) a) Good night!</w:t>
      </w:r>
    </w:p>
    <w:p>
      <w:pPr>
        <w:spacing w:after="0"/>
        <w:ind w:left="454"/>
      </w:pPr>
      <w:r>
        <w:t>(   ) b) Good afternoon!</w:t>
      </w:r>
    </w:p>
    <w:p>
      <w:pPr>
        <w:pStyle w:val="Heading2"/>
      </w:pPr>
      <w:r>
        <w:t>2. Yes or no?</w:t>
      </w:r>
    </w:p>
    <w:p>
      <w:r>
        <w:rPr>
          <w:i/>
        </w:rPr>
        <w:t>A professora lê. Está certo? (Yes = sim / No = não)</w:t>
      </w:r>
    </w:p>
    <w:p>
      <w:pPr>
        <w:keepNext/>
        <w:spacing w:before="120"/>
      </w:pPr>
      <w:r>
        <w:t>1. 🌅  Bom dia = Good morning.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2. 🛌  Boa noite = Hello.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3. 🎁  Obrigado = Thank you.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4. 🙋  Olá = Goodbye.</w:t>
      </w:r>
    </w:p>
    <w:p>
      <w:pPr>
        <w:ind w:left="454"/>
      </w:pPr>
      <w:r>
        <w:t>(   ) Yes        (   ) No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What do we say?</w:t>
      </w:r>
    </w:p>
    <w:p>
      <w:pPr>
        <w:spacing w:after="0"/>
      </w:pPr>
      <w:r>
        <w:t>1) a) Good morning!</w:t>
      </w:r>
    </w:p>
    <w:p>
      <w:pPr>
        <w:spacing w:after="0"/>
      </w:pPr>
      <w:r>
        <w:t>2) b) Good night!</w:t>
      </w:r>
    </w:p>
    <w:p>
      <w:pPr>
        <w:spacing w:after="0"/>
      </w:pPr>
      <w:r>
        <w:t>3) a) Hello!</w:t>
      </w:r>
    </w:p>
    <w:p>
      <w:pPr>
        <w:spacing w:after="0"/>
      </w:pPr>
      <w:r>
        <w:t>4) b) Goodbye!</w:t>
      </w:r>
    </w:p>
    <w:p>
      <w:pPr>
        <w:spacing w:after="0"/>
      </w:pPr>
      <w:r>
        <w:t>5) a) Thank you!</w:t>
      </w:r>
    </w:p>
    <w:p>
      <w:pPr>
        <w:spacing w:after="0"/>
      </w:pPr>
      <w:r>
        <w:t>6) b) Good afternoon!</w:t>
      </w:r>
    </w:p>
    <w:p>
      <w:r>
        <w:rPr>
          <w:b/>
        </w:rPr>
        <w:t>2. Yes or no?</w:t>
      </w:r>
    </w:p>
    <w:p>
      <w:pPr>
        <w:spacing w:after="0"/>
      </w:pPr>
      <w:r>
        <w:t>1) Yes</w:t>
      </w:r>
    </w:p>
    <w:p>
      <w:pPr>
        <w:spacing w:after="0"/>
      </w:pPr>
      <w:r>
        <w:t>2) No</w:t>
      </w:r>
    </w:p>
    <w:p>
      <w:pPr>
        <w:spacing w:after="0"/>
      </w:pPr>
      <w:r>
        <w:t>3) Yes</w:t>
      </w:r>
    </w:p>
    <w:p>
      <w:pPr>
        <w:spacing w:after="0"/>
      </w:pPr>
      <w:r>
        <w:t>4) No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2026-10-23T00:00:00Z</dcterms:created>
  <dcterms:modified xsi:type="dcterms:W3CDTF">2026-10-23T00:00:00Z</dcterms:modified>
  <cp:category/>
</cp:coreProperties>
</file>