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Revisão: past simple, first conditional e comparativos</w:t>
      </w:r>
    </w:p>
    <w:p>
      <w:r>
        <w:rPr>
          <w:color w:val="6B6B6B"/>
          <w:sz w:val="18"/>
        </w:rPr>
        <w:t>8º ano e 9º ano · Conditionals (if clauses) · BNCC: EF09LI15, EF08LI15, EF07LI18</w:t>
      </w:r>
    </w:p>
    <w:p>
      <w:pPr>
        <w:pStyle w:val="Heading2"/>
      </w:pPr>
      <w:r>
        <w:t>1. Past simple</w:t>
      </w:r>
    </w:p>
    <w:p>
      <w:r>
        <w:rPr>
          <w:i/>
        </w:rPr>
        <w:t>Complete with the past simple of the verbs in parentheses.</w:t>
      </w:r>
    </w:p>
    <w:p>
      <w:pPr>
        <w:keepNext/>
        <w:spacing w:before="120"/>
      </w:pPr>
      <w:r>
        <w:t>1. I ______________ (visit) my grandma last weekend.</w:t>
      </w:r>
    </w:p>
    <w:p>
      <w:pPr>
        <w:keepNext/>
        <w:spacing w:before="120"/>
      </w:pPr>
      <w:r>
        <w:t>2. She ______________ (go) to the mall yesterday.</w:t>
      </w:r>
    </w:p>
    <w:p>
      <w:pPr>
        <w:keepNext/>
        <w:spacing w:before="120"/>
      </w:pPr>
      <w:r>
        <w:t>3. They ______________ (not eat) pizza last night.</w:t>
      </w:r>
    </w:p>
    <w:p>
      <w:pPr>
        <w:keepNext/>
        <w:spacing w:before="120"/>
      </w:pPr>
      <w:r>
        <w:t>4. We ______________ (see) a great movie on Saturday.</w:t>
      </w:r>
    </w:p>
    <w:p>
      <w:pPr>
        <w:pStyle w:val="Heading2"/>
      </w:pPr>
      <w:r>
        <w:t>2. First conditional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If it rains tomorrow, we ______________ (stay) at home.</w:t>
      </w:r>
    </w:p>
    <w:p>
      <w:pPr>
        <w:keepNext/>
        <w:spacing w:before="120"/>
      </w:pPr>
      <w:r>
        <w:t>2. If I study hard, I ______________ (pass) the test.</w:t>
      </w:r>
    </w:p>
    <w:p>
      <w:pPr>
        <w:keepNext/>
        <w:spacing w:before="120"/>
      </w:pPr>
      <w:r>
        <w:t>3. If they don't hurry, they ______________ (miss) the bus.</w:t>
      </w:r>
    </w:p>
    <w:p>
      <w:pPr>
        <w:keepNext/>
        <w:spacing w:before="120"/>
      </w:pPr>
      <w:r>
        <w:t>4. If you ______________ (call) me tonight, I will help you with the homework.</w:t>
      </w:r>
    </w:p>
    <w:p>
      <w:pPr>
        <w:pStyle w:val="Heading2"/>
      </w:pPr>
      <w:r>
        <w:t>3. Comparatives and superlatives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This book is ___ than that one.</w:t>
      </w:r>
    </w:p>
    <w:p>
      <w:pPr>
        <w:spacing w:after="0"/>
        <w:ind w:left="454"/>
      </w:pPr>
      <w:r>
        <w:t>(   ) a) interesting</w:t>
      </w:r>
    </w:p>
    <w:p>
      <w:pPr>
        <w:spacing w:after="0"/>
        <w:ind w:left="454"/>
      </w:pPr>
      <w:r>
        <w:t>(   ) b) more interesting</w:t>
      </w:r>
    </w:p>
    <w:p>
      <w:pPr>
        <w:spacing w:after="0"/>
        <w:ind w:left="454"/>
      </w:pPr>
      <w:r>
        <w:t>(   ) c) most interesting</w:t>
      </w:r>
    </w:p>
    <w:p>
      <w:pPr>
        <w:keepNext/>
        <w:spacing w:before="120"/>
      </w:pPr>
      <w:r>
        <w:t>2. John is the ___ student in our class.</w:t>
      </w:r>
    </w:p>
    <w:p>
      <w:pPr>
        <w:spacing w:after="0"/>
        <w:ind w:left="454"/>
      </w:pPr>
      <w:r>
        <w:t>(   ) a) tall</w:t>
      </w:r>
    </w:p>
    <w:p>
      <w:pPr>
        <w:spacing w:after="0"/>
        <w:ind w:left="454"/>
      </w:pPr>
      <w:r>
        <w:t>(   ) b) taller</w:t>
      </w:r>
    </w:p>
    <w:p>
      <w:pPr>
        <w:spacing w:after="0"/>
        <w:ind w:left="454"/>
      </w:pPr>
      <w:r>
        <w:t>(   ) c) tallest</w:t>
      </w:r>
    </w:p>
    <w:p>
      <w:pPr>
        <w:keepNext/>
        <w:spacing w:before="120"/>
      </w:pPr>
      <w:r>
        <w:t>3. My bag is ___ than yours.</w:t>
      </w:r>
    </w:p>
    <w:p>
      <w:pPr>
        <w:spacing w:after="0"/>
        <w:ind w:left="454"/>
      </w:pPr>
      <w:r>
        <w:t>(   ) a) heavier</w:t>
      </w:r>
    </w:p>
    <w:p>
      <w:pPr>
        <w:spacing w:after="0"/>
        <w:ind w:left="454"/>
      </w:pPr>
      <w:r>
        <w:t>(   ) b) heavy</w:t>
      </w:r>
    </w:p>
    <w:p>
      <w:pPr>
        <w:spacing w:after="0"/>
        <w:ind w:left="454"/>
      </w:pPr>
      <w:r>
        <w:t>(   ) c) heaviest</w:t>
      </w:r>
    </w:p>
    <w:p>
      <w:pPr>
        <w:keepNext/>
        <w:spacing w:before="120"/>
      </w:pPr>
      <w:r>
        <w:t>4. Today is the ___ day of the year!</w:t>
      </w:r>
    </w:p>
    <w:p>
      <w:pPr>
        <w:spacing w:after="0"/>
        <w:ind w:left="454"/>
      </w:pPr>
      <w:r>
        <w:t>(   ) a) hotter</w:t>
      </w:r>
    </w:p>
    <w:p>
      <w:pPr>
        <w:spacing w:after="0"/>
        <w:ind w:left="454"/>
      </w:pPr>
      <w:r>
        <w:t>(   ) b) hottest</w:t>
      </w:r>
    </w:p>
    <w:p>
      <w:pPr>
        <w:spacing w:after="0"/>
        <w:ind w:left="454"/>
      </w:pPr>
      <w:r>
        <w:t>(   ) c) hot</w:t>
      </w:r>
    </w:p>
    <w:p>
      <w:pPr>
        <w:keepNext/>
        <w:spacing w:before="120"/>
      </w:pPr>
      <w:r>
        <w:t>5. Soccer is ___ than volleyball in Brazil.</w:t>
      </w:r>
    </w:p>
    <w:p>
      <w:pPr>
        <w:spacing w:after="0"/>
        <w:ind w:left="454"/>
      </w:pPr>
      <w:r>
        <w:t>(   ) a) most popular</w:t>
      </w:r>
    </w:p>
    <w:p>
      <w:pPr>
        <w:spacing w:after="0"/>
        <w:ind w:left="454"/>
      </w:pPr>
      <w:r>
        <w:t>(   ) b) popularer</w:t>
      </w:r>
    </w:p>
    <w:p>
      <w:pPr>
        <w:spacing w:after="0"/>
        <w:ind w:left="454"/>
      </w:pPr>
      <w:r>
        <w:t>(   ) c) more popular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Past simple</w:t>
      </w:r>
    </w:p>
    <w:p>
      <w:pPr>
        <w:spacing w:after="0"/>
      </w:pPr>
      <w:r>
        <w:t>1) visited</w:t>
      </w:r>
    </w:p>
    <w:p>
      <w:pPr>
        <w:spacing w:after="0"/>
      </w:pPr>
      <w:r>
        <w:t>2) went</w:t>
      </w:r>
    </w:p>
    <w:p>
      <w:pPr>
        <w:spacing w:after="0"/>
      </w:pPr>
      <w:r>
        <w:t>3) didn't eat</w:t>
      </w:r>
    </w:p>
    <w:p>
      <w:pPr>
        <w:spacing w:after="0"/>
      </w:pPr>
      <w:r>
        <w:t>4) saw</w:t>
      </w:r>
    </w:p>
    <w:p>
      <w:r>
        <w:rPr>
          <w:b/>
        </w:rPr>
        <w:t>2. First conditional</w:t>
      </w:r>
    </w:p>
    <w:p>
      <w:pPr>
        <w:spacing w:after="0"/>
      </w:pPr>
      <w:r>
        <w:t>1) will stay</w:t>
      </w:r>
    </w:p>
    <w:p>
      <w:pPr>
        <w:spacing w:after="0"/>
      </w:pPr>
      <w:r>
        <w:t>2) will pass</w:t>
      </w:r>
    </w:p>
    <w:p>
      <w:pPr>
        <w:spacing w:after="0"/>
      </w:pPr>
      <w:r>
        <w:t>3) will miss</w:t>
      </w:r>
    </w:p>
    <w:p>
      <w:pPr>
        <w:spacing w:after="0"/>
      </w:pPr>
      <w:r>
        <w:t>4) call</w:t>
      </w:r>
    </w:p>
    <w:p>
      <w:r>
        <w:rPr>
          <w:b/>
        </w:rPr>
        <w:t>3. Comparatives and superlatives</w:t>
      </w:r>
    </w:p>
    <w:p>
      <w:pPr>
        <w:spacing w:after="0"/>
      </w:pPr>
      <w:r>
        <w:t>1) b) more interesting</w:t>
      </w:r>
    </w:p>
    <w:p>
      <w:pPr>
        <w:spacing w:after="0"/>
      </w:pPr>
      <w:r>
        <w:t>2) c) tallest</w:t>
      </w:r>
    </w:p>
    <w:p>
      <w:pPr>
        <w:spacing w:after="0"/>
      </w:pPr>
      <w:r>
        <w:t>3) a) heavier</w:t>
      </w:r>
    </w:p>
    <w:p>
      <w:pPr>
        <w:spacing w:after="0"/>
      </w:pPr>
      <w:r>
        <w:t>4) b) hottest</w:t>
      </w:r>
    </w:p>
    <w:p>
      <w:pPr>
        <w:spacing w:after="0"/>
      </w:pPr>
      <w:r>
        <w:t>5) c) more popular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2026-01-28T00:00:00Z</dcterms:created>
  <dcterms:modified xsi:type="dcterms:W3CDTF">2026-01-28T00:00:00Z</dcterms:modified>
  <cp:category/>
</cp:coreProperties>
</file>