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Technology and balance: opinião e futuro</w:t>
      </w:r>
    </w:p>
    <w:p>
      <w:r>
        <w:rPr>
          <w:color w:val="6B6B6B"/>
          <w:sz w:val="18"/>
        </w:rPr>
        <w:t>3ª série · Future: will and going to · BNCC: EM13LGG302, EM13LGG303</w:t>
      </w:r>
    </w:p>
    <w:p>
      <w:pPr>
        <w:pStyle w:val="Heading2"/>
      </w:pPr>
      <w:r>
        <w:t>1. Opinion post</w:t>
      </w:r>
    </w:p>
    <w:p>
      <w:r>
        <w:rPr>
          <w:i/>
        </w:rPr>
        <w:t>Read the post and choose the correct answer.</w:t>
      </w:r>
    </w:p>
    <w:p>
      <w:r>
        <w:rPr>
          <w:b/>
        </w:rPr>
        <w:t>We need balance</w:t>
      </w:r>
    </w:p>
    <w:p>
      <w:pPr>
        <w:ind w:left="340"/>
      </w:pPr>
      <w:r>
        <w:t>I love technology, but I feel people are forgetting how to talk face to face. We need balance. Social media is great for connecting, but it should not replace real conversations.</w:t>
      </w:r>
    </w:p>
    <w:p>
      <w:pPr>
        <w:keepNext/>
        <w:spacing w:before="120"/>
      </w:pPr>
      <w:r>
        <w:t>1. What is the author's opinion about social media?</w:t>
      </w:r>
    </w:p>
    <w:p>
      <w:pPr>
        <w:spacing w:after="0"/>
        <w:ind w:left="454"/>
      </w:pPr>
      <w:r>
        <w:t>(   ) a) It is useless and dangerous.</w:t>
      </w:r>
    </w:p>
    <w:p>
      <w:pPr>
        <w:spacing w:after="0"/>
        <w:ind w:left="454"/>
      </w:pPr>
      <w:r>
        <w:t>(   ) b) It is great for connecting, but it shouldn't replace real conversations.</w:t>
      </w:r>
    </w:p>
    <w:p>
      <w:pPr>
        <w:spacing w:after="0"/>
        <w:ind w:left="454"/>
      </w:pPr>
      <w:r>
        <w:t>(   ) c) It is better than talking in person.</w:t>
      </w:r>
    </w:p>
    <w:p>
      <w:pPr>
        <w:keepNext/>
        <w:spacing w:before="120"/>
      </w:pPr>
      <w:r>
        <w:t>2. What problem is mentioned in the text?</w:t>
      </w:r>
    </w:p>
    <w:p>
      <w:pPr>
        <w:spacing w:after="0"/>
        <w:ind w:left="454"/>
      </w:pPr>
      <w:r>
        <w:t>(   ) a) People are forgetting how to talk face to face.</w:t>
      </w:r>
    </w:p>
    <w:p>
      <w:pPr>
        <w:spacing w:after="0"/>
        <w:ind w:left="454"/>
      </w:pPr>
      <w:r>
        <w:t>(   ) b) Technology is too expensive.</w:t>
      </w:r>
    </w:p>
    <w:p>
      <w:pPr>
        <w:spacing w:after="0"/>
        <w:ind w:left="454"/>
      </w:pPr>
      <w:r>
        <w:t>(   ) c) People don't use social media.</w:t>
      </w:r>
    </w:p>
    <w:p>
      <w:pPr>
        <w:keepNext/>
        <w:spacing w:before="120"/>
      </w:pPr>
      <w:r>
        <w:t>3. What solution does the author suggest?</w:t>
      </w:r>
    </w:p>
    <w:p>
      <w:pPr>
        <w:spacing w:after="0"/>
        <w:ind w:left="454"/>
      </w:pPr>
      <w:r>
        <w:t>(   ) a) Stop using technology completely.</w:t>
      </w:r>
    </w:p>
    <w:p>
      <w:pPr>
        <w:spacing w:after="0"/>
        <w:ind w:left="454"/>
      </w:pPr>
      <w:r>
        <w:t>(   ) b) Use only social media.</w:t>
      </w:r>
    </w:p>
    <w:p>
      <w:pPr>
        <w:spacing w:after="0"/>
        <w:ind w:left="454"/>
      </w:pPr>
      <w:r>
        <w:t>(   ) c) Find a balance between online and real-life communication.</w:t>
      </w:r>
    </w:p>
    <w:p>
      <w:pPr>
        <w:keepNext/>
        <w:spacing w:before="120"/>
      </w:pPr>
      <w:r>
        <w:t>4. The word "but" in "I love technology, but..." introduces...</w:t>
      </w:r>
    </w:p>
    <w:p>
      <w:pPr>
        <w:spacing w:after="0"/>
        <w:ind w:left="454"/>
      </w:pPr>
      <w:r>
        <w:t>(   ) a) a contrast.</w:t>
      </w:r>
    </w:p>
    <w:p>
      <w:pPr>
        <w:spacing w:after="0"/>
        <w:ind w:left="454"/>
      </w:pPr>
      <w:r>
        <w:t>(   ) b) an example.</w:t>
      </w:r>
    </w:p>
    <w:p>
      <w:pPr>
        <w:spacing w:after="0"/>
        <w:ind w:left="454"/>
      </w:pPr>
      <w:r>
        <w:t>(   ) c) a conclusion.</w:t>
      </w:r>
    </w:p>
    <w:p>
      <w:pPr>
        <w:pStyle w:val="Heading2"/>
      </w:pPr>
      <w:r>
        <w:t>2. Vocabulary in context</w:t>
      </w:r>
    </w:p>
    <w:p>
      <w:r>
        <w:rPr>
          <w:i/>
        </w:rPr>
        <w:t>Choose the meaning of the expression from the text.</w:t>
      </w:r>
    </w:p>
    <w:p>
      <w:pPr>
        <w:keepNext/>
        <w:spacing w:before="120"/>
      </w:pPr>
      <w:r>
        <w:t>1. face to face</w:t>
      </w:r>
    </w:p>
    <w:p>
      <w:pPr>
        <w:spacing w:after="0"/>
        <w:ind w:left="454"/>
      </w:pPr>
      <w:r>
        <w:t>(   ) a) by phone</w:t>
      </w:r>
    </w:p>
    <w:p>
      <w:pPr>
        <w:spacing w:after="0"/>
        <w:ind w:left="454"/>
      </w:pPr>
      <w:r>
        <w:t>(   ) b) in person, directly</w:t>
      </w:r>
    </w:p>
    <w:p>
      <w:pPr>
        <w:spacing w:after="0"/>
        <w:ind w:left="454"/>
      </w:pPr>
      <w:r>
        <w:t>(   ) c) on the internet</w:t>
      </w:r>
    </w:p>
    <w:p>
      <w:pPr>
        <w:keepNext/>
        <w:spacing w:before="120"/>
      </w:pPr>
      <w:r>
        <w:t>2. balance</w:t>
      </w:r>
    </w:p>
    <w:p>
      <w:pPr>
        <w:spacing w:after="0"/>
        <w:ind w:left="454"/>
      </w:pPr>
      <w:r>
        <w:t>(   ) a) a state of being equal or stable</w:t>
      </w:r>
    </w:p>
    <w:p>
      <w:pPr>
        <w:spacing w:after="0"/>
        <w:ind w:left="454"/>
      </w:pPr>
      <w:r>
        <w:t>(   ) b) a kind of social network</w:t>
      </w:r>
    </w:p>
    <w:p>
      <w:pPr>
        <w:spacing w:after="0"/>
        <w:ind w:left="454"/>
      </w:pPr>
      <w:r>
        <w:t>(   ) c) a very long conversation</w:t>
      </w:r>
    </w:p>
    <w:p>
      <w:pPr>
        <w:keepNext/>
        <w:spacing w:before="120"/>
      </w:pPr>
      <w:r>
        <w:t>3. replace</w:t>
      </w:r>
    </w:p>
    <w:p>
      <w:pPr>
        <w:spacing w:after="0"/>
        <w:ind w:left="454"/>
      </w:pPr>
      <w:r>
        <w:t>(   ) a) to repeat something</w:t>
      </w:r>
    </w:p>
    <w:p>
      <w:pPr>
        <w:spacing w:after="0"/>
        <w:ind w:left="454"/>
      </w:pPr>
      <w:r>
        <w:t>(   ) b) to forget something</w:t>
      </w:r>
    </w:p>
    <w:p>
      <w:pPr>
        <w:spacing w:after="0"/>
        <w:ind w:left="454"/>
      </w:pPr>
      <w:r>
        <w:t>(   ) c) to change something for another</w:t>
      </w:r>
    </w:p>
    <w:p>
      <w:pPr>
        <w:pStyle w:val="Heading2"/>
      </w:pPr>
      <w:r>
        <w:t>3. Will or going to?</w:t>
      </w:r>
    </w:p>
    <w:p>
      <w:r>
        <w:rPr>
          <w:i/>
        </w:rPr>
        <w:t>Complete with will or going to and the verb in parentheses.</w:t>
      </w:r>
    </w:p>
    <w:p>
      <w:pPr>
        <w:keepNext/>
        <w:spacing w:before="120"/>
      </w:pPr>
      <w:r>
        <w:t>1. I think it ______________ (rain) tomorrow.</w:t>
      </w:r>
    </w:p>
    <w:p>
      <w:pPr>
        <w:keepNext/>
        <w:spacing w:before="120"/>
      </w:pPr>
      <w:r>
        <w:t>2. Look at those clouds! It ______________ (rain).</w:t>
      </w:r>
    </w:p>
    <w:p>
      <w:pPr>
        <w:keepNext/>
        <w:spacing w:before="120"/>
      </w:pPr>
      <w:r>
        <w:t>3. We ______________ (have) a test next Monday. The teacher told us.</w:t>
      </w:r>
    </w:p>
    <w:p>
      <w:pPr>
        <w:keepNext/>
        <w:spacing w:before="120"/>
      </w:pPr>
      <w:r>
        <w:t>4. The phone is ringing. I ______________ (answer) it!</w:t>
      </w:r>
    </w:p>
    <w:p>
      <w:pPr>
        <w:keepNext/>
        <w:spacing w:before="120"/>
      </w:pPr>
      <w:r>
        <w:t>5. She has bought a new laptop. She ______________ (study) programming.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Opinion post</w:t>
      </w:r>
    </w:p>
    <w:p>
      <w:pPr>
        <w:spacing w:after="0"/>
      </w:pPr>
      <w:r>
        <w:t>1) b) It is great for connecting, but it shouldn't replace real conversations.</w:t>
      </w:r>
    </w:p>
    <w:p>
      <w:pPr>
        <w:spacing w:after="0"/>
      </w:pPr>
      <w:r>
        <w:t>2) a) People are forgetting how to talk face to face.</w:t>
      </w:r>
    </w:p>
    <w:p>
      <w:pPr>
        <w:spacing w:after="0"/>
      </w:pPr>
      <w:r>
        <w:t>3) c) Find a balance between online and real-life communication.</w:t>
      </w:r>
    </w:p>
    <w:p>
      <w:pPr>
        <w:spacing w:after="0"/>
      </w:pPr>
      <w:r>
        <w:t>4) a) a contrast.</w:t>
      </w:r>
    </w:p>
    <w:p>
      <w:r>
        <w:rPr>
          <w:b/>
        </w:rPr>
        <w:t>2. Vocabulary in context</w:t>
      </w:r>
    </w:p>
    <w:p>
      <w:pPr>
        <w:spacing w:after="0"/>
      </w:pPr>
      <w:r>
        <w:t>1) b) in person, directly</w:t>
      </w:r>
    </w:p>
    <w:p>
      <w:pPr>
        <w:spacing w:after="0"/>
      </w:pPr>
      <w:r>
        <w:t>2) a) a state of being equal or stable</w:t>
      </w:r>
    </w:p>
    <w:p>
      <w:pPr>
        <w:spacing w:after="0"/>
      </w:pPr>
      <w:r>
        <w:t>3) c) to change something for another</w:t>
      </w:r>
    </w:p>
    <w:p>
      <w:r>
        <w:rPr>
          <w:b/>
        </w:rPr>
        <w:t>3. Will or going to?</w:t>
      </w:r>
    </w:p>
    <w:p>
      <w:pPr>
        <w:spacing w:after="0"/>
      </w:pPr>
      <w:r>
        <w:t>1) will rain</w:t>
      </w:r>
    </w:p>
    <w:p>
      <w:pPr>
        <w:spacing w:after="0"/>
      </w:pPr>
      <w:r>
        <w:t>2) is going to rain</w:t>
      </w:r>
    </w:p>
    <w:p>
      <w:pPr>
        <w:spacing w:after="0"/>
      </w:pPr>
      <w:r>
        <w:t>3) are going to have</w:t>
      </w:r>
    </w:p>
    <w:p>
      <w:pPr>
        <w:spacing w:after="0"/>
      </w:pPr>
      <w:r>
        <w:t>4) will answer</w:t>
      </w:r>
    </w:p>
    <w:p>
      <w:pPr>
        <w:spacing w:after="0"/>
      </w:pPr>
      <w:r>
        <w:t>5) is going to study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2026-01-16T00:00:00Z</dcterms:created>
  <dcterms:modified xsi:type="dcterms:W3CDTF">2026-01-16T00:00:00Z</dcterms:modified>
  <cp:category/>
</cp:coreProperties>
</file>