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Fruit phonics: frutas em inglês</w:t>
      </w:r>
    </w:p>
    <w:p>
      <w:r>
        <w:rPr>
          <w:color w:val="6B6B6B"/>
          <w:sz w:val="18"/>
        </w:rPr>
        <w:t>5 anos · Food and fruits (alimentos)</w:t>
      </w:r>
    </w:p>
    <w:p>
      <w:pPr>
        <w:pStyle w:val="Heading2"/>
      </w:pPr>
      <w:r>
        <w:t>1. I spy fruits</w:t>
      </w:r>
    </w:p>
    <w:p>
      <w:r>
        <w:rPr>
          <w:i/>
        </w:rPr>
        <w:t>Conte as frutas e escolha o número. (Count and choose.)</w:t>
      </w:r>
    </w:p>
    <w:p>
      <w:pPr>
        <w:keepNext/>
        <w:spacing w:before="120"/>
      </w:pPr>
      <w:r>
        <w:t>1. 🍓🍓🍓  How many strawberries?</w:t>
      </w:r>
    </w:p>
    <w:p>
      <w:pPr>
        <w:spacing w:after="0"/>
        <w:ind w:left="454"/>
      </w:pPr>
      <w:r>
        <w:t>(   ) a) three</w:t>
      </w:r>
    </w:p>
    <w:p>
      <w:pPr>
        <w:spacing w:after="0"/>
        <w:ind w:left="454"/>
      </w:pPr>
      <w:r>
        <w:t>(   ) b) two</w:t>
      </w:r>
    </w:p>
    <w:p>
      <w:pPr>
        <w:keepNext/>
        <w:spacing w:before="120"/>
      </w:pPr>
      <w:r>
        <w:t>2. 🍋🍋  How many lemons?</w:t>
      </w:r>
    </w:p>
    <w:p>
      <w:pPr>
        <w:spacing w:after="0"/>
        <w:ind w:left="454"/>
      </w:pPr>
      <w:r>
        <w:t>(   ) a) four</w:t>
      </w:r>
    </w:p>
    <w:p>
      <w:pPr>
        <w:spacing w:after="0"/>
        <w:ind w:left="454"/>
      </w:pPr>
      <w:r>
        <w:t>(   ) b) two</w:t>
      </w:r>
    </w:p>
    <w:p>
      <w:pPr>
        <w:keepNext/>
        <w:spacing w:before="120"/>
      </w:pPr>
      <w:r>
        <w:t>3. 🍊🍊🍊🍊  How many oranges?</w:t>
      </w:r>
    </w:p>
    <w:p>
      <w:pPr>
        <w:spacing w:after="0"/>
        <w:ind w:left="454"/>
      </w:pPr>
      <w:r>
        <w:t>(   ) a) four</w:t>
      </w:r>
    </w:p>
    <w:p>
      <w:pPr>
        <w:spacing w:after="0"/>
        <w:ind w:left="454"/>
      </w:pPr>
      <w:r>
        <w:t>(   ) b) three</w:t>
      </w:r>
    </w:p>
    <w:p>
      <w:pPr>
        <w:pStyle w:val="Heading2"/>
      </w:pPr>
      <w:r>
        <w:t>2. Fruit phonics</w:t>
      </w:r>
    </w:p>
    <w:p>
      <w:r>
        <w:rPr>
          <w:i/>
        </w:rPr>
        <w:t>Qual letra está faltando? (Which letter is missing?)</w:t>
      </w:r>
    </w:p>
    <w:p>
      <w:pPr>
        <w:keepNext/>
        <w:spacing w:before="120"/>
      </w:pPr>
      <w:r>
        <w:t>1. 🥝  Ki_i</w:t>
      </w:r>
    </w:p>
    <w:p>
      <w:pPr>
        <w:spacing w:after="0"/>
        <w:ind w:left="454"/>
      </w:pPr>
      <w:r>
        <w:t>(   ) a) w</w:t>
      </w:r>
    </w:p>
    <w:p>
      <w:pPr>
        <w:spacing w:after="0"/>
        <w:ind w:left="454"/>
      </w:pPr>
      <w:r>
        <w:t>(   ) b) v</w:t>
      </w:r>
    </w:p>
    <w:p>
      <w:pPr>
        <w:spacing w:after="0"/>
        <w:ind w:left="454"/>
      </w:pPr>
      <w:r>
        <w:t>(   ) c) m</w:t>
      </w:r>
    </w:p>
    <w:p>
      <w:pPr>
        <w:keepNext/>
        <w:spacing w:before="120"/>
      </w:pPr>
      <w:r>
        <w:t>2. 🍊  Oran_e</w:t>
      </w:r>
    </w:p>
    <w:p>
      <w:pPr>
        <w:spacing w:after="0"/>
        <w:ind w:left="454"/>
      </w:pPr>
      <w:r>
        <w:t>(   ) a) j</w:t>
      </w:r>
    </w:p>
    <w:p>
      <w:pPr>
        <w:spacing w:after="0"/>
        <w:ind w:left="454"/>
      </w:pPr>
      <w:r>
        <w:t>(   ) b) g</w:t>
      </w:r>
    </w:p>
    <w:p>
      <w:pPr>
        <w:spacing w:after="0"/>
        <w:ind w:left="454"/>
      </w:pPr>
      <w:r>
        <w:t>(   ) c) c</w:t>
      </w:r>
    </w:p>
    <w:p>
      <w:pPr>
        <w:keepNext/>
        <w:spacing w:before="120"/>
      </w:pPr>
      <w:r>
        <w:t>3. 🍓  S_rawberry</w:t>
      </w:r>
    </w:p>
    <w:p>
      <w:pPr>
        <w:spacing w:after="0"/>
        <w:ind w:left="454"/>
      </w:pPr>
      <w:r>
        <w:t>(   ) a) d</w:t>
      </w:r>
    </w:p>
    <w:p>
      <w:pPr>
        <w:spacing w:after="0"/>
        <w:ind w:left="454"/>
      </w:pPr>
      <w:r>
        <w:t>(   ) b) p</w:t>
      </w:r>
    </w:p>
    <w:p>
      <w:pPr>
        <w:spacing w:after="0"/>
        <w:ind w:left="454"/>
      </w:pPr>
      <w:r>
        <w:t>(   ) c) t</w:t>
      </w:r>
    </w:p>
    <w:p>
      <w:pPr>
        <w:keepNext/>
        <w:spacing w:before="120"/>
      </w:pPr>
      <w:r>
        <w:t>4. 🍅  _omato</w:t>
      </w:r>
    </w:p>
    <w:p>
      <w:pPr>
        <w:spacing w:after="0"/>
        <w:ind w:left="454"/>
      </w:pPr>
      <w:r>
        <w:t>(   ) a) t</w:t>
      </w:r>
    </w:p>
    <w:p>
      <w:pPr>
        <w:spacing w:after="0"/>
        <w:ind w:left="454"/>
      </w:pPr>
      <w:r>
        <w:t>(   ) b) d</w:t>
      </w:r>
    </w:p>
    <w:p>
      <w:pPr>
        <w:spacing w:after="0"/>
        <w:ind w:left="454"/>
      </w:pPr>
      <w:r>
        <w:t>(   ) c) p</w:t>
      </w:r>
    </w:p>
    <w:p>
      <w:pPr>
        <w:keepNext/>
        <w:spacing w:before="120"/>
      </w:pPr>
      <w:r>
        <w:t>5. 🍎  Ap_le</w:t>
      </w:r>
    </w:p>
    <w:p>
      <w:pPr>
        <w:spacing w:after="0"/>
        <w:ind w:left="454"/>
      </w:pPr>
      <w:r>
        <w:t>(   ) a) b</w:t>
      </w:r>
    </w:p>
    <w:p>
      <w:pPr>
        <w:spacing w:after="0"/>
        <w:ind w:left="454"/>
      </w:pPr>
      <w:r>
        <w:t>(   ) b) p</w:t>
      </w:r>
    </w:p>
    <w:p>
      <w:pPr>
        <w:spacing w:after="0"/>
        <w:ind w:left="454"/>
      </w:pPr>
      <w:r>
        <w:t>(   ) c) l</w:t>
      </w:r>
    </w:p>
    <w:p>
      <w:pPr>
        <w:keepNext/>
        <w:spacing w:before="120"/>
      </w:pPr>
      <w:r>
        <w:t>6. 🫐  Blue_erry</w:t>
      </w:r>
    </w:p>
    <w:p>
      <w:pPr>
        <w:spacing w:after="0"/>
        <w:ind w:left="454"/>
      </w:pPr>
      <w:r>
        <w:t>(   ) a) d</w:t>
      </w:r>
    </w:p>
    <w:p>
      <w:pPr>
        <w:spacing w:after="0"/>
        <w:ind w:left="454"/>
      </w:pPr>
      <w:r>
        <w:t>(   ) b) p</w:t>
      </w:r>
    </w:p>
    <w:p>
      <w:pPr>
        <w:spacing w:after="0"/>
        <w:ind w:left="454"/>
      </w:pPr>
      <w:r>
        <w:t>(   ) c) b</w:t>
      </w:r>
    </w:p>
    <w:p>
      <w:pPr>
        <w:keepNext/>
        <w:spacing w:before="120"/>
      </w:pPr>
      <w:r>
        <w:t>7. 🍋  Lemo_</w:t>
      </w:r>
    </w:p>
    <w:p>
      <w:pPr>
        <w:spacing w:after="0"/>
        <w:ind w:left="454"/>
      </w:pPr>
      <w:r>
        <w:t>(   ) a) n</w:t>
      </w:r>
    </w:p>
    <w:p>
      <w:pPr>
        <w:spacing w:after="0"/>
        <w:ind w:left="454"/>
      </w:pPr>
      <w:r>
        <w:t>(   ) b) m</w:t>
      </w:r>
    </w:p>
    <w:p>
      <w:pPr>
        <w:spacing w:after="0"/>
        <w:ind w:left="454"/>
      </w:pPr>
      <w:r>
        <w:t>(   ) c) r</w:t>
      </w:r>
    </w:p>
    <w:p>
      <w:pPr>
        <w:keepNext/>
        <w:spacing w:before="120"/>
      </w:pPr>
      <w:r>
        <w:t>8. 🍐  Pea_</w:t>
      </w:r>
    </w:p>
    <w:p>
      <w:pPr>
        <w:spacing w:after="0"/>
        <w:ind w:left="454"/>
      </w:pPr>
      <w:r>
        <w:t>(   ) a) l</w:t>
      </w:r>
    </w:p>
    <w:p>
      <w:pPr>
        <w:spacing w:after="0"/>
        <w:ind w:left="454"/>
      </w:pPr>
      <w:r>
        <w:t>(   ) b) r</w:t>
      </w:r>
    </w:p>
    <w:p>
      <w:pPr>
        <w:spacing w:after="0"/>
        <w:ind w:left="454"/>
      </w:pPr>
      <w:r>
        <w:t>(   ) c) s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I spy fruits</w:t>
      </w:r>
    </w:p>
    <w:p>
      <w:pPr>
        <w:spacing w:after="0"/>
      </w:pPr>
      <w:r>
        <w:t>1) a) three</w:t>
      </w:r>
    </w:p>
    <w:p>
      <w:pPr>
        <w:spacing w:after="0"/>
      </w:pPr>
      <w:r>
        <w:t>2) b) two</w:t>
      </w:r>
    </w:p>
    <w:p>
      <w:pPr>
        <w:spacing w:after="0"/>
      </w:pPr>
      <w:r>
        <w:t>3) a) four</w:t>
      </w:r>
    </w:p>
    <w:p>
      <w:r>
        <w:rPr>
          <w:b/>
        </w:rPr>
        <w:t>2. Fruit phonics</w:t>
      </w:r>
    </w:p>
    <w:p>
      <w:pPr>
        <w:spacing w:after="0"/>
      </w:pPr>
      <w:r>
        <w:t>1) a) w</w:t>
      </w:r>
    </w:p>
    <w:p>
      <w:pPr>
        <w:spacing w:after="0"/>
      </w:pPr>
      <w:r>
        <w:t>2) b) g</w:t>
      </w:r>
    </w:p>
    <w:p>
      <w:pPr>
        <w:spacing w:after="0"/>
      </w:pPr>
      <w:r>
        <w:t>3) c) t</w:t>
      </w:r>
    </w:p>
    <w:p>
      <w:pPr>
        <w:spacing w:after="0"/>
      </w:pPr>
      <w:r>
        <w:t>4) a) t</w:t>
      </w:r>
    </w:p>
    <w:p>
      <w:pPr>
        <w:spacing w:after="0"/>
      </w:pPr>
      <w:r>
        <w:t>5) b) p</w:t>
      </w:r>
    </w:p>
    <w:p>
      <w:pPr>
        <w:spacing w:after="0"/>
      </w:pPr>
      <w:r>
        <w:t>6) c) b</w:t>
      </w:r>
    </w:p>
    <w:p>
      <w:pPr>
        <w:spacing w:after="0"/>
      </w:pPr>
      <w:r>
        <w:t>7) a) n</w:t>
      </w:r>
    </w:p>
    <w:p>
      <w:pPr>
        <w:spacing w:after="0"/>
      </w:pPr>
      <w:r>
        <w:t>8) b) r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2026-07-15T00:00:00Z</dcterms:created>
  <dcterms:modified xsi:type="dcterms:W3CDTF">2026-07-15T00:00:00Z</dcterms:modified>
  <cp:category/>
</cp:coreProperties>
</file>