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Fruits: as frutas em inglês</w:t>
      </w:r>
    </w:p>
    <w:p>
      <w:r>
        <w:rPr>
          <w:color w:val="6B6B6B"/>
          <w:sz w:val="18"/>
        </w:rPr>
        <w:t>4 anos e 5 anos · Food and fruits (alimentos)</w:t>
      </w:r>
    </w:p>
    <w:p>
      <w:pPr>
        <w:pStyle w:val="Heading2"/>
      </w:pPr>
      <w:r>
        <w:t>1. What fruit is it?</w:t>
      </w:r>
    </w:p>
    <w:p>
      <w:r>
        <w:rPr>
          <w:i/>
        </w:rPr>
        <w:t>Olhe a fruta e escolha o nome. (Look and choose.)</w:t>
      </w:r>
    </w:p>
    <w:p>
      <w:pPr>
        <w:keepNext/>
        <w:spacing w:before="120"/>
      </w:pPr>
      <w:r>
        <w:t>1. 🍎  What fruit is it?</w:t>
      </w:r>
    </w:p>
    <w:p>
      <w:pPr>
        <w:spacing w:after="0"/>
        <w:ind w:left="454"/>
      </w:pPr>
      <w:r>
        <w:t>(   ) a) apple</w:t>
      </w:r>
    </w:p>
    <w:p>
      <w:pPr>
        <w:spacing w:after="0"/>
        <w:ind w:left="454"/>
      </w:pPr>
      <w:r>
        <w:t>(   ) b) banana</w:t>
      </w:r>
    </w:p>
    <w:p>
      <w:pPr>
        <w:spacing w:after="0"/>
        <w:ind w:left="454"/>
      </w:pPr>
      <w:r>
        <w:t>(   ) c) grapes</w:t>
      </w:r>
    </w:p>
    <w:p>
      <w:pPr>
        <w:keepNext/>
        <w:spacing w:before="120"/>
      </w:pPr>
      <w:r>
        <w:t>2. 🍌  What fruit is it?</w:t>
      </w:r>
    </w:p>
    <w:p>
      <w:pPr>
        <w:spacing w:after="0"/>
        <w:ind w:left="454"/>
      </w:pPr>
      <w:r>
        <w:t>(   ) a) orange</w:t>
      </w:r>
    </w:p>
    <w:p>
      <w:pPr>
        <w:spacing w:after="0"/>
        <w:ind w:left="454"/>
      </w:pPr>
      <w:r>
        <w:t>(   ) b) banana</w:t>
      </w:r>
    </w:p>
    <w:p>
      <w:pPr>
        <w:spacing w:after="0"/>
        <w:ind w:left="454"/>
      </w:pPr>
      <w:r>
        <w:t>(   ) c) lemon</w:t>
      </w:r>
    </w:p>
    <w:p>
      <w:pPr>
        <w:keepNext/>
        <w:spacing w:before="120"/>
      </w:pPr>
      <w:r>
        <w:t>3. 🍓  What fruit is it?</w:t>
      </w:r>
    </w:p>
    <w:p>
      <w:pPr>
        <w:spacing w:after="0"/>
        <w:ind w:left="454"/>
      </w:pPr>
      <w:r>
        <w:t>(   ) a) pear</w:t>
      </w:r>
    </w:p>
    <w:p>
      <w:pPr>
        <w:spacing w:after="0"/>
        <w:ind w:left="454"/>
      </w:pPr>
      <w:r>
        <w:t>(   ) b) watermelon</w:t>
      </w:r>
    </w:p>
    <w:p>
      <w:pPr>
        <w:spacing w:after="0"/>
        <w:ind w:left="454"/>
      </w:pPr>
      <w:r>
        <w:t>(   ) c) strawberry</w:t>
      </w:r>
    </w:p>
    <w:p>
      <w:pPr>
        <w:keepNext/>
        <w:spacing w:before="120"/>
      </w:pPr>
      <w:r>
        <w:t>4. 🍉  What fruit is it?</w:t>
      </w:r>
    </w:p>
    <w:p>
      <w:pPr>
        <w:spacing w:after="0"/>
        <w:ind w:left="454"/>
      </w:pPr>
      <w:r>
        <w:t>(   ) a) watermelon</w:t>
      </w:r>
    </w:p>
    <w:p>
      <w:pPr>
        <w:spacing w:after="0"/>
        <w:ind w:left="454"/>
      </w:pPr>
      <w:r>
        <w:t>(   ) b) apple</w:t>
      </w:r>
    </w:p>
    <w:p>
      <w:pPr>
        <w:spacing w:after="0"/>
        <w:ind w:left="454"/>
      </w:pPr>
      <w:r>
        <w:t>(   ) c) cherry</w:t>
      </w:r>
    </w:p>
    <w:p>
      <w:pPr>
        <w:keepNext/>
        <w:spacing w:before="120"/>
      </w:pPr>
      <w:r>
        <w:t>5. 🍇  What fruit is it?</w:t>
      </w:r>
    </w:p>
    <w:p>
      <w:pPr>
        <w:spacing w:after="0"/>
        <w:ind w:left="454"/>
      </w:pPr>
      <w:r>
        <w:t>(   ) a) lemon</w:t>
      </w:r>
    </w:p>
    <w:p>
      <w:pPr>
        <w:spacing w:after="0"/>
        <w:ind w:left="454"/>
      </w:pPr>
      <w:r>
        <w:t>(   ) b) grapes</w:t>
      </w:r>
    </w:p>
    <w:p>
      <w:pPr>
        <w:spacing w:after="0"/>
        <w:ind w:left="454"/>
      </w:pPr>
      <w:r>
        <w:t>(   ) c) banana</w:t>
      </w:r>
    </w:p>
    <w:p>
      <w:pPr>
        <w:keepNext/>
        <w:spacing w:before="120"/>
      </w:pPr>
      <w:r>
        <w:t>6. 🍍  What fruit is it?</w:t>
      </w:r>
    </w:p>
    <w:p>
      <w:pPr>
        <w:spacing w:after="0"/>
        <w:ind w:left="454"/>
      </w:pPr>
      <w:r>
        <w:t>(   ) a) strawberry</w:t>
      </w:r>
    </w:p>
    <w:p>
      <w:pPr>
        <w:spacing w:after="0"/>
        <w:ind w:left="454"/>
      </w:pPr>
      <w:r>
        <w:t>(   ) b) orange</w:t>
      </w:r>
    </w:p>
    <w:p>
      <w:pPr>
        <w:spacing w:after="0"/>
        <w:ind w:left="454"/>
      </w:pPr>
      <w:r>
        <w:t>(   ) c) pineapple</w:t>
      </w:r>
    </w:p>
    <w:p>
      <w:pPr>
        <w:pStyle w:val="Heading2"/>
      </w:pPr>
      <w:r>
        <w:t>2. Yes or no?</w:t>
      </w:r>
    </w:p>
    <w:p>
      <w:r>
        <w:rPr>
          <w:i/>
        </w:rPr>
        <w:t>A professora lê a frase. Está certo? (Yes = sim / No = não)</w:t>
      </w:r>
    </w:p>
    <w:p>
      <w:pPr>
        <w:keepNext/>
        <w:spacing w:before="120"/>
      </w:pPr>
      <w:r>
        <w:t>1. 🍊  It's an orange.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🍋  It's a banana.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🍐  It's a pear.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🍒  It's an apple.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fruit is it?</w:t>
      </w:r>
    </w:p>
    <w:p>
      <w:pPr>
        <w:spacing w:after="0"/>
      </w:pPr>
      <w:r>
        <w:t>1) a) apple</w:t>
      </w:r>
    </w:p>
    <w:p>
      <w:pPr>
        <w:spacing w:after="0"/>
      </w:pPr>
      <w:r>
        <w:t>2) b) banana</w:t>
      </w:r>
    </w:p>
    <w:p>
      <w:pPr>
        <w:spacing w:after="0"/>
      </w:pPr>
      <w:r>
        <w:t>3) c) strawberry</w:t>
      </w:r>
    </w:p>
    <w:p>
      <w:pPr>
        <w:spacing w:after="0"/>
      </w:pPr>
      <w:r>
        <w:t>4) a) watermelon</w:t>
      </w:r>
    </w:p>
    <w:p>
      <w:pPr>
        <w:spacing w:after="0"/>
      </w:pPr>
      <w:r>
        <w:t>5) b) grapes</w:t>
      </w:r>
    </w:p>
    <w:p>
      <w:pPr>
        <w:spacing w:after="0"/>
      </w:pPr>
      <w:r>
        <w:t>6) c) pineapple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