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Free time activities: o que fazemos para brincar</w:t>
      </w:r>
    </w:p>
    <w:p>
      <w:r>
        <w:rPr>
          <w:color w:val="6B6B6B"/>
          <w:sz w:val="18"/>
        </w:rPr>
        <w:t>5 anos · Sports and hobbies (esportes)</w:t>
      </w:r>
    </w:p>
    <w:p>
      <w:pPr>
        <w:pStyle w:val="Heading2"/>
      </w:pPr>
      <w:r>
        <w:t>1. Free time activities</w:t>
      </w:r>
    </w:p>
    <w:p>
      <w:r>
        <w:rPr>
          <w:i/>
        </w:rPr>
        <w:t>Olhe a figura e escolha a atividade. (Look and choose.)</w:t>
      </w:r>
    </w:p>
    <w:p>
      <w:pPr>
        <w:keepNext/>
        <w:spacing w:before="120"/>
      </w:pPr>
      <w:r>
        <w:t>1. 📷  What is it?</w:t>
      </w:r>
    </w:p>
    <w:p>
      <w:pPr>
        <w:spacing w:after="0"/>
        <w:ind w:left="454"/>
      </w:pPr>
      <w:r>
        <w:t>(   ) a) take photos</w:t>
      </w:r>
    </w:p>
    <w:p>
      <w:pPr>
        <w:spacing w:after="0"/>
        <w:ind w:left="454"/>
      </w:pPr>
      <w:r>
        <w:t>(   ) b) cook</w:t>
      </w:r>
    </w:p>
    <w:p>
      <w:pPr>
        <w:keepNext/>
        <w:spacing w:before="120"/>
      </w:pPr>
      <w:r>
        <w:t>2. 🎧  What is it?</w:t>
      </w:r>
    </w:p>
    <w:p>
      <w:pPr>
        <w:spacing w:after="0"/>
        <w:ind w:left="454"/>
      </w:pPr>
      <w:r>
        <w:t>(   ) a) play chess</w:t>
      </w:r>
    </w:p>
    <w:p>
      <w:pPr>
        <w:spacing w:after="0"/>
        <w:ind w:left="454"/>
      </w:pPr>
      <w:r>
        <w:t>(   ) b) listen to music</w:t>
      </w:r>
    </w:p>
    <w:p>
      <w:pPr>
        <w:keepNext/>
        <w:spacing w:before="120"/>
      </w:pPr>
      <w:r>
        <w:t>3. 🎬  What is it?</w:t>
      </w:r>
    </w:p>
    <w:p>
      <w:pPr>
        <w:spacing w:after="0"/>
        <w:ind w:left="454"/>
      </w:pPr>
      <w:r>
        <w:t>(   ) a) go to the cinema</w:t>
      </w:r>
    </w:p>
    <w:p>
      <w:pPr>
        <w:spacing w:after="0"/>
        <w:ind w:left="454"/>
      </w:pPr>
      <w:r>
        <w:t>(   ) b) do the gardening</w:t>
      </w:r>
    </w:p>
    <w:p>
      <w:pPr>
        <w:keepNext/>
        <w:spacing w:before="120"/>
      </w:pPr>
      <w:r>
        <w:t>4. 🍳  What is it?</w:t>
      </w:r>
    </w:p>
    <w:p>
      <w:pPr>
        <w:spacing w:after="0"/>
        <w:ind w:left="454"/>
      </w:pPr>
      <w:r>
        <w:t>(   ) a) play basketball</w:t>
      </w:r>
    </w:p>
    <w:p>
      <w:pPr>
        <w:spacing w:after="0"/>
        <w:ind w:left="454"/>
      </w:pPr>
      <w:r>
        <w:t>(   ) b) cook</w:t>
      </w:r>
    </w:p>
    <w:p>
      <w:pPr>
        <w:keepNext/>
        <w:spacing w:before="120"/>
      </w:pPr>
      <w:r>
        <w:t>5. 🎮  What is it?</w:t>
      </w:r>
    </w:p>
    <w:p>
      <w:pPr>
        <w:spacing w:after="0"/>
        <w:ind w:left="454"/>
      </w:pPr>
      <w:r>
        <w:t>(   ) a) play computer games</w:t>
      </w:r>
    </w:p>
    <w:p>
      <w:pPr>
        <w:spacing w:after="0"/>
        <w:ind w:left="454"/>
      </w:pPr>
      <w:r>
        <w:t>(   ) b) take photos</w:t>
      </w:r>
    </w:p>
    <w:p>
      <w:pPr>
        <w:keepNext/>
        <w:spacing w:before="120"/>
      </w:pPr>
      <w:r>
        <w:t>6. ♟️  What is it?</w:t>
      </w:r>
    </w:p>
    <w:p>
      <w:pPr>
        <w:spacing w:after="0"/>
        <w:ind w:left="454"/>
      </w:pPr>
      <w:r>
        <w:t>(   ) a) listen to music</w:t>
      </w:r>
    </w:p>
    <w:p>
      <w:pPr>
        <w:spacing w:after="0"/>
        <w:ind w:left="454"/>
      </w:pPr>
      <w:r>
        <w:t>(   ) b) play chess</w:t>
      </w:r>
    </w:p>
    <w:p>
      <w:pPr>
        <w:keepNext/>
        <w:spacing w:before="120"/>
      </w:pPr>
      <w:r>
        <w:t>7. 🏀  What is it?</w:t>
      </w:r>
    </w:p>
    <w:p>
      <w:pPr>
        <w:spacing w:after="0"/>
        <w:ind w:left="454"/>
      </w:pPr>
      <w:r>
        <w:t>(   ) a) play basketball</w:t>
      </w:r>
    </w:p>
    <w:p>
      <w:pPr>
        <w:spacing w:after="0"/>
        <w:ind w:left="454"/>
      </w:pPr>
      <w:r>
        <w:t>(   ) b) go to the cinema</w:t>
      </w:r>
    </w:p>
    <w:p>
      <w:pPr>
        <w:keepNext/>
        <w:spacing w:before="120"/>
      </w:pPr>
      <w:r>
        <w:t>8. 🌻  What is it?</w:t>
      </w:r>
    </w:p>
    <w:p>
      <w:pPr>
        <w:spacing w:after="0"/>
        <w:ind w:left="454"/>
      </w:pPr>
      <w:r>
        <w:t>(   ) a) cook</w:t>
      </w:r>
    </w:p>
    <w:p>
      <w:pPr>
        <w:spacing w:after="0"/>
        <w:ind w:left="454"/>
      </w:pPr>
      <w:r>
        <w:t>(   ) b) do the gardening</w:t>
      </w:r>
    </w:p>
    <w:p>
      <w:pPr>
        <w:pStyle w:val="Heading2"/>
      </w:pPr>
      <w:r>
        <w:t>2. Our week</w:t>
      </w:r>
    </w:p>
    <w:p>
      <w:r>
        <w:rPr>
          <w:i/>
        </w:rPr>
        <w:t>Olhe a figura e escolha o dia certo, como no texto. (Read and choose the day.)</w:t>
      </w:r>
    </w:p>
    <w:p>
      <w:r>
        <w:rPr>
          <w:b/>
        </w:rPr>
        <w:t>Daily activities</w:t>
      </w:r>
    </w:p>
    <w:p>
      <w:pPr>
        <w:ind w:left="340"/>
      </w:pPr>
      <w:r>
        <w:t>On Mondays, we go to the cinema.</w:t>
      </w:r>
    </w:p>
    <w:p>
      <w:pPr>
        <w:ind w:left="340"/>
      </w:pPr>
      <w:r>
        <w:t>On Tuesdays, we go dancing.</w:t>
      </w:r>
    </w:p>
    <w:p>
      <w:pPr>
        <w:ind w:left="340"/>
      </w:pPr>
      <w:r>
        <w:t>On Wednesdays, we play basketball.</w:t>
      </w:r>
    </w:p>
    <w:p>
      <w:pPr>
        <w:ind w:left="340"/>
      </w:pPr>
      <w:r>
        <w:t>On Thursdays, we go shopping.</w:t>
      </w:r>
    </w:p>
    <w:p>
      <w:pPr>
        <w:ind w:left="340"/>
      </w:pPr>
      <w:r>
        <w:t>On Fridays, we have a picnic.</w:t>
      </w:r>
    </w:p>
    <w:p>
      <w:pPr>
        <w:ind w:left="340"/>
      </w:pPr>
      <w:r>
        <w:t>On Saturdays, we draw pictures.</w:t>
      </w:r>
    </w:p>
    <w:p>
      <w:pPr>
        <w:ind w:left="340"/>
      </w:pPr>
      <w:r>
        <w:t>On Sundays, we take photos.</w:t>
      </w:r>
    </w:p>
    <w:p>
      <w:pPr>
        <w:keepNext/>
        <w:spacing w:before="120"/>
      </w:pPr>
      <w:r>
        <w:t>1. 💃  We go dancing on...</w:t>
      </w:r>
    </w:p>
    <w:p>
      <w:pPr>
        <w:spacing w:after="0"/>
        <w:ind w:left="454"/>
      </w:pPr>
      <w:r>
        <w:t>(   ) a) Tuesdays</w:t>
      </w:r>
    </w:p>
    <w:p>
      <w:pPr>
        <w:spacing w:after="0"/>
        <w:ind w:left="454"/>
      </w:pPr>
      <w:r>
        <w:t>(   ) b) Fridays</w:t>
      </w:r>
    </w:p>
    <w:p>
      <w:pPr>
        <w:keepNext/>
        <w:spacing w:before="120"/>
      </w:pPr>
      <w:r>
        <w:t>2. 🧺  We have a picnic on...</w:t>
      </w:r>
    </w:p>
    <w:p>
      <w:pPr>
        <w:spacing w:after="0"/>
        <w:ind w:left="454"/>
      </w:pPr>
      <w:r>
        <w:t>(   ) a) Mondays</w:t>
      </w:r>
    </w:p>
    <w:p>
      <w:pPr>
        <w:spacing w:after="0"/>
        <w:ind w:left="454"/>
      </w:pPr>
      <w:r>
        <w:t>(   ) b) Fridays</w:t>
      </w:r>
    </w:p>
    <w:p>
      <w:pPr>
        <w:keepNext/>
        <w:spacing w:before="120"/>
      </w:pPr>
      <w:r>
        <w:t>3. 🛍️  We go shopping on...</w:t>
      </w:r>
    </w:p>
    <w:p>
      <w:pPr>
        <w:spacing w:after="0"/>
        <w:ind w:left="454"/>
      </w:pPr>
      <w:r>
        <w:t>(   ) a) Thursdays</w:t>
      </w:r>
    </w:p>
    <w:p>
      <w:pPr>
        <w:spacing w:after="0"/>
        <w:ind w:left="454"/>
      </w:pPr>
      <w:r>
        <w:t>(   ) b) Sundays</w:t>
      </w:r>
    </w:p>
    <w:p>
      <w:pPr>
        <w:keepNext/>
        <w:spacing w:before="120"/>
      </w:pPr>
      <w:r>
        <w:t>4. 🎨  We draw pictures on...</w:t>
      </w:r>
    </w:p>
    <w:p>
      <w:pPr>
        <w:spacing w:after="0"/>
        <w:ind w:left="454"/>
      </w:pPr>
      <w:r>
        <w:t>(   ) a) Wednesdays</w:t>
      </w:r>
    </w:p>
    <w:p>
      <w:pPr>
        <w:spacing w:after="0"/>
        <w:ind w:left="454"/>
      </w:pPr>
      <w:r>
        <w:t>(   ) b) Saturdays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Free time activities</w:t>
      </w:r>
    </w:p>
    <w:p>
      <w:pPr>
        <w:spacing w:after="0"/>
      </w:pPr>
      <w:r>
        <w:t>1) a) take photos</w:t>
      </w:r>
    </w:p>
    <w:p>
      <w:pPr>
        <w:spacing w:after="0"/>
      </w:pPr>
      <w:r>
        <w:t>2) b) listen to music</w:t>
      </w:r>
    </w:p>
    <w:p>
      <w:pPr>
        <w:spacing w:after="0"/>
      </w:pPr>
      <w:r>
        <w:t>3) a) go to the cinema</w:t>
      </w:r>
    </w:p>
    <w:p>
      <w:pPr>
        <w:spacing w:after="0"/>
      </w:pPr>
      <w:r>
        <w:t>4) b) cook</w:t>
      </w:r>
    </w:p>
    <w:p>
      <w:pPr>
        <w:spacing w:after="0"/>
      </w:pPr>
      <w:r>
        <w:t>5) a) play computer games</w:t>
      </w:r>
    </w:p>
    <w:p>
      <w:pPr>
        <w:spacing w:after="0"/>
      </w:pPr>
      <w:r>
        <w:t>6) b) play chess</w:t>
      </w:r>
    </w:p>
    <w:p>
      <w:pPr>
        <w:spacing w:after="0"/>
      </w:pPr>
      <w:r>
        <w:t>7) a) play basketball</w:t>
      </w:r>
    </w:p>
    <w:p>
      <w:pPr>
        <w:spacing w:after="0"/>
      </w:pPr>
      <w:r>
        <w:t>8) b) do the gardening</w:t>
      </w:r>
    </w:p>
    <w:p>
      <w:r>
        <w:rPr>
          <w:b/>
        </w:rPr>
        <w:t>2. Our week</w:t>
      </w:r>
    </w:p>
    <w:p>
      <w:pPr>
        <w:spacing w:after="0"/>
      </w:pPr>
      <w:r>
        <w:t>1) a) Tuesdays</w:t>
      </w:r>
    </w:p>
    <w:p>
      <w:pPr>
        <w:spacing w:after="0"/>
      </w:pPr>
      <w:r>
        <w:t>2) b) Fridays</w:t>
      </w:r>
    </w:p>
    <w:p>
      <w:pPr>
        <w:spacing w:after="0"/>
      </w:pPr>
      <w:r>
        <w:t>3) a) Thursdays</w:t>
      </w:r>
    </w:p>
    <w:p>
      <w:pPr>
        <w:spacing w:after="0"/>
      </w:pPr>
      <w:r>
        <w:t>4) b) Saturdays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2026-06-10T00:00:00Z</dcterms:created>
  <dcterms:modified xsi:type="dcterms:W3CDTF">2026-06-10T00:00:00Z</dcterms:modified>
  <cp:category/>
</cp:coreProperties>
</file>