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Food: frutas e alimentos</w:t>
      </w:r>
    </w:p>
    <w:p>
      <w:r>
        <w:rPr>
          <w:color w:val="6B6B6B"/>
          <w:sz w:val="18"/>
        </w:rPr>
        <w:t>2º ano e 3º ano · Food and fruits (alimentos)</w:t>
      </w:r>
    </w:p>
    <w:p>
      <w:pPr>
        <w:pStyle w:val="Heading2"/>
      </w:pPr>
      <w:r>
        <w:t>1. What food is it?</w:t>
      </w:r>
    </w:p>
    <w:p>
      <w:r>
        <w:rPr>
          <w:i/>
        </w:rPr>
        <w:t>Olhe a figura e escolha o nome. (Look and choose.)</w:t>
      </w:r>
    </w:p>
    <w:p>
      <w:pPr>
        <w:keepNext/>
        <w:spacing w:before="120"/>
      </w:pPr>
      <w:r>
        <w:t>1. 🍌  What is it?</w:t>
      </w:r>
    </w:p>
    <w:p>
      <w:pPr>
        <w:spacing w:after="0"/>
        <w:ind w:left="454"/>
      </w:pPr>
      <w:r>
        <w:t>(   ) a) apple</w:t>
      </w:r>
    </w:p>
    <w:p>
      <w:pPr>
        <w:spacing w:after="0"/>
        <w:ind w:left="454"/>
      </w:pPr>
      <w:r>
        <w:t>(   ) b) banana</w:t>
      </w:r>
    </w:p>
    <w:p>
      <w:pPr>
        <w:spacing w:after="0"/>
        <w:ind w:left="454"/>
      </w:pPr>
      <w:r>
        <w:t>(   ) c) grapes</w:t>
      </w:r>
    </w:p>
    <w:p>
      <w:pPr>
        <w:keepNext/>
        <w:spacing w:before="120"/>
      </w:pPr>
      <w:r>
        <w:t>2. 🍞  What is it?</w:t>
      </w:r>
    </w:p>
    <w:p>
      <w:pPr>
        <w:spacing w:after="0"/>
        <w:ind w:left="454"/>
      </w:pPr>
      <w:r>
        <w:t>(   ) a) bread</w:t>
      </w:r>
    </w:p>
    <w:p>
      <w:pPr>
        <w:spacing w:after="0"/>
        <w:ind w:left="454"/>
      </w:pPr>
      <w:r>
        <w:t>(   ) b) cake</w:t>
      </w:r>
    </w:p>
    <w:p>
      <w:pPr>
        <w:spacing w:after="0"/>
        <w:ind w:left="454"/>
      </w:pPr>
      <w:r>
        <w:t>(   ) c) rice</w:t>
      </w:r>
    </w:p>
    <w:p>
      <w:pPr>
        <w:keepNext/>
        <w:spacing w:before="120"/>
      </w:pPr>
      <w:r>
        <w:t>3. 🥛  What is it?</w:t>
      </w:r>
    </w:p>
    <w:p>
      <w:pPr>
        <w:spacing w:after="0"/>
        <w:ind w:left="454"/>
      </w:pPr>
      <w:r>
        <w:t>(   ) a) juice</w:t>
      </w:r>
    </w:p>
    <w:p>
      <w:pPr>
        <w:spacing w:after="0"/>
        <w:ind w:left="454"/>
      </w:pPr>
      <w:r>
        <w:t>(   ) b) water</w:t>
      </w:r>
    </w:p>
    <w:p>
      <w:pPr>
        <w:spacing w:after="0"/>
        <w:ind w:left="454"/>
      </w:pPr>
      <w:r>
        <w:t>(   ) c) milk</w:t>
      </w:r>
    </w:p>
    <w:p>
      <w:pPr>
        <w:keepNext/>
        <w:spacing w:before="120"/>
      </w:pPr>
      <w:r>
        <w:t>4. 🧀  What is it?</w:t>
      </w:r>
    </w:p>
    <w:p>
      <w:pPr>
        <w:spacing w:after="0"/>
        <w:ind w:left="454"/>
      </w:pPr>
      <w:r>
        <w:t>(   ) a) cheese</w:t>
      </w:r>
    </w:p>
    <w:p>
      <w:pPr>
        <w:spacing w:after="0"/>
        <w:ind w:left="454"/>
      </w:pPr>
      <w:r>
        <w:t>(   ) b) egg</w:t>
      </w:r>
    </w:p>
    <w:p>
      <w:pPr>
        <w:spacing w:after="0"/>
        <w:ind w:left="454"/>
      </w:pPr>
      <w:r>
        <w:t>(   ) c) meat</w:t>
      </w:r>
    </w:p>
    <w:p>
      <w:pPr>
        <w:keepNext/>
        <w:spacing w:before="120"/>
      </w:pPr>
      <w:r>
        <w:t>5. 🍉  What is it?</w:t>
      </w:r>
    </w:p>
    <w:p>
      <w:pPr>
        <w:spacing w:after="0"/>
        <w:ind w:left="454"/>
      </w:pPr>
      <w:r>
        <w:t>(   ) a) orange</w:t>
      </w:r>
    </w:p>
    <w:p>
      <w:pPr>
        <w:spacing w:after="0"/>
        <w:ind w:left="454"/>
      </w:pPr>
      <w:r>
        <w:t>(   ) b) watermelon</w:t>
      </w:r>
    </w:p>
    <w:p>
      <w:pPr>
        <w:spacing w:after="0"/>
        <w:ind w:left="454"/>
      </w:pPr>
      <w:r>
        <w:t>(   ) c) pear</w:t>
      </w:r>
    </w:p>
    <w:p>
      <w:pPr>
        <w:keepNext/>
        <w:spacing w:before="120"/>
      </w:pPr>
      <w:r>
        <w:t>6. 🥚  What is it?</w:t>
      </w:r>
    </w:p>
    <w:p>
      <w:pPr>
        <w:spacing w:after="0"/>
        <w:ind w:left="454"/>
      </w:pPr>
      <w:r>
        <w:t>(   ) a) cookie</w:t>
      </w:r>
    </w:p>
    <w:p>
      <w:pPr>
        <w:spacing w:after="0"/>
        <w:ind w:left="454"/>
      </w:pPr>
      <w:r>
        <w:t>(   ) b) pizza</w:t>
      </w:r>
    </w:p>
    <w:p>
      <w:pPr>
        <w:spacing w:after="0"/>
        <w:ind w:left="454"/>
      </w:pPr>
      <w:r>
        <w:t>(   ) c) egg</w:t>
      </w:r>
    </w:p>
    <w:p>
      <w:pPr>
        <w:pStyle w:val="Heading2"/>
      </w:pPr>
      <w:r>
        <w:t>2. I like...</w:t>
      </w:r>
    </w:p>
    <w:p>
      <w:r>
        <w:rPr>
          <w:i/>
        </w:rPr>
        <w:t>Complete com a comida da figura. (Complete with the food.)</w:t>
      </w:r>
    </w:p>
    <w:p>
      <w:r>
        <w:rPr>
          <w:b/>
        </w:rPr>
        <w:t>Word bank:  apples  |  pizza  |  ice cream  |  carrots</w:t>
      </w:r>
    </w:p>
    <w:p>
      <w:pPr>
        <w:keepNext/>
        <w:spacing w:before="120"/>
      </w:pPr>
      <w:r>
        <w:t>1. 🍕  I like ______________.</w:t>
      </w:r>
    </w:p>
    <w:p>
      <w:pPr>
        <w:keepNext/>
        <w:spacing w:before="120"/>
      </w:pPr>
      <w:r>
        <w:t>2. 🍎  I like ______________.</w:t>
      </w:r>
    </w:p>
    <w:p>
      <w:pPr>
        <w:keepNext/>
        <w:spacing w:before="120"/>
      </w:pPr>
      <w:r>
        <w:t>3. 🥕  I don't like ______________.</w:t>
      </w:r>
    </w:p>
    <w:p>
      <w:pPr>
        <w:keepNext/>
        <w:spacing w:before="120"/>
      </w:pPr>
      <w:r>
        <w:t>4. 🍦  I like ______________.</w:t>
      </w:r>
    </w:p>
    <w:p>
      <w:pPr>
        <w:pStyle w:val="Heading2"/>
      </w:pPr>
      <w:r>
        <w:t>3. Yes or no?</w:t>
      </w:r>
    </w:p>
    <w:p>
      <w:r>
        <w:rPr>
          <w:i/>
        </w:rPr>
        <w:t>A frase combina com a figura? (Yes = sim / No = não)</w:t>
      </w:r>
    </w:p>
    <w:p>
      <w:pPr>
        <w:keepNext/>
        <w:spacing w:before="120"/>
      </w:pPr>
      <w:r>
        <w:t>1. 🍇  These are grapes.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2. 🍚  This is bread.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3. 🍊  This is an orange.</w:t>
      </w:r>
    </w:p>
    <w:p>
      <w:pPr>
        <w:ind w:left="454"/>
      </w:pPr>
      <w:r>
        <w:t>(   ) Yes        (   ) No</w:t>
      </w:r>
    </w:p>
    <w:p>
      <w:pPr>
        <w:keepNext/>
        <w:spacing w:before="120"/>
      </w:pPr>
      <w:r>
        <w:t>4. 🍰  This is a banana.</w:t>
      </w:r>
    </w:p>
    <w:p>
      <w:pPr>
        <w:ind w:left="454"/>
      </w:pPr>
      <w:r>
        <w:t>(   ) Yes        (   ) No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What food is it?</w:t>
      </w:r>
    </w:p>
    <w:p>
      <w:pPr>
        <w:spacing w:after="0"/>
      </w:pPr>
      <w:r>
        <w:t>1) b) banana</w:t>
      </w:r>
    </w:p>
    <w:p>
      <w:pPr>
        <w:spacing w:after="0"/>
      </w:pPr>
      <w:r>
        <w:t>2) a) bread</w:t>
      </w:r>
    </w:p>
    <w:p>
      <w:pPr>
        <w:spacing w:after="0"/>
      </w:pPr>
      <w:r>
        <w:t>3) c) milk</w:t>
      </w:r>
    </w:p>
    <w:p>
      <w:pPr>
        <w:spacing w:after="0"/>
      </w:pPr>
      <w:r>
        <w:t>4) a) cheese</w:t>
      </w:r>
    </w:p>
    <w:p>
      <w:pPr>
        <w:spacing w:after="0"/>
      </w:pPr>
      <w:r>
        <w:t>5) b) watermelon</w:t>
      </w:r>
    </w:p>
    <w:p>
      <w:pPr>
        <w:spacing w:after="0"/>
      </w:pPr>
      <w:r>
        <w:t>6) c) egg</w:t>
      </w:r>
    </w:p>
    <w:p>
      <w:r>
        <w:rPr>
          <w:b/>
        </w:rPr>
        <w:t>2. I like...</w:t>
      </w:r>
    </w:p>
    <w:p>
      <w:pPr>
        <w:spacing w:after="0"/>
      </w:pPr>
      <w:r>
        <w:t>1) pizza</w:t>
      </w:r>
    </w:p>
    <w:p>
      <w:pPr>
        <w:spacing w:after="0"/>
      </w:pPr>
      <w:r>
        <w:t>2) apples</w:t>
      </w:r>
    </w:p>
    <w:p>
      <w:pPr>
        <w:spacing w:after="0"/>
      </w:pPr>
      <w:r>
        <w:t>3) carrots</w:t>
      </w:r>
    </w:p>
    <w:p>
      <w:pPr>
        <w:spacing w:after="0"/>
      </w:pPr>
      <w:r>
        <w:t>4) ice cream</w:t>
      </w:r>
    </w:p>
    <w:p>
      <w:r>
        <w:rPr>
          <w:b/>
        </w:rPr>
        <w:t>3. Yes or no?</w:t>
      </w:r>
    </w:p>
    <w:p>
      <w:pPr>
        <w:spacing w:after="0"/>
      </w:pPr>
      <w:r>
        <w:t>1) Yes</w:t>
      </w:r>
    </w:p>
    <w:p>
      <w:pPr>
        <w:spacing w:after="0"/>
      </w:pPr>
      <w:r>
        <w:t>2) No</w:t>
      </w:r>
    </w:p>
    <w:p>
      <w:pPr>
        <w:spacing w:after="0"/>
      </w:pPr>
      <w:r>
        <w:t>3) Yes</w:t>
      </w:r>
    </w:p>
    <w:p>
      <w:pPr>
        <w:spacing w:after="0"/>
      </w:pPr>
      <w:r>
        <w:t>4) No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2026-10-23T00:00:00Z</dcterms:created>
  <dcterms:modified xsi:type="dcterms:W3CDTF">2026-10-23T00:00:00Z</dcterms:modified>
  <cp:category/>
</cp:coreProperties>
</file>