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First e second conditional</w:t>
      </w:r>
    </w:p>
    <w:p>
      <w:r>
        <w:rPr>
          <w:color w:val="6B6B6B"/>
          <w:sz w:val="18"/>
        </w:rPr>
        <w:t>9º ano · Conditionals (if clauses) · BNCC: EF09LI15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Help me choose!</w:t>
      </w:r>
    </w:p>
    <w:p>
      <w:pPr>
        <w:ind w:left="340"/>
      </w:pPr>
      <w:r>
        <w:t>Hi, everyone! The school science fair is next month and I can't decide on my project. If I build a solar oven, I will need a lot of cardboard and aluminum foil. If it's sunny on the day of the fair, it will work perfectly.</w:t>
      </w:r>
    </w:p>
    <w:p>
      <w:pPr>
        <w:ind w:left="340"/>
      </w:pPr>
      <w:r>
        <w:t>But if I had more money, I would build a small robot. Robots are amazing!</w:t>
      </w:r>
    </w:p>
    <w:p>
      <w:pPr>
        <w:ind w:left="340"/>
      </w:pPr>
      <w:r>
        <w:t>My friend Laís says: "If I were you, I would choose the solar oven. It's cheaper and more creative." What would you do if you were in my place? (Davi, 14)</w:t>
      </w:r>
    </w:p>
    <w:p>
      <w:pPr>
        <w:keepNext/>
        <w:spacing w:before="120"/>
      </w:pPr>
      <w:r>
        <w:t>1. What is Davi's problem?</w:t>
      </w:r>
    </w:p>
    <w:p>
      <w:pPr>
        <w:spacing w:after="0"/>
        <w:ind w:left="454"/>
      </w:pPr>
      <w:r>
        <w:t>(   ) a) He lost his science project.</w:t>
      </w:r>
    </w:p>
    <w:p>
      <w:pPr>
        <w:spacing w:after="0"/>
        <w:ind w:left="454"/>
      </w:pPr>
      <w:r>
        <w:t>(   ) b) He can't decide on his project.</w:t>
      </w:r>
    </w:p>
    <w:p>
      <w:pPr>
        <w:spacing w:after="0"/>
        <w:ind w:left="454"/>
      </w:pPr>
      <w:r>
        <w:t>(   ) c) He doesn't like science.</w:t>
      </w:r>
    </w:p>
    <w:p>
      <w:pPr>
        <w:keepNext/>
        <w:spacing w:before="120"/>
      </w:pPr>
      <w:r>
        <w:t>2. What will Davi need if he builds a solar oven?</w:t>
      </w:r>
    </w:p>
    <w:p>
      <w:pPr>
        <w:spacing w:after="0"/>
        <w:ind w:left="454"/>
      </w:pPr>
      <w:r>
        <w:t>(   ) a) A robot kit</w:t>
      </w:r>
    </w:p>
    <w:p>
      <w:pPr>
        <w:spacing w:after="0"/>
        <w:ind w:left="454"/>
      </w:pPr>
      <w:r>
        <w:t>(   ) b) Cardboard and aluminum foil</w:t>
      </w:r>
    </w:p>
    <w:p>
      <w:pPr>
        <w:spacing w:after="0"/>
        <w:ind w:left="454"/>
      </w:pPr>
      <w:r>
        <w:t>(   ) c) A lot of money</w:t>
      </w:r>
    </w:p>
    <w:p>
      <w:pPr>
        <w:keepNext/>
        <w:spacing w:before="120"/>
      </w:pPr>
      <w:r>
        <w:t>3. Why isn't Davi building a robot?</w:t>
      </w:r>
    </w:p>
    <w:p>
      <w:pPr>
        <w:spacing w:after="0"/>
        <w:ind w:left="454"/>
      </w:pPr>
      <w:r>
        <w:t>(   ) a) He doesn't like robots.</w:t>
      </w:r>
    </w:p>
    <w:p>
      <w:pPr>
        <w:spacing w:after="0"/>
        <w:ind w:left="454"/>
      </w:pPr>
      <w:r>
        <w:t>(   ) b) Laís told him not to.</w:t>
      </w:r>
    </w:p>
    <w:p>
      <w:pPr>
        <w:spacing w:after="0"/>
        <w:ind w:left="454"/>
      </w:pPr>
      <w:r>
        <w:t>(   ) c) He doesn't have enough money.</w:t>
      </w:r>
    </w:p>
    <w:p>
      <w:pPr>
        <w:keepNext/>
        <w:spacing w:before="120"/>
      </w:pPr>
      <w:r>
        <w:t>4. "If I were you, I would choose the solar oven" is...</w:t>
      </w:r>
    </w:p>
    <w:p>
      <w:pPr>
        <w:spacing w:after="0"/>
        <w:ind w:left="454"/>
      </w:pPr>
      <w:r>
        <w:t>(   ) a) a past fact.</w:t>
      </w:r>
    </w:p>
    <w:p>
      <w:pPr>
        <w:spacing w:after="0"/>
        <w:ind w:left="454"/>
      </w:pPr>
      <w:r>
        <w:t>(   ) b) a promise.</w:t>
      </w:r>
    </w:p>
    <w:p>
      <w:pPr>
        <w:spacing w:after="0"/>
        <w:ind w:left="454"/>
      </w:pPr>
      <w:r>
        <w:t>(   ) c) a piece of advice.</w:t>
      </w:r>
    </w:p>
    <w:p>
      <w:pPr>
        <w:pStyle w:val="Heading2"/>
      </w:pPr>
      <w:r>
        <w:t>2. First conditional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If it rains tomorrow, we ______________ (stay) at home.</w:t>
      </w:r>
    </w:p>
    <w:p>
      <w:pPr>
        <w:keepNext/>
        <w:spacing w:before="120"/>
      </w:pPr>
      <w:r>
        <w:t>2. If you study hard, you ______________ (pass) the test.</w:t>
      </w:r>
    </w:p>
    <w:p>
      <w:pPr>
        <w:keepNext/>
        <w:spacing w:before="120"/>
      </w:pPr>
      <w:r>
        <w:t>3. If she ______________ (miss) the bus, she will be late for school.</w:t>
      </w:r>
    </w:p>
    <w:p>
      <w:pPr>
        <w:keepNext/>
        <w:spacing w:before="120"/>
      </w:pPr>
      <w:r>
        <w:t>4. They won't go to the beach if it ______________ (be) cold.</w:t>
      </w:r>
    </w:p>
    <w:p>
      <w:pPr>
        <w:keepNext/>
        <w:spacing w:before="120"/>
      </w:pPr>
      <w:r>
        <w:t>5. If I don't finish my homework, my mom ______________ (not / let) me play video games.</w:t>
      </w:r>
    </w:p>
    <w:p>
      <w:pPr>
        <w:pStyle w:val="Heading2"/>
      </w:pPr>
      <w:r>
        <w:t>3. Second conditional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If I ______________ (have) a million reais, I would travel around the world.</w:t>
      </w:r>
    </w:p>
    <w:p>
      <w:pPr>
        <w:keepNext/>
        <w:spacing w:before="120"/>
      </w:pPr>
      <w:r>
        <w:t>2. If I were rich, I ______________ (buy) a house for my parents.</w:t>
      </w:r>
    </w:p>
    <w:p>
      <w:pPr>
        <w:keepNext/>
        <w:spacing w:before="120"/>
      </w:pPr>
      <w:r>
        <w:t>3. If she ______________ (live) near the beach, she would surf every day.</w:t>
      </w:r>
    </w:p>
    <w:p>
      <w:pPr>
        <w:keepNext/>
        <w:spacing w:before="120"/>
      </w:pPr>
      <w:r>
        <w:t>4. If I ______________ (be) you, I would talk to the teacher.</w:t>
      </w:r>
    </w:p>
    <w:p>
      <w:pPr>
        <w:pStyle w:val="Heading2"/>
      </w:pPr>
      <w:r>
        <w:t>4. First or second?</w:t>
      </w:r>
    </w:p>
    <w:p>
      <w:r>
        <w:rPr>
          <w:i/>
        </w:rPr>
        <w:t>Is it a first conditional (real possibility) or a second conditional (imaginary situation)?</w:t>
      </w:r>
    </w:p>
    <w:p>
      <w:pPr>
        <w:keepNext/>
        <w:spacing w:before="120"/>
      </w:pPr>
      <w:r>
        <w:t>1. If I win the game, I'll celebrate with my friends.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pPr>
        <w:keepNext/>
        <w:spacing w:before="120"/>
      </w:pPr>
      <w:r>
        <w:t>2. If dogs could talk, they would tell funny stories.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pPr>
        <w:keepNext/>
        <w:spacing w:before="120"/>
      </w:pPr>
      <w:r>
        <w:t>3. If we leave now, we won't be late.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pPr>
        <w:keepNext/>
        <w:spacing w:before="120"/>
      </w:pPr>
      <w:r>
        <w:t>4. If I knew the answer, I would tell you.</w:t>
      </w:r>
    </w:p>
    <w:p>
      <w:pPr>
        <w:spacing w:after="0"/>
        <w:ind w:left="454"/>
      </w:pPr>
      <w:r>
        <w:t>(   ) a) First conditional</w:t>
      </w:r>
    </w:p>
    <w:p>
      <w:pPr>
        <w:spacing w:after="0"/>
        <w:ind w:left="454"/>
      </w:pPr>
      <w:r>
        <w:t>(   ) b) Second conditional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He can't decide on his project.</w:t>
      </w:r>
    </w:p>
    <w:p>
      <w:pPr>
        <w:spacing w:after="0"/>
      </w:pPr>
      <w:r>
        <w:t>2) b) Cardboard and aluminum foil</w:t>
      </w:r>
    </w:p>
    <w:p>
      <w:pPr>
        <w:spacing w:after="0"/>
      </w:pPr>
      <w:r>
        <w:t>3) c) He doesn't have enough money.</w:t>
      </w:r>
    </w:p>
    <w:p>
      <w:pPr>
        <w:spacing w:after="0"/>
      </w:pPr>
      <w:r>
        <w:t>4) c) a piece of advice.</w:t>
      </w:r>
    </w:p>
    <w:p>
      <w:r>
        <w:rPr>
          <w:b/>
        </w:rPr>
        <w:t>2. First conditional</w:t>
      </w:r>
    </w:p>
    <w:p>
      <w:pPr>
        <w:spacing w:after="0"/>
      </w:pPr>
      <w:r>
        <w:t>1) will stay</w:t>
      </w:r>
    </w:p>
    <w:p>
      <w:pPr>
        <w:spacing w:after="0"/>
      </w:pPr>
      <w:r>
        <w:t>2) will pass</w:t>
      </w:r>
    </w:p>
    <w:p>
      <w:pPr>
        <w:spacing w:after="0"/>
      </w:pPr>
      <w:r>
        <w:t>3) misses</w:t>
      </w:r>
    </w:p>
    <w:p>
      <w:pPr>
        <w:spacing w:after="0"/>
      </w:pPr>
      <w:r>
        <w:t>4) is</w:t>
      </w:r>
    </w:p>
    <w:p>
      <w:pPr>
        <w:spacing w:after="0"/>
      </w:pPr>
      <w:r>
        <w:t>5) won't let</w:t>
      </w:r>
    </w:p>
    <w:p>
      <w:r>
        <w:rPr>
          <w:b/>
        </w:rPr>
        <w:t>3. Second conditional</w:t>
      </w:r>
    </w:p>
    <w:p>
      <w:pPr>
        <w:spacing w:after="0"/>
      </w:pPr>
      <w:r>
        <w:t>1) had</w:t>
      </w:r>
    </w:p>
    <w:p>
      <w:pPr>
        <w:spacing w:after="0"/>
      </w:pPr>
      <w:r>
        <w:t>2) would buy</w:t>
      </w:r>
    </w:p>
    <w:p>
      <w:pPr>
        <w:spacing w:after="0"/>
      </w:pPr>
      <w:r>
        <w:t>3) lived</w:t>
      </w:r>
    </w:p>
    <w:p>
      <w:pPr>
        <w:spacing w:after="0"/>
      </w:pPr>
      <w:r>
        <w:t>4) were</w:t>
      </w:r>
    </w:p>
    <w:p>
      <w:r>
        <w:rPr>
          <w:b/>
        </w:rPr>
        <w:t>4. First or second?</w:t>
      </w:r>
    </w:p>
    <w:p>
      <w:pPr>
        <w:spacing w:after="0"/>
      </w:pPr>
      <w:r>
        <w:t>1) a) First conditional</w:t>
      </w:r>
    </w:p>
    <w:p>
      <w:pPr>
        <w:spacing w:after="0"/>
      </w:pPr>
      <w:r>
        <w:t>2) b) Second conditional</w:t>
      </w:r>
    </w:p>
    <w:p>
      <w:pPr>
        <w:spacing w:after="0"/>
      </w:pPr>
      <w:r>
        <w:t>3) a) First conditional</w:t>
      </w:r>
    </w:p>
    <w:p>
      <w:pPr>
        <w:spacing w:after="0"/>
      </w:pPr>
      <w:r>
        <w:t>4) b) Second conditional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