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Sustainability: first conditional e modais</w:t>
      </w:r>
    </w:p>
    <w:p>
      <w:r>
        <w:rPr>
          <w:color w:val="6B6B6B"/>
          <w:sz w:val="18"/>
        </w:rPr>
        <w:t>2ª série · Conditionals (if clauses) · BNCC: EM13LGG302, EM13LGG303</w:t>
      </w:r>
    </w:p>
    <w:p>
      <w:pPr>
        <w:pStyle w:val="Heading2"/>
      </w:pPr>
      <w:r>
        <w:t>1. Environmental message</w:t>
      </w:r>
    </w:p>
    <w:p>
      <w:r>
        <w:rPr>
          <w:i/>
        </w:rPr>
        <w:t>Read the message and choose the correct answer.</w:t>
      </w:r>
    </w:p>
    <w:p>
      <w:r>
        <w:rPr>
          <w:b/>
        </w:rPr>
        <w:t>Take care of the planet</w:t>
      </w:r>
    </w:p>
    <w:p>
      <w:pPr>
        <w:ind w:left="340"/>
      </w:pPr>
      <w:r>
        <w:t>Small actions can make a big difference. Recycling, saving water, and reducing plastic are simple ways to protect the environment. We all share this planet — let's take care of it.</w:t>
      </w:r>
    </w:p>
    <w:p>
      <w:pPr>
        <w:keepNext/>
        <w:spacing w:before="120"/>
      </w:pPr>
      <w:r>
        <w:t>1. Which three actions are suggested in the text?</w:t>
      </w:r>
    </w:p>
    <w:p>
      <w:pPr>
        <w:spacing w:after="0"/>
        <w:ind w:left="454"/>
      </w:pPr>
      <w:r>
        <w:t>(   ) a) Recycling, saving water and reducing plastic</w:t>
      </w:r>
    </w:p>
    <w:p>
      <w:pPr>
        <w:spacing w:after="0"/>
        <w:ind w:left="454"/>
      </w:pPr>
      <w:r>
        <w:t>(   ) b) Planting trees, using cars and buying more</w:t>
      </w:r>
    </w:p>
    <w:p>
      <w:pPr>
        <w:spacing w:after="0"/>
        <w:ind w:left="454"/>
      </w:pPr>
      <w:r>
        <w:t>(   ) c) Saving energy, traveling and cooking</w:t>
      </w:r>
    </w:p>
    <w:p>
      <w:pPr>
        <w:keepNext/>
        <w:spacing w:before="120"/>
      </w:pPr>
      <w:r>
        <w:t>2. What is the purpose of the message?</w:t>
      </w:r>
    </w:p>
    <w:p>
      <w:pPr>
        <w:spacing w:after="0"/>
        <w:ind w:left="454"/>
      </w:pPr>
      <w:r>
        <w:t>(   ) a) To sell plastic products</w:t>
      </w:r>
    </w:p>
    <w:p>
      <w:pPr>
        <w:spacing w:after="0"/>
        <w:ind w:left="454"/>
      </w:pPr>
      <w:r>
        <w:t>(   ) b) To encourage people to take care of the environment</w:t>
      </w:r>
    </w:p>
    <w:p>
      <w:pPr>
        <w:spacing w:after="0"/>
        <w:ind w:left="454"/>
      </w:pPr>
      <w:r>
        <w:t>(   ) c) To explain how water is produced</w:t>
      </w:r>
    </w:p>
    <w:p>
      <w:pPr>
        <w:keepNext/>
        <w:spacing w:before="120"/>
      </w:pPr>
      <w:r>
        <w:t>3. What does "Small actions can make a big difference" mean?</w:t>
      </w:r>
    </w:p>
    <w:p>
      <w:pPr>
        <w:spacing w:after="0"/>
        <w:ind w:left="454"/>
      </w:pPr>
      <w:r>
        <w:t>(   ) a) Only big companies can help the planet.</w:t>
      </w:r>
    </w:p>
    <w:p>
      <w:pPr>
        <w:spacing w:after="0"/>
        <w:ind w:left="454"/>
      </w:pPr>
      <w:r>
        <w:t>(   ) b) Small actions are not important.</w:t>
      </w:r>
    </w:p>
    <w:p>
      <w:pPr>
        <w:spacing w:after="0"/>
        <w:ind w:left="454"/>
      </w:pPr>
      <w:r>
        <w:t>(   ) c) Simple changes in our habits can have a big positive impact.</w:t>
      </w:r>
    </w:p>
    <w:p>
      <w:pPr>
        <w:pStyle w:val="Heading2"/>
      </w:pPr>
      <w:r>
        <w:t>2. First conditional</w:t>
      </w:r>
    </w:p>
    <w:p>
      <w:r>
        <w:rPr>
          <w:i/>
        </w:rPr>
        <w:t>Complete with the correct form of the verbs in parentheses.</w:t>
      </w:r>
    </w:p>
    <w:p>
      <w:pPr>
        <w:keepNext/>
        <w:spacing w:before="120"/>
      </w:pPr>
      <w:r>
        <w:t>1. If it ______________ (rain), we will stay home.</w:t>
      </w:r>
    </w:p>
    <w:p>
      <w:pPr>
        <w:keepNext/>
        <w:spacing w:before="120"/>
      </w:pPr>
      <w:r>
        <w:t>2. If it rains, we ______________ (stay) home.</w:t>
      </w:r>
    </w:p>
    <w:p>
      <w:pPr>
        <w:keepNext/>
        <w:spacing w:before="120"/>
      </w:pPr>
      <w:r>
        <w:t>3. If I study hard, I ______________ (pass) the exam.</w:t>
      </w:r>
    </w:p>
    <w:p>
      <w:pPr>
        <w:keepNext/>
        <w:spacing w:before="120"/>
      </w:pPr>
      <w:r>
        <w:t>4. If they ______________ (not arrive) on time, we will start without them.</w:t>
      </w:r>
    </w:p>
    <w:p>
      <w:pPr>
        <w:keepNext/>
        <w:spacing w:before="120"/>
      </w:pPr>
      <w:r>
        <w:t>5. If we recycle more, there ______________ (be) less trash in the streets.</w:t>
      </w:r>
    </w:p>
    <w:p>
      <w:pPr>
        <w:keepNext/>
        <w:spacing w:before="120"/>
      </w:pPr>
      <w:r>
        <w:t>6. If you ______________ (turn off) the lights, you will save energy.</w:t>
      </w:r>
    </w:p>
    <w:p>
      <w:pPr>
        <w:pStyle w:val="Heading2"/>
      </w:pPr>
      <w:r>
        <w:t>3. Modals for suggestion and possibility</w:t>
      </w:r>
    </w:p>
    <w:p>
      <w:r>
        <w:rPr>
          <w:i/>
        </w:rPr>
        <w:t>Choose the best modal verb.</w:t>
      </w:r>
    </w:p>
    <w:p>
      <w:pPr>
        <w:keepNext/>
        <w:spacing w:before="120"/>
      </w:pPr>
      <w:r>
        <w:t>1. You ___ try using less plastic. It's better for the planet. (advice)</w:t>
      </w:r>
    </w:p>
    <w:p>
      <w:pPr>
        <w:spacing w:after="0"/>
        <w:ind w:left="454"/>
      </w:pPr>
      <w:r>
        <w:t>(   ) a) should</w:t>
      </w:r>
    </w:p>
    <w:p>
      <w:pPr>
        <w:spacing w:after="0"/>
        <w:ind w:left="454"/>
      </w:pPr>
      <w:r>
        <w:t>(   ) b) can't</w:t>
      </w:r>
    </w:p>
    <w:p>
      <w:pPr>
        <w:spacing w:after="0"/>
        <w:ind w:left="454"/>
      </w:pPr>
      <w:r>
        <w:t>(   ) c) mustn't</w:t>
      </w:r>
    </w:p>
    <w:p>
      <w:pPr>
        <w:keepNext/>
        <w:spacing w:before="120"/>
      </w:pPr>
      <w:r>
        <w:t>2. I'm not sure, but we ___ visit the museum this weekend. (possibility)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might</w:t>
      </w:r>
    </w:p>
    <w:p>
      <w:pPr>
        <w:spacing w:after="0"/>
        <w:ind w:left="454"/>
      </w:pPr>
      <w:r>
        <w:t>(   ) c) should</w:t>
      </w:r>
    </w:p>
    <w:p>
      <w:pPr>
        <w:keepNext/>
        <w:spacing w:before="120"/>
      </w:pPr>
      <w:r>
        <w:t>3. Here's an idea: we ___ plant a tree every month as a school project. (suggestion)</w:t>
      </w:r>
    </w:p>
    <w:p>
      <w:pPr>
        <w:spacing w:after="0"/>
        <w:ind w:left="454"/>
      </w:pPr>
      <w:r>
        <w:t>(   ) a) mustn't</w:t>
      </w:r>
    </w:p>
    <w:p>
      <w:pPr>
        <w:spacing w:after="0"/>
        <w:ind w:left="454"/>
      </w:pPr>
      <w:r>
        <w:t>(   ) b) can't</w:t>
      </w:r>
    </w:p>
    <w:p>
      <w:pPr>
        <w:spacing w:after="0"/>
        <w:ind w:left="454"/>
      </w:pPr>
      <w:r>
        <w:t>(   ) c) could</w:t>
      </w:r>
    </w:p>
    <w:p>
      <w:pPr>
        <w:keepNext/>
        <w:spacing w:before="120"/>
      </w:pPr>
      <w:r>
        <w:t>4. You ___ throw trash in the river. It's against the law. (prohibition)</w:t>
      </w:r>
    </w:p>
    <w:p>
      <w:pPr>
        <w:spacing w:after="0"/>
        <w:ind w:left="454"/>
      </w:pPr>
      <w:r>
        <w:t>(   ) a) mustn't</w:t>
      </w:r>
    </w:p>
    <w:p>
      <w:pPr>
        <w:spacing w:after="0"/>
        <w:ind w:left="454"/>
      </w:pPr>
      <w:r>
        <w:t>(   ) b) might</w:t>
      </w:r>
    </w:p>
    <w:p>
      <w:pPr>
        <w:spacing w:after="0"/>
        <w:ind w:left="454"/>
      </w:pPr>
      <w:r>
        <w:t>(   ) c) could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Environmental message</w:t>
      </w:r>
    </w:p>
    <w:p>
      <w:pPr>
        <w:spacing w:after="0"/>
      </w:pPr>
      <w:r>
        <w:t>1) a) Recycling, saving water and reducing plastic</w:t>
      </w:r>
    </w:p>
    <w:p>
      <w:pPr>
        <w:spacing w:after="0"/>
      </w:pPr>
      <w:r>
        <w:t>2) b) To encourage people to take care of the environment</w:t>
      </w:r>
    </w:p>
    <w:p>
      <w:pPr>
        <w:spacing w:after="0"/>
      </w:pPr>
      <w:r>
        <w:t>3) c) Simple changes in our habits can have a big positive impact.</w:t>
      </w:r>
    </w:p>
    <w:p>
      <w:r>
        <w:rPr>
          <w:b/>
        </w:rPr>
        <w:t>2. First conditional</w:t>
      </w:r>
    </w:p>
    <w:p>
      <w:pPr>
        <w:spacing w:after="0"/>
      </w:pPr>
      <w:r>
        <w:t>1) rains</w:t>
      </w:r>
    </w:p>
    <w:p>
      <w:pPr>
        <w:spacing w:after="0"/>
      </w:pPr>
      <w:r>
        <w:t>2) will stay</w:t>
      </w:r>
    </w:p>
    <w:p>
      <w:pPr>
        <w:spacing w:after="0"/>
      </w:pPr>
      <w:r>
        <w:t>3) will pass</w:t>
      </w:r>
    </w:p>
    <w:p>
      <w:pPr>
        <w:spacing w:after="0"/>
      </w:pPr>
      <w:r>
        <w:t>4) don't arrive</w:t>
      </w:r>
    </w:p>
    <w:p>
      <w:pPr>
        <w:spacing w:after="0"/>
      </w:pPr>
      <w:r>
        <w:t>5) will be</w:t>
      </w:r>
    </w:p>
    <w:p>
      <w:pPr>
        <w:spacing w:after="0"/>
      </w:pPr>
      <w:r>
        <w:t>6) turn off</w:t>
      </w:r>
    </w:p>
    <w:p>
      <w:r>
        <w:rPr>
          <w:b/>
        </w:rPr>
        <w:t>3. Modals for suggestion and possibility</w:t>
      </w:r>
    </w:p>
    <w:p>
      <w:pPr>
        <w:spacing w:after="0"/>
      </w:pPr>
      <w:r>
        <w:t>1) a) should</w:t>
      </w:r>
    </w:p>
    <w:p>
      <w:pPr>
        <w:spacing w:after="0"/>
      </w:pPr>
      <w:r>
        <w:t>2) b) might</w:t>
      </w:r>
    </w:p>
    <w:p>
      <w:pPr>
        <w:spacing w:after="0"/>
      </w:pPr>
      <w:r>
        <w:t>3) c) could</w:t>
      </w:r>
    </w:p>
    <w:p>
      <w:pPr>
        <w:spacing w:after="0"/>
      </w:pPr>
      <w:r>
        <w:t>4) a) mustn't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2026-01-14T00:00:00Z</dcterms:created>
  <dcterms:modified xsi:type="dcterms:W3CDTF">2026-01-14T00:00:00Z</dcterms:modified>
  <cp:category/>
</cp:coreProperties>
</file>