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Vocabulário avançado, similes e metaphors</w:t>
      </w:r>
    </w:p>
    <w:p>
      <w:r>
        <w:rPr>
          <w:color w:val="6B6B6B"/>
          <w:sz w:val="18"/>
        </w:rPr>
        <w:t>2ª série e 3ª série · Text genres (gêneros textuais) · BNCC: EM13LGG103</w:t>
      </w:r>
    </w:p>
    <w:p>
      <w:pPr>
        <w:pStyle w:val="Heading2"/>
      </w:pPr>
      <w:r>
        <w:t>1. Word meanings</w:t>
      </w:r>
    </w:p>
    <w:p>
      <w:r>
        <w:rPr>
          <w:i/>
        </w:rPr>
        <w:t>Choose the best definition for each word.</w:t>
      </w:r>
    </w:p>
    <w:p>
      <w:pPr>
        <w:keepNext/>
        <w:spacing w:before="120"/>
      </w:pPr>
      <w:r>
        <w:t>1. enigmatic</w:t>
      </w:r>
    </w:p>
    <w:p>
      <w:pPr>
        <w:spacing w:after="0"/>
        <w:ind w:left="454"/>
      </w:pPr>
      <w:r>
        <w:t>(   ) a) mysterious and hard to understand</w:t>
      </w:r>
    </w:p>
    <w:p>
      <w:pPr>
        <w:spacing w:after="0"/>
        <w:ind w:left="454"/>
      </w:pPr>
      <w:r>
        <w:t>(   ) b) loud and cheerful</w:t>
      </w:r>
    </w:p>
    <w:p>
      <w:pPr>
        <w:spacing w:after="0"/>
        <w:ind w:left="454"/>
      </w:pPr>
      <w:r>
        <w:t>(   ) c) simple and obvious</w:t>
      </w:r>
    </w:p>
    <w:p>
      <w:pPr>
        <w:keepNext/>
        <w:spacing w:before="120"/>
      </w:pPr>
      <w:r>
        <w:t>2. fortitude</w:t>
      </w:r>
    </w:p>
    <w:p>
      <w:pPr>
        <w:spacing w:after="0"/>
        <w:ind w:left="454"/>
      </w:pPr>
      <w:r>
        <w:t>(   ) a) a large amount of money</w:t>
      </w:r>
    </w:p>
    <w:p>
      <w:pPr>
        <w:spacing w:after="0"/>
        <w:ind w:left="454"/>
      </w:pPr>
      <w:r>
        <w:t>(   ) b) courage and strength in difficult times</w:t>
      </w:r>
    </w:p>
    <w:p>
      <w:pPr>
        <w:spacing w:after="0"/>
        <w:ind w:left="454"/>
      </w:pPr>
      <w:r>
        <w:t>(   ) c) fear of the unknown</w:t>
      </w:r>
    </w:p>
    <w:p>
      <w:pPr>
        <w:keepNext/>
        <w:spacing w:before="120"/>
      </w:pPr>
      <w:r>
        <w:t>3. proliferate</w:t>
      </w:r>
    </w:p>
    <w:p>
      <w:pPr>
        <w:spacing w:after="0"/>
        <w:ind w:left="454"/>
      </w:pPr>
      <w:r>
        <w:t>(   ) a) to disappear slowly</w:t>
      </w:r>
    </w:p>
    <w:p>
      <w:pPr>
        <w:spacing w:after="0"/>
        <w:ind w:left="454"/>
      </w:pPr>
      <w:r>
        <w:t>(   ) b) to stay the same</w:t>
      </w:r>
    </w:p>
    <w:p>
      <w:pPr>
        <w:spacing w:after="0"/>
        <w:ind w:left="454"/>
      </w:pPr>
      <w:r>
        <w:t>(   ) c) to increase quickly in number</w:t>
      </w:r>
    </w:p>
    <w:p>
      <w:pPr>
        <w:keepNext/>
        <w:spacing w:before="120"/>
      </w:pPr>
      <w:r>
        <w:t>4. acquiesce</w:t>
      </w:r>
    </w:p>
    <w:p>
      <w:pPr>
        <w:spacing w:after="0"/>
        <w:ind w:left="454"/>
      </w:pPr>
      <w:r>
        <w:t>(   ) a) to accept something without protest</w:t>
      </w:r>
    </w:p>
    <w:p>
      <w:pPr>
        <w:spacing w:after="0"/>
        <w:ind w:left="454"/>
      </w:pPr>
      <w:r>
        <w:t>(   ) b) to argue strongly</w:t>
      </w:r>
    </w:p>
    <w:p>
      <w:pPr>
        <w:spacing w:after="0"/>
        <w:ind w:left="454"/>
      </w:pPr>
      <w:r>
        <w:t>(   ) c) to ask a question</w:t>
      </w:r>
    </w:p>
    <w:p>
      <w:pPr>
        <w:keepNext/>
        <w:spacing w:before="120"/>
      </w:pPr>
      <w:r>
        <w:t>5. derisive</w:t>
      </w:r>
    </w:p>
    <w:p>
      <w:pPr>
        <w:spacing w:after="0"/>
        <w:ind w:left="454"/>
      </w:pPr>
      <w:r>
        <w:t>(   ) a) kind and supportive</w:t>
      </w:r>
    </w:p>
    <w:p>
      <w:pPr>
        <w:spacing w:after="0"/>
        <w:ind w:left="454"/>
      </w:pPr>
      <w:r>
        <w:t>(   ) b) expressing mockery or contempt</w:t>
      </w:r>
    </w:p>
    <w:p>
      <w:pPr>
        <w:spacing w:after="0"/>
        <w:ind w:left="454"/>
      </w:pPr>
      <w:r>
        <w:t>(   ) c) very careful</w:t>
      </w:r>
    </w:p>
    <w:p>
      <w:pPr>
        <w:pStyle w:val="Heading2"/>
      </w:pPr>
      <w:r>
        <w:t>2. Vocabulary in context</w:t>
      </w:r>
    </w:p>
    <w:p>
      <w:r>
        <w:rPr>
          <w:i/>
        </w:rPr>
        <w:t>Complete the sentences with the words from the box.</w:t>
      </w:r>
    </w:p>
    <w:p>
      <w:r>
        <w:rPr>
          <w:b/>
        </w:rPr>
        <w:t>Word bank:  enigmatic  |  fortitude  |  proliferated  |  acquiesced  |  derisive</w:t>
      </w:r>
    </w:p>
    <w:p>
      <w:pPr>
        <w:keepNext/>
        <w:spacing w:before="120"/>
      </w:pPr>
      <w:r>
        <w:t>1. The ending of the movie was ______________, leaving viewers wondering about its meaning.</w:t>
      </w:r>
    </w:p>
    <w:p>
      <w:pPr>
        <w:keepNext/>
        <w:spacing w:before="120"/>
      </w:pPr>
      <w:r>
        <w:t>2. She showed great ______________ by completing the project despite the difficulties.</w:t>
      </w:r>
    </w:p>
    <w:p>
      <w:pPr>
        <w:keepNext/>
        <w:spacing w:before="120"/>
      </w:pPr>
      <w:r>
        <w:t>3. Smartphones have ______________ so rapidly that almost everyone has one now.</w:t>
      </w:r>
    </w:p>
    <w:p>
      <w:pPr>
        <w:keepNext/>
        <w:spacing w:before="120"/>
      </w:pPr>
      <w:r>
        <w:t>4. Although he didn't agree with the decision, he ______________ to avoid further conflict.</w:t>
      </w:r>
    </w:p>
    <w:p>
      <w:pPr>
        <w:keepNext/>
        <w:spacing w:before="120"/>
      </w:pPr>
      <w:r>
        <w:t>5. The ______________ comments made by the audience upset the performer.</w:t>
      </w:r>
    </w:p>
    <w:p>
      <w:pPr>
        <w:pStyle w:val="Heading2"/>
      </w:pPr>
      <w:r>
        <w:t>3. Simile or metaphor?</w:t>
      </w:r>
    </w:p>
    <w:p>
      <w:r>
        <w:rPr>
          <w:i/>
        </w:rPr>
        <w:t>A simile compares using "like" or "as"; a metaphor says one thing IS another. Read the poem and the sentences and choose the correct answer.</w:t>
      </w:r>
    </w:p>
    <w:p>
      <w:r>
        <w:rPr>
          <w:b/>
        </w:rPr>
        <w:t>Waiting</w:t>
      </w:r>
    </w:p>
    <w:p>
      <w:pPr>
        <w:ind w:left="340"/>
      </w:pPr>
      <w:r>
        <w:t>My plan sat on the shelf for years,</w:t>
      </w:r>
    </w:p>
    <w:p>
      <w:pPr>
        <w:ind w:left="340"/>
      </w:pPr>
      <w:r>
        <w:t>as quiet as a sleeping cat.</w:t>
      </w:r>
    </w:p>
    <w:p>
      <w:pPr>
        <w:ind w:left="340"/>
      </w:pPr>
      <w:r>
        <w:t>It grew as thin as paper,</w:t>
      </w:r>
    </w:p>
    <w:p>
      <w:pPr>
        <w:ind w:left="340"/>
      </w:pPr>
      <w:r>
        <w:t>and fragile, just like that.</w:t>
      </w:r>
    </w:p>
    <w:p>
      <w:pPr>
        <w:ind w:left="340"/>
      </w:pPr>
      <w:r>
        <w:t>But hope is a stubborn seed:</w:t>
      </w:r>
    </w:p>
    <w:p>
      <w:pPr>
        <w:ind w:left="340"/>
      </w:pPr>
      <w:r>
        <w:t>it waits beneath the ground,</w:t>
      </w:r>
    </w:p>
    <w:p>
      <w:pPr>
        <w:ind w:left="340"/>
      </w:pPr>
      <w:r>
        <w:t>and one day, after the rain,</w:t>
      </w:r>
    </w:p>
    <w:p>
      <w:pPr>
        <w:ind w:left="340"/>
      </w:pPr>
      <w:r>
        <w:t>it breaks without a sound.</w:t>
      </w:r>
    </w:p>
    <w:p>
      <w:pPr>
        <w:keepNext/>
        <w:spacing w:before="120"/>
      </w:pPr>
      <w:r>
        <w:t>1. "as quiet as a sleeping cat" is…</w:t>
      </w:r>
    </w:p>
    <w:p>
      <w:pPr>
        <w:spacing w:after="0"/>
        <w:ind w:left="454"/>
      </w:pPr>
      <w:r>
        <w:t>(   ) a) a metaphor</w:t>
      </w:r>
    </w:p>
    <w:p>
      <w:pPr>
        <w:spacing w:after="0"/>
        <w:ind w:left="454"/>
      </w:pPr>
      <w:r>
        <w:t>(   ) b) a simile</w:t>
      </w:r>
    </w:p>
    <w:p>
      <w:pPr>
        <w:keepNext/>
        <w:spacing w:before="120"/>
      </w:pPr>
      <w:r>
        <w:t>2. "hope is a stubborn seed" is…</w:t>
      </w:r>
    </w:p>
    <w:p>
      <w:pPr>
        <w:spacing w:after="0"/>
        <w:ind w:left="454"/>
      </w:pPr>
      <w:r>
        <w:t>(   ) a) a metaphor</w:t>
      </w:r>
    </w:p>
    <w:p>
      <w:pPr>
        <w:spacing w:after="0"/>
        <w:ind w:left="454"/>
      </w:pPr>
      <w:r>
        <w:t>(   ) b) a simile</w:t>
      </w:r>
    </w:p>
    <w:p>
      <w:pPr>
        <w:keepNext/>
        <w:spacing w:before="120"/>
      </w:pPr>
      <w:r>
        <w:t>3. What does the poem suggest about a plan that is postponed for a long time?</w:t>
      </w:r>
    </w:p>
    <w:p>
      <w:pPr>
        <w:spacing w:after="0"/>
        <w:ind w:left="454"/>
      </w:pPr>
      <w:r>
        <w:t>(   ) a) It becomes stronger every day.</w:t>
      </w:r>
    </w:p>
    <w:p>
      <w:pPr>
        <w:spacing w:after="0"/>
        <w:ind w:left="454"/>
      </w:pPr>
      <w:r>
        <w:t>(   ) b) It becomes weak and fragile, but hope can make it grow again.</w:t>
      </w:r>
    </w:p>
    <w:p>
      <w:pPr>
        <w:spacing w:after="0"/>
        <w:ind w:left="454"/>
      </w:pPr>
      <w:r>
        <w:t>(   ) c) It is forgotten forever.</w:t>
      </w:r>
    </w:p>
    <w:p>
      <w:pPr>
        <w:spacing w:after="0"/>
        <w:ind w:left="454"/>
      </w:pPr>
      <w:r>
        <w:t>(   ) d) It turns into a real cat.</w:t>
      </w:r>
    </w:p>
    <w:p>
      <w:pPr>
        <w:keepNext/>
        <w:spacing w:before="120"/>
      </w:pPr>
      <w:r>
        <w:t>4. "Her voice was music to my ears." is…</w:t>
      </w:r>
    </w:p>
    <w:p>
      <w:pPr>
        <w:spacing w:after="0"/>
        <w:ind w:left="454"/>
      </w:pPr>
      <w:r>
        <w:t>(   ) a) a metaphor</w:t>
      </w:r>
    </w:p>
    <w:p>
      <w:pPr>
        <w:spacing w:after="0"/>
        <w:ind w:left="454"/>
      </w:pPr>
      <w:r>
        <w:t>(   ) b) a simile</w:t>
      </w:r>
    </w:p>
    <w:p>
      <w:pPr>
        <w:keepNext/>
        <w:spacing w:before="120"/>
      </w:pPr>
      <w:r>
        <w:t>5. "He runs like the wind." is…</w:t>
      </w:r>
    </w:p>
    <w:p>
      <w:pPr>
        <w:spacing w:after="0"/>
        <w:ind w:left="454"/>
      </w:pPr>
      <w:r>
        <w:t>(   ) a) a metaphor</w:t>
      </w:r>
    </w:p>
    <w:p>
      <w:pPr>
        <w:spacing w:after="0"/>
        <w:ind w:left="454"/>
      </w:pPr>
      <w:r>
        <w:t>(   ) b) a simile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Word meanings</w:t>
      </w:r>
    </w:p>
    <w:p>
      <w:pPr>
        <w:spacing w:after="0"/>
      </w:pPr>
      <w:r>
        <w:t>1) a) mysterious and hard to understand</w:t>
      </w:r>
    </w:p>
    <w:p>
      <w:pPr>
        <w:spacing w:after="0"/>
      </w:pPr>
      <w:r>
        <w:t>2) b) courage and strength in difficult times</w:t>
      </w:r>
    </w:p>
    <w:p>
      <w:pPr>
        <w:spacing w:after="0"/>
      </w:pPr>
      <w:r>
        <w:t>3) c) to increase quickly in number</w:t>
      </w:r>
    </w:p>
    <w:p>
      <w:pPr>
        <w:spacing w:after="0"/>
      </w:pPr>
      <w:r>
        <w:t>4) a) to accept something without protest</w:t>
      </w:r>
    </w:p>
    <w:p>
      <w:pPr>
        <w:spacing w:after="0"/>
      </w:pPr>
      <w:r>
        <w:t>5) b) expressing mockery or contempt</w:t>
      </w:r>
    </w:p>
    <w:p>
      <w:r>
        <w:rPr>
          <w:b/>
        </w:rPr>
        <w:t>2. Vocabulary in context</w:t>
      </w:r>
    </w:p>
    <w:p>
      <w:pPr>
        <w:spacing w:after="0"/>
      </w:pPr>
      <w:r>
        <w:t>1) enigmatic</w:t>
      </w:r>
    </w:p>
    <w:p>
      <w:pPr>
        <w:spacing w:after="0"/>
      </w:pPr>
      <w:r>
        <w:t>2) fortitude</w:t>
      </w:r>
    </w:p>
    <w:p>
      <w:pPr>
        <w:spacing w:after="0"/>
      </w:pPr>
      <w:r>
        <w:t>3) proliferated</w:t>
      </w:r>
    </w:p>
    <w:p>
      <w:pPr>
        <w:spacing w:after="0"/>
      </w:pPr>
      <w:r>
        <w:t>4) acquiesced</w:t>
      </w:r>
    </w:p>
    <w:p>
      <w:pPr>
        <w:spacing w:after="0"/>
      </w:pPr>
      <w:r>
        <w:t>5) derisive</w:t>
      </w:r>
    </w:p>
    <w:p>
      <w:r>
        <w:rPr>
          <w:b/>
        </w:rPr>
        <w:t>3. Simile or metaphor?</w:t>
      </w:r>
    </w:p>
    <w:p>
      <w:pPr>
        <w:spacing w:after="0"/>
      </w:pPr>
      <w:r>
        <w:t>1) b) a simile</w:t>
      </w:r>
    </w:p>
    <w:p>
      <w:pPr>
        <w:spacing w:after="0"/>
      </w:pPr>
      <w:r>
        <w:t>2) a) a metaphor</w:t>
      </w:r>
    </w:p>
    <w:p>
      <w:pPr>
        <w:spacing w:after="0"/>
      </w:pPr>
      <w:r>
        <w:t>3) b) It becomes weak and fragile, but hope can make it grow again.</w:t>
      </w:r>
    </w:p>
    <w:p>
      <w:pPr>
        <w:spacing w:after="0"/>
      </w:pPr>
      <w:r>
        <w:t>4) a) a metaphor</w:t>
      </w:r>
    </w:p>
    <w:p>
      <w:pPr>
        <w:spacing w:after="0"/>
      </w:pPr>
      <w:r>
        <w:t>5) b) a simile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2024-09-25T00:00:00Z</dcterms:created>
  <dcterms:modified xsi:type="dcterms:W3CDTF">2024-09-25T00:00:00Z</dcterms:modified>
  <cp:category/>
</cp:coreProperties>
</file>