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Exploring my emotions: sentimentos</w:t>
      </w:r>
    </w:p>
    <w:p>
      <w:r>
        <w:rPr>
          <w:color w:val="6B6B6B"/>
          <w:sz w:val="18"/>
        </w:rPr>
        <w:t>4 anos e 5 anos · Feelings (sentimentos)</w:t>
      </w:r>
    </w:p>
    <w:p>
      <w:pPr>
        <w:pStyle w:val="Heading2"/>
      </w:pPr>
      <w:r>
        <w:t>1. How does he feel?</w:t>
      </w:r>
    </w:p>
    <w:p>
      <w:r>
        <w:rPr>
          <w:i/>
        </w:rPr>
        <w:t>Olhe a carinha e escolha o sentimento. (Look and choose the feeling.)</w:t>
      </w:r>
    </w:p>
    <w:p>
      <w:pPr>
        <w:keepNext/>
        <w:spacing w:before="120"/>
      </w:pPr>
      <w:r>
        <w:t>1. 😀  How does he feel?</w:t>
      </w:r>
    </w:p>
    <w:p>
      <w:pPr>
        <w:spacing w:after="0"/>
        <w:ind w:left="454"/>
      </w:pPr>
      <w:r>
        <w:t>(   ) a) happy</w:t>
      </w:r>
    </w:p>
    <w:p>
      <w:pPr>
        <w:spacing w:after="0"/>
        <w:ind w:left="454"/>
      </w:pPr>
      <w:r>
        <w:t>(   ) b) sad</w:t>
      </w:r>
    </w:p>
    <w:p>
      <w:pPr>
        <w:spacing w:after="0"/>
        <w:ind w:left="454"/>
      </w:pPr>
      <w:r>
        <w:t>(   ) c) angry</w:t>
      </w:r>
    </w:p>
    <w:p>
      <w:pPr>
        <w:keepNext/>
        <w:spacing w:before="120"/>
      </w:pPr>
      <w:r>
        <w:t>2. 😢  How does she feel?</w:t>
      </w:r>
    </w:p>
    <w:p>
      <w:pPr>
        <w:spacing w:after="0"/>
        <w:ind w:left="454"/>
      </w:pPr>
      <w:r>
        <w:t>(   ) a) happy</w:t>
      </w:r>
    </w:p>
    <w:p>
      <w:pPr>
        <w:spacing w:after="0"/>
        <w:ind w:left="454"/>
      </w:pPr>
      <w:r>
        <w:t>(   ) b) sad</w:t>
      </w:r>
    </w:p>
    <w:p>
      <w:pPr>
        <w:spacing w:after="0"/>
        <w:ind w:left="454"/>
      </w:pPr>
      <w:r>
        <w:t>(   ) c) scared</w:t>
      </w:r>
    </w:p>
    <w:p>
      <w:pPr>
        <w:keepNext/>
        <w:spacing w:before="120"/>
      </w:pPr>
      <w:r>
        <w:t>3. 😠  How does he feel?</w:t>
      </w:r>
    </w:p>
    <w:p>
      <w:pPr>
        <w:spacing w:after="0"/>
        <w:ind w:left="454"/>
      </w:pPr>
      <w:r>
        <w:t>(   ) a) surprised</w:t>
      </w:r>
    </w:p>
    <w:p>
      <w:pPr>
        <w:spacing w:after="0"/>
        <w:ind w:left="454"/>
      </w:pPr>
      <w:r>
        <w:t>(   ) b) happy</w:t>
      </w:r>
    </w:p>
    <w:p>
      <w:pPr>
        <w:spacing w:after="0"/>
        <w:ind w:left="454"/>
      </w:pPr>
      <w:r>
        <w:t>(   ) c) angry</w:t>
      </w:r>
    </w:p>
    <w:p>
      <w:pPr>
        <w:keepNext/>
        <w:spacing w:before="120"/>
      </w:pPr>
      <w:r>
        <w:t>4. 😱  How does she feel?</w:t>
      </w:r>
    </w:p>
    <w:p>
      <w:pPr>
        <w:spacing w:after="0"/>
        <w:ind w:left="454"/>
      </w:pPr>
      <w:r>
        <w:t>(   ) a) scared</w:t>
      </w:r>
    </w:p>
    <w:p>
      <w:pPr>
        <w:spacing w:after="0"/>
        <w:ind w:left="454"/>
      </w:pPr>
      <w:r>
        <w:t>(   ) b) happy</w:t>
      </w:r>
    </w:p>
    <w:p>
      <w:pPr>
        <w:spacing w:after="0"/>
        <w:ind w:left="454"/>
      </w:pPr>
      <w:r>
        <w:t>(   ) c) sad</w:t>
      </w:r>
    </w:p>
    <w:p>
      <w:pPr>
        <w:keepNext/>
        <w:spacing w:before="120"/>
      </w:pPr>
      <w:r>
        <w:t>5. 😲  How does he feel?</w:t>
      </w:r>
    </w:p>
    <w:p>
      <w:pPr>
        <w:spacing w:after="0"/>
        <w:ind w:left="454"/>
      </w:pPr>
      <w:r>
        <w:t>(   ) a) sad</w:t>
      </w:r>
    </w:p>
    <w:p>
      <w:pPr>
        <w:spacing w:after="0"/>
        <w:ind w:left="454"/>
      </w:pPr>
      <w:r>
        <w:t>(   ) b) surprised</w:t>
      </w:r>
    </w:p>
    <w:p>
      <w:pPr>
        <w:spacing w:after="0"/>
        <w:ind w:left="454"/>
      </w:pPr>
      <w:r>
        <w:t>(   ) c) angry</w:t>
      </w:r>
    </w:p>
    <w:p>
      <w:pPr>
        <w:pStyle w:val="Heading2"/>
      </w:pPr>
      <w:r>
        <w:t>2. How do you feel?</w:t>
      </w:r>
    </w:p>
    <w:p>
      <w:r>
        <w:rPr>
          <w:i/>
        </w:rPr>
        <w:t>A professora lê a situação. Escolha o sentimento. (How do you feel?)</w:t>
      </w:r>
    </w:p>
    <w:p>
      <w:pPr>
        <w:keepNext/>
        <w:spacing w:before="120"/>
      </w:pPr>
      <w:r>
        <w:t>1. 🎂  It is your birthday!</w:t>
      </w:r>
    </w:p>
    <w:p>
      <w:pPr>
        <w:spacing w:after="0"/>
        <w:ind w:left="454"/>
      </w:pPr>
      <w:r>
        <w:t>(   ) a) sad</w:t>
      </w:r>
    </w:p>
    <w:p>
      <w:pPr>
        <w:spacing w:after="0"/>
        <w:ind w:left="454"/>
      </w:pPr>
      <w:r>
        <w:t>(   ) b) happy</w:t>
      </w:r>
    </w:p>
    <w:p>
      <w:pPr>
        <w:spacing w:after="0"/>
        <w:ind w:left="454"/>
      </w:pPr>
      <w:r>
        <w:t>(   ) c) angry</w:t>
      </w:r>
    </w:p>
    <w:p>
      <w:pPr>
        <w:keepNext/>
        <w:spacing w:before="120"/>
      </w:pPr>
      <w:r>
        <w:t>2. 🤗  Someone hugs you.</w:t>
      </w:r>
    </w:p>
    <w:p>
      <w:pPr>
        <w:spacing w:after="0"/>
        <w:ind w:left="454"/>
      </w:pPr>
      <w:r>
        <w:t>(   ) a) happy</w:t>
      </w:r>
    </w:p>
    <w:p>
      <w:pPr>
        <w:spacing w:after="0"/>
        <w:ind w:left="454"/>
      </w:pPr>
      <w:r>
        <w:t>(   ) b) angry</w:t>
      </w:r>
    </w:p>
    <w:p>
      <w:pPr>
        <w:spacing w:after="0"/>
        <w:ind w:left="454"/>
      </w:pPr>
      <w:r>
        <w:t>(   ) c) scared</w:t>
      </w:r>
    </w:p>
    <w:p>
      <w:pPr>
        <w:keepNext/>
        <w:spacing w:before="120"/>
      </w:pPr>
      <w:r>
        <w:t>3. 🧸  You lose your teddy bear.</w:t>
      </w:r>
    </w:p>
    <w:p>
      <w:pPr>
        <w:spacing w:after="0"/>
        <w:ind w:left="454"/>
      </w:pPr>
      <w:r>
        <w:t>(   ) a) happy</w:t>
      </w:r>
    </w:p>
    <w:p>
      <w:pPr>
        <w:spacing w:after="0"/>
        <w:ind w:left="454"/>
      </w:pPr>
      <w:r>
        <w:t>(   ) b) surprised</w:t>
      </w:r>
    </w:p>
    <w:p>
      <w:pPr>
        <w:spacing w:after="0"/>
        <w:ind w:left="454"/>
      </w:pPr>
      <w:r>
        <w:t>(   ) c) sad</w:t>
      </w:r>
    </w:p>
    <w:p>
      <w:pPr>
        <w:keepNext/>
        <w:spacing w:before="120"/>
      </w:pPr>
      <w:r>
        <w:t>4. ⛈️  There is a big storm.</w:t>
      </w:r>
    </w:p>
    <w:p>
      <w:pPr>
        <w:spacing w:after="0"/>
        <w:ind w:left="454"/>
      </w:pPr>
      <w:r>
        <w:t>(   ) a) scared</w:t>
      </w:r>
    </w:p>
    <w:p>
      <w:pPr>
        <w:spacing w:after="0"/>
        <w:ind w:left="454"/>
      </w:pPr>
      <w:r>
        <w:t>(   ) b) happy</w:t>
      </w:r>
    </w:p>
    <w:p>
      <w:pPr>
        <w:spacing w:after="0"/>
        <w:ind w:left="454"/>
      </w:pPr>
      <w:r>
        <w:t>(   ) c) sad</w:t>
      </w:r>
    </w:p>
    <w:p>
      <w:pPr>
        <w:pStyle w:val="Heading2"/>
      </w:pPr>
      <w:r>
        <w:t>3. Addition</w:t>
      </w:r>
    </w:p>
    <w:p>
      <w:r>
        <w:rPr>
          <w:i/>
        </w:rPr>
        <w:t>Conte e escolha o resultado. (Count and choose the answer.)</w:t>
      </w:r>
    </w:p>
    <w:p>
      <w:pPr>
        <w:keepNext/>
        <w:spacing w:before="120"/>
      </w:pPr>
      <w:r>
        <w:t>1. 🍎🍎🍎🍎🍎🍎🍎🍎 + 🍎  8 + 1 = ?</w:t>
      </w:r>
    </w:p>
    <w:p>
      <w:pPr>
        <w:spacing w:after="0"/>
        <w:ind w:left="454"/>
      </w:pPr>
      <w:r>
        <w:t>(   ) a) seven</w:t>
      </w:r>
    </w:p>
    <w:p>
      <w:pPr>
        <w:spacing w:after="0"/>
        <w:ind w:left="454"/>
      </w:pPr>
      <w:r>
        <w:t>(   ) b) nine</w:t>
      </w:r>
    </w:p>
    <w:p>
      <w:pPr>
        <w:spacing w:after="0"/>
        <w:ind w:left="454"/>
      </w:pPr>
      <w:r>
        <w:t>(   ) c) ten</w:t>
      </w:r>
    </w:p>
    <w:p>
      <w:pPr>
        <w:keepNext/>
        <w:spacing w:before="120"/>
      </w:pPr>
      <w:r>
        <w:t>2. ⭐⭐⭐⭐⭐⭐ + ⭐⭐  6 + 2 = ?</w:t>
      </w:r>
    </w:p>
    <w:p>
      <w:pPr>
        <w:spacing w:after="0"/>
        <w:ind w:left="454"/>
      </w:pPr>
      <w:r>
        <w:t>(   ) a) eight</w:t>
      </w:r>
    </w:p>
    <w:p>
      <w:pPr>
        <w:spacing w:after="0"/>
        <w:ind w:left="454"/>
      </w:pPr>
      <w:r>
        <w:t>(   ) b) six</w:t>
      </w:r>
    </w:p>
    <w:p>
      <w:pPr>
        <w:spacing w:after="0"/>
        <w:ind w:left="454"/>
      </w:pPr>
      <w:r>
        <w:t>(   ) c) four</w:t>
      </w:r>
    </w:p>
    <w:p>
      <w:pPr>
        <w:keepNext/>
        <w:spacing w:before="120"/>
      </w:pPr>
      <w:r>
        <w:t>3. 🎈🎈🎈🎈 + 🎈🎈🎈  4 + 3 = ?</w:t>
      </w:r>
    </w:p>
    <w:p>
      <w:pPr>
        <w:spacing w:after="0"/>
        <w:ind w:left="454"/>
      </w:pPr>
      <w:r>
        <w:t>(   ) a) five</w:t>
      </w:r>
    </w:p>
    <w:p>
      <w:pPr>
        <w:spacing w:after="0"/>
        <w:ind w:left="454"/>
      </w:pPr>
      <w:r>
        <w:t>(   ) b) six</w:t>
      </w:r>
    </w:p>
    <w:p>
      <w:pPr>
        <w:spacing w:after="0"/>
        <w:ind w:left="454"/>
      </w:pPr>
      <w:r>
        <w:t>(   ) c) seven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How does he feel?</w:t>
      </w:r>
    </w:p>
    <w:p>
      <w:pPr>
        <w:spacing w:after="0"/>
      </w:pPr>
      <w:r>
        <w:t>1) a) happy</w:t>
      </w:r>
    </w:p>
    <w:p>
      <w:pPr>
        <w:spacing w:after="0"/>
      </w:pPr>
      <w:r>
        <w:t>2) b) sad</w:t>
      </w:r>
    </w:p>
    <w:p>
      <w:pPr>
        <w:spacing w:after="0"/>
      </w:pPr>
      <w:r>
        <w:t>3) c) angry</w:t>
      </w:r>
    </w:p>
    <w:p>
      <w:pPr>
        <w:spacing w:after="0"/>
      </w:pPr>
      <w:r>
        <w:t>4) a) scared</w:t>
      </w:r>
    </w:p>
    <w:p>
      <w:pPr>
        <w:spacing w:after="0"/>
      </w:pPr>
      <w:r>
        <w:t>5) b) surprised</w:t>
      </w:r>
    </w:p>
    <w:p>
      <w:r>
        <w:rPr>
          <w:b/>
        </w:rPr>
        <w:t>2. How do you feel?</w:t>
      </w:r>
    </w:p>
    <w:p>
      <w:pPr>
        <w:spacing w:after="0"/>
      </w:pPr>
      <w:r>
        <w:t>1) b) happy</w:t>
      </w:r>
    </w:p>
    <w:p>
      <w:pPr>
        <w:spacing w:after="0"/>
      </w:pPr>
      <w:r>
        <w:t>2) a) happy</w:t>
      </w:r>
    </w:p>
    <w:p>
      <w:pPr>
        <w:spacing w:after="0"/>
      </w:pPr>
      <w:r>
        <w:t>3) c) sad</w:t>
      </w:r>
    </w:p>
    <w:p>
      <w:pPr>
        <w:spacing w:after="0"/>
      </w:pPr>
      <w:r>
        <w:t>4) a) scared</w:t>
      </w:r>
    </w:p>
    <w:p>
      <w:r>
        <w:rPr>
          <w:b/>
        </w:rPr>
        <w:t>3. Addition</w:t>
      </w:r>
    </w:p>
    <w:p>
      <w:pPr>
        <w:spacing w:after="0"/>
      </w:pPr>
      <w:r>
        <w:t>1) b) nine</w:t>
      </w:r>
    </w:p>
    <w:p>
      <w:pPr>
        <w:spacing w:after="0"/>
      </w:pPr>
      <w:r>
        <w:t>2) a) eight</w:t>
      </w:r>
    </w:p>
    <w:p>
      <w:pPr>
        <w:spacing w:after="0"/>
      </w:pPr>
      <w:r>
        <w:t>3) c) seven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2026-01-07T00:00:00Z</dcterms:created>
  <dcterms:modified xsi:type="dcterms:W3CDTF">2026-01-07T00:00:00Z</dcterms:modified>
  <cp:category/>
</cp:coreProperties>
</file>