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Feelings: como você se sente?</w:t>
      </w:r>
    </w:p>
    <w:p>
      <w:r>
        <w:rPr>
          <w:color w:val="6B6B6B"/>
          <w:sz w:val="18"/>
        </w:rPr>
        <w:t>2º ano e 3º ano · Feelings (sentimentos)</w:t>
      </w:r>
    </w:p>
    <w:p>
      <w:pPr>
        <w:pStyle w:val="Heading2"/>
      </w:pPr>
      <w:r>
        <w:t>1. How do you feel?</w:t>
      </w:r>
    </w:p>
    <w:p>
      <w:r>
        <w:rPr>
          <w:i/>
        </w:rPr>
        <w:t>Olhe o rosto e escolha o sentimento. (Look and choose.)</w:t>
      </w:r>
    </w:p>
    <w:p>
      <w:pPr>
        <w:keepNext/>
        <w:spacing w:before="120"/>
      </w:pPr>
      <w:r>
        <w:t>1. 😀  I am ___.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2. 😢  I am ___.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tired</w:t>
      </w:r>
    </w:p>
    <w:p>
      <w:pPr>
        <w:spacing w:after="0"/>
        <w:ind w:left="454"/>
      </w:pPr>
      <w:r>
        <w:t>(   ) c) happy</w:t>
      </w:r>
    </w:p>
    <w:p>
      <w:pPr>
        <w:keepNext/>
        <w:spacing w:before="120"/>
      </w:pPr>
      <w:r>
        <w:t>3. 😠  I am ___.</w:t>
      </w:r>
    </w:p>
    <w:p>
      <w:pPr>
        <w:spacing w:after="0"/>
        <w:ind w:left="454"/>
      </w:pPr>
      <w:r>
        <w:t>(   ) a) scared</w:t>
      </w:r>
    </w:p>
    <w:p>
      <w:pPr>
        <w:spacing w:after="0"/>
        <w:ind w:left="454"/>
      </w:pPr>
      <w:r>
        <w:t>(   ) b) hungry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4. 😴  I am ___.</w:t>
      </w:r>
    </w:p>
    <w:p>
      <w:pPr>
        <w:spacing w:after="0"/>
        <w:ind w:left="454"/>
      </w:pPr>
      <w:r>
        <w:t>(   ) a) tired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surprised</w:t>
      </w:r>
    </w:p>
    <w:p>
      <w:pPr>
        <w:keepNext/>
        <w:spacing w:before="120"/>
      </w:pPr>
      <w:r>
        <w:t>5. 😨  I am ___.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scared</w:t>
      </w:r>
    </w:p>
    <w:p>
      <w:pPr>
        <w:spacing w:after="0"/>
        <w:ind w:left="454"/>
      </w:pPr>
      <w:r>
        <w:t>(   ) c) hungry</w:t>
      </w:r>
    </w:p>
    <w:p>
      <w:pPr>
        <w:pStyle w:val="Heading2"/>
      </w:pPr>
      <w:r>
        <w:t>2. Why?</w:t>
      </w:r>
    </w:p>
    <w:p>
      <w:r>
        <w:rPr>
          <w:i/>
        </w:rPr>
        <w:t>Leia a situação e complete com o sentimento do banco. (Read and complete.)</w:t>
      </w:r>
    </w:p>
    <w:p>
      <w:r>
        <w:rPr>
          <w:b/>
        </w:rPr>
        <w:t>Word bank:  happy  |  hungry  |  tired  |  sad</w:t>
      </w:r>
    </w:p>
    <w:p>
      <w:pPr>
        <w:keepNext/>
        <w:spacing w:before="120"/>
      </w:pPr>
      <w:r>
        <w:t>1. 🎂  It's my birthday! I am ______________.</w:t>
      </w:r>
    </w:p>
    <w:p>
      <w:pPr>
        <w:keepNext/>
        <w:spacing w:before="120"/>
      </w:pPr>
      <w:r>
        <w:t>2. 🍽️  I want a sandwich. I am ______________.</w:t>
      </w:r>
    </w:p>
    <w:p>
      <w:pPr>
        <w:keepNext/>
        <w:spacing w:before="120"/>
      </w:pPr>
      <w:r>
        <w:t>3. 🛌  I want to sleep. I am ______________.</w:t>
      </w:r>
    </w:p>
    <w:p>
      <w:pPr>
        <w:keepNext/>
        <w:spacing w:before="120"/>
      </w:pPr>
      <w:r>
        <w:t>4. 🧸  I lost my teddy bear. I am ______________.</w:t>
      </w:r>
    </w:p>
    <w:p>
      <w:pPr>
        <w:pStyle w:val="Heading2"/>
      </w:pPr>
      <w:r>
        <w:t>3. True or false?</w:t>
      </w:r>
    </w:p>
    <w:p>
      <w:r>
        <w:rPr>
          <w:i/>
        </w:rPr>
        <w:t>A frase combina com o rosto? Marque True (verdadeiro) ou False (falso).</w:t>
      </w:r>
    </w:p>
    <w:p>
      <w:pPr>
        <w:keepNext/>
        <w:spacing w:before="120"/>
      </w:pPr>
      <w:r>
        <w:t>1. 😲  She is surprised.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😀  He is sad.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😠  He is angry.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😴  She is scared.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How do you feel?</w:t>
      </w:r>
    </w:p>
    <w:p>
      <w:pPr>
        <w:spacing w:after="0"/>
      </w:pPr>
      <w:r>
        <w:t>1) b) happy</w:t>
      </w:r>
    </w:p>
    <w:p>
      <w:pPr>
        <w:spacing w:after="0"/>
      </w:pPr>
      <w:r>
        <w:t>2) a) sad</w:t>
      </w:r>
    </w:p>
    <w:p>
      <w:pPr>
        <w:spacing w:after="0"/>
      </w:pPr>
      <w:r>
        <w:t>3) c) angry</w:t>
      </w:r>
    </w:p>
    <w:p>
      <w:pPr>
        <w:spacing w:after="0"/>
      </w:pPr>
      <w:r>
        <w:t>4) a) tired</w:t>
      </w:r>
    </w:p>
    <w:p>
      <w:pPr>
        <w:spacing w:after="0"/>
      </w:pPr>
      <w:r>
        <w:t>5) b) scared</w:t>
      </w:r>
    </w:p>
    <w:p>
      <w:r>
        <w:rPr>
          <w:b/>
        </w:rPr>
        <w:t>2. Why?</w:t>
      </w:r>
    </w:p>
    <w:p>
      <w:pPr>
        <w:spacing w:after="0"/>
      </w:pPr>
      <w:r>
        <w:t>1) happy</w:t>
      </w:r>
    </w:p>
    <w:p>
      <w:pPr>
        <w:spacing w:after="0"/>
      </w:pPr>
      <w:r>
        <w:t>2) hungry</w:t>
      </w:r>
    </w:p>
    <w:p>
      <w:pPr>
        <w:spacing w:after="0"/>
      </w:pPr>
      <w:r>
        <w:t>3) tired</w:t>
      </w:r>
    </w:p>
    <w:p>
      <w:pPr>
        <w:spacing w:after="0"/>
      </w:pPr>
      <w:r>
        <w:t>4) sad</w:t>
      </w:r>
    </w:p>
    <w:p>
      <w:r>
        <w:rPr>
          <w:b/>
        </w:rPr>
        <w:t>3.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